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KẾ HOẠCH VÀ ĐẦU TƯ</w:t>
      </w:r>
    </w:p>
    <w:p>
      <w:pPr>
        <w:jc w:val="both"/>
      </w:pPr>
      <w:r>
        <w:t>CỘNG HÒA XÃ HỘI CHỦ NGHĨA VIỆT NAM</w:t>
      </w:r>
    </w:p>
    <w:p>
      <w:pPr>
        <w:jc w:val="both"/>
      </w:pPr>
      <w:r>
        <w:t>Độc lập – Tự do – Hạnh phúc</w:t>
      </w:r>
    </w:p>
    <w:p>
      <w:pPr>
        <w:jc w:val="both"/>
      </w:pPr>
      <w:r>
        <w:t>Số: 02/2019/TT-BKHĐT</w:t>
      </w:r>
    </w:p>
    <w:p>
      <w:pPr>
        <w:jc w:val="both"/>
      </w:pPr>
      <w:r>
        <w:t>Ngày 08 tháng 01 năm 2019</w:t>
      </w:r>
    </w:p>
    <w:p>
      <w:pPr>
        <w:jc w:val="center"/>
      </w:pPr>
      <w:r>
        <w:rPr>
          <w:b/>
        </w:rPr>
        <w:t>THÔNG TƯ</w:t>
      </w:r>
    </w:p>
    <w:p>
      <w:pPr>
        <w:jc w:val="both"/>
      </w:pPr>
      <w:r>
        <w:t>Sửa đổi, bổ sung một số điều của Thông tư số 20/2015/TT-BKHĐT ngày 01 tháng 12 năm 2015 của Bộ Kế hoạch và Đầu tư hướng dẫn về đăng ký doanh nghiệp</w:t>
      </w:r>
    </w:p>
    <w:p>
      <w:pPr>
        <w:jc w:val="both"/>
      </w:pPr>
      <w:r>
        <w:t>Căn cứ Luật Doanh nghiệp ngày 2 6 tháng 11 năm 20 14 ;</w:t>
      </w:r>
    </w:p>
    <w:p>
      <w:pPr>
        <w:jc w:val="both"/>
      </w:pPr>
      <w:r>
        <w:t>Căn cứ Luật Quản lý thuế ngày 29 tháng 11 năm 2006;</w:t>
      </w:r>
    </w:p>
    <w:p>
      <w:pPr>
        <w:jc w:val="both"/>
      </w:pPr>
      <w:r>
        <w:t>Căn cứ Luật sửa đổi, bổ sung một số điều của Luật Quản lý thuế ngày 20 tháng 11 năm 2012;</w:t>
      </w:r>
    </w:p>
    <w:p>
      <w:pPr>
        <w:jc w:val="both"/>
      </w:pPr>
      <w:r>
        <w:t>Căn cứ Luật Hỗ trợ doanh nghiệp nhỏ và vừa ngày 12 tháng 6 năm 2017;</w:t>
      </w:r>
    </w:p>
    <w:p>
      <w:pPr>
        <w:jc w:val="both"/>
      </w:pPr>
      <w:r>
        <w:t>Căn cứ Nghị định số 78/2015/NĐ-CP ngày 14 tháng 9 năm 2015 của Chính phủ về đăng ký doanh nghiệp;</w:t>
      </w:r>
    </w:p>
    <w:p>
      <w:pPr>
        <w:jc w:val="both"/>
      </w:pPr>
      <w:r>
        <w:t>Căn cứ Nghị định số 108/2018/NĐ-CP ngày 23 tháng 8 năm 2018 của Chính phủ sửa đổi, bổ sung một số điều của Nghị định số 78/2015/NĐ-CP ngày 14 tháng 9 năm 2015 của Chính phủ về đăng ký doanh nghiệp ;</w:t>
      </w:r>
    </w:p>
    <w:p>
      <w:pPr>
        <w:jc w:val="both"/>
      </w:pPr>
      <w:r>
        <w:t>Căn cứ Nghị định số 96/2015/NĐ-CP ngày 19 tháng 10 năm 2015 của Chính phủ quy định chi tiết một số điều của Luật Doanh nghiệp;</w:t>
      </w:r>
    </w:p>
    <w:p>
      <w:pPr>
        <w:jc w:val="both"/>
      </w:pPr>
      <w:r>
        <w:t>Căn cứ Nghị định số 86/2017/NĐ-CP ngày 25 tháng 7 năm 2017 của Chính phủ quy định chức năng, nhiệm vụ, quyền hạn và cơ cấu tổ chức của Bộ Kế hoạch và Đầu tư;</w:t>
      </w:r>
    </w:p>
    <w:p>
      <w:pPr>
        <w:jc w:val="both"/>
      </w:pPr>
      <w:r>
        <w:t>Theo đề nghị của Cục trưởng Cục Quản lý đăng ký kinh doanh;</w:t>
      </w:r>
    </w:p>
    <w:p>
      <w:pPr>
        <w:jc w:val="both"/>
      </w:pPr>
      <w:r>
        <w:t>Bộ trưởng Bộ Kế hoạch và Đầu tư ban hành Thông tư sửa đổi, bổ sung một số điều của Thông tư số 20/2015/TT-BKHĐT ngày 01 tháng 12 năm 2015 của Bộ Kế hoạch và Đầu tư hướng dẫn về đăng ký doanh nghiệp.</w:t>
      </w:r>
    </w:p>
    <w:p>
      <w:pPr>
        <w:jc w:val="both"/>
      </w:pPr>
      <w:r>
        <w:rPr>
          <w:b/>
        </w:rPr>
        <w:t>Điều 1. Sửa đổi, bổ sung một số điều của Thông tư số 20/2015/TT-BKHĐT ngày 01/12/2015 của Bộ Kế hoạch và Đầu tư hướng dẫn về đăng ký doanh nghiệp</w:t>
      </w:r>
    </w:p>
    <w:p>
      <w:pPr>
        <w:jc w:val="both"/>
      </w:pPr>
      <w:r>
        <w:t>1. Sửa đổi Điều 2 như sau:</w:t>
      </w:r>
    </w:p>
    <w:p>
      <w:pPr>
        <w:jc w:val="both"/>
      </w:pPr>
      <w:r>
        <w:t>“ Điều 2. Ban hành và sử dụng các mẫu văn bản về đăng ký doanh nghiệp, đăng ký hộ kinh doanh</w:t>
      </w:r>
    </w:p>
    <w:p>
      <w:pPr>
        <w:jc w:val="both"/>
      </w:pPr>
      <w:r>
        <w:t>1. Ban hành kèm theo Thông tư này các mẫu văn bản sử dụng trong đăng ký doanh nghiệp, đăng ký hộ kinh doanh.</w:t>
      </w:r>
    </w:p>
    <w:p>
      <w:pPr>
        <w:jc w:val="both"/>
      </w:pPr>
      <w:r>
        <w:t>2. Các mẫu văn bản ban hành kèm theo Thông tư này được sử dụng thống nhất trên phạm vi toàn quốc, thay thế cho các mẫu văn bản ban hành kèm theo Thông tư số 20/2015/TT-BKHĐT ngày 01/12/2015 của Bộ Kế hoạch và Đầu tư hướng dẫn về đăng ký doanh nghiệp”.</w:t>
      </w:r>
    </w:p>
    <w:p>
      <w:pPr>
        <w:jc w:val="both"/>
      </w:pPr>
      <w:r>
        <w:t>2. Sửa đổi Điều 4 như sau:</w:t>
      </w:r>
    </w:p>
    <w:p>
      <w:pPr>
        <w:jc w:val="both"/>
      </w:pPr>
      <w:r>
        <w:t>“ Điều 4. Hồ sơ đăng ký doanh nghiệp trong trường hợp doanh nghiệp thông qua quyết định theo hình thức lấy ý kiến bằng văn bản</w:t>
      </w:r>
    </w:p>
    <w:p>
      <w:pPr>
        <w:jc w:val="both"/>
      </w:pPr>
      <w:r>
        <w:t>Trường hợp Hội đồng thành viên công ty trách nhiệm hữu hạn hoặc Đại hội đồng cổ đông công ty cổ phần thông qua các quyết định theo hình thức lấy ý kiến bằng văn bản theo quy định của Luật Doanh nghiệp, Biên bản họp trong hồ sơ đăng ký doanh nghiệp quy định tại Nghị định số 78/2015/NĐ-CP, Nghị định số 108/2018/NĐ-CP có thể được thay thế bằng Báo cáo kết quả kiểm phiếu của Hội đồng thành viên đối với công ty trách nhiệm hữu hạn hoặc Biên bản kiểm phiếu của Đại hội đồng cổ đông đối với công ty cổ phần”.</w:t>
      </w:r>
    </w:p>
    <w:p>
      <w:pPr>
        <w:jc w:val="both"/>
      </w:pPr>
      <w:r>
        <w:t>3. Sửa đổi Khoản 1 Điều 5 như sau:</w:t>
      </w:r>
    </w:p>
    <w:p>
      <w:pPr>
        <w:jc w:val="both"/>
      </w:pPr>
      <w:r>
        <w:t>“1. Trường hợp thay đổi thông tin của cổ đông sáng lập công ty cổ phần, doanh nghiệp thông báo đến Phòng Đăng ký kinh doanh nơi công ty đặt trụ sở chính theo quy định tại Khoản 16 Điều 1 Nghị định số 108/2018/NĐ-CP. Việc thay đổi thông tin của cổ đông sáng lập chỉ áp dụng đối với công ty cổ phần chưa niêm yết”.</w:t>
      </w:r>
    </w:p>
    <w:p>
      <w:pPr>
        <w:jc w:val="both"/>
      </w:pPr>
      <w:r>
        <w:t>4. Sửa đổi Khoản 3 Điều 6 như sau:</w:t>
      </w:r>
    </w:p>
    <w:p>
      <w:pPr>
        <w:jc w:val="both"/>
      </w:pPr>
      <w:r>
        <w:t>“3. Việc cấp lại Giấy chứng nhận đăng ký hoạt động chi nhánh, văn phòng đại diện, Giấy chứng nhận đăng ký địa điểm kinh doanh thực hiện tương ứng theo quy định tại Điều 58 Nghị định số 78/2015/NĐ-CP và Khoản 18 Điều 1 Nghị định số 108/2018/NĐ-CP”.</w:t>
      </w:r>
    </w:p>
    <w:p>
      <w:pPr>
        <w:jc w:val="both"/>
      </w:pPr>
      <w:r>
        <w:t>5. Sửa đổi Khoản 3, 4, 5, 7 Điều 8 như sau:</w:t>
      </w:r>
    </w:p>
    <w:p>
      <w:pPr>
        <w:jc w:val="both"/>
      </w:pPr>
      <w:r>
        <w:t>“3. Trường hợp doanh nghiệp đăng ký, thông báo thay đổi nội dung đăng ký doanh nghiệp, tạm ngừng kinh doanh, tiếp tục kinh doanh trước thời hạn đã thông báo, giải thể doanh nghiệp, thông báo mẫu con dấu của doanh nghiệp, doanh nghiệp nộp hồ sơ đến Phòng Đăng ký kinh doanh nơi doanh nghiệp đặt trụ sở chính. Hồ sơ bao gồm các giấy tờ tương ứng quy định tại Nghị định số 78/2015/NĐ-CP, Nghị định số 108/2018/NĐ-CP và các giấy tờ quy định tại Khoản 1 Điều này”.</w:t>
      </w:r>
    </w:p>
    <w:p>
      <w:pPr>
        <w:jc w:val="both"/>
      </w:pPr>
      <w:r>
        <w:t>“4. Trường hợp doanh nghiệp đăng ký hoạt động, đăng ký thay đổi nội dung đăng ký hoạt động chi nhánh, văn phòng đại diện, tạm ngừng hoạt động, quay trở lại hoạt động trước thời hạn đã thông báo, chấm dứt hoạt động, thông báo mẫu con dấu của chi nhánh, văn phòng đại diện, doanh nghiệp nộp hồ sơ đến Phòng Đăng ký kinh doanh nơi chi nhánh, văn phòng đại diện đặt trụ sở. Hồ sơ bao gồm các giấy tờ tương ứng quy định tại Nghị định số 78/2015/NĐ-CP, Nghị định số 108/2018/NĐ-CP và Giấy đề nghị bổ sung, cập nhật thông tin đăng ký hoạt động quy định tại Phụ lục II-19 ban hành kèm theo Thông tư này.</w:t>
      </w:r>
    </w:p>
    <w:p>
      <w:pPr>
        <w:jc w:val="both"/>
      </w:pPr>
      <w:r>
        <w:t>Đối với trường hợp chi nhánh hoạt động theo Giấy chứng nhận đầu tư, ngoài các giấy tờ nêu trên, kèm theo hồ sơ phải có bản sao hợp lệ Giấy chứng nhận đầu tư và bản sao hợp lệ Giấy chứng nhận đăng ký thuế của chi nhánh”.</w:t>
      </w:r>
    </w:p>
    <w:p>
      <w:pPr>
        <w:jc w:val="both"/>
      </w:pPr>
      <w:r>
        <w:t>“5. Trường hợp đăng ký thành lập mới, đăng ký thay đổi nội dung đăng ký hoạt động, tạm ngừng hoạt động, quay trở lại hoạt động trước thời hạn đã thông báo, chấm dứt hoạt động địa điểm kinh doanh trực thuộc doanh nghiệp, doanh nghiệp nộp hồ sơ đến Phòng Đăng ký kinh doanh nơi doanh nghiệp đặt địa điểm kinh doanh. Hồ sơ bao gồm các giấy tờ tương ứng quy định tại Nghị định số 78/2015/NĐ-CP, Nghị định số 108/2018/NĐ-CP và Giấy đề nghị bổ sung, cập nhật thông tin đăng ký hoạt động quy định tại Phụ lục II-19 ban hành kèm theo Thông tư này”.</w:t>
      </w:r>
    </w:p>
    <w:p>
      <w:pPr>
        <w:jc w:val="both"/>
      </w:pPr>
      <w:r>
        <w:t>“7. Khi nhận được hồ sơ của doanh nghiệp, Phòng Đăng ký kinh doanh trao Giấy biên nhận, xem xét tính hợp lệ của hồ sơ và cấp Giấy chứng nhận đăng ký doanh nghiệp, Giấy chứng nhận đăng ký hoạt động, Giấy xác nhận về việc thay đổi nội dung đăng ký doanh nghiệp và các giấy xác nhận khác theo quy định tương ứng tại Nghị định số 78/2015/NĐ-CP và Nghị định số 108/2018/NĐ-CP”.</w:t>
      </w:r>
    </w:p>
    <w:p>
      <w:pPr>
        <w:jc w:val="both"/>
      </w:pPr>
      <w:r>
        <w:t>6. Sửa đổi Điều 14 như sau:</w:t>
      </w:r>
    </w:p>
    <w:p>
      <w:pPr>
        <w:jc w:val="both"/>
      </w:pPr>
      <w:r>
        <w:t>“ Điều 14. Hiệu đính thông tin trong Cơ sở dữ liệu quốc gia về đăng ký doanh nghiệp trong trường hợp Giấy chứng nhận đăng ký doanh nghiệp, hồ sơ đăng ký doanh nghiệp được chấp thuận không đúng hồ sơ, trình tự, thủ tục theo quy định hoặc thông tin kê khai trong hồ sơ đăng ký doanh nghiệp là không trung thực, không chính xác</w:t>
      </w:r>
    </w:p>
    <w:p>
      <w:pPr>
        <w:jc w:val="both"/>
      </w:pPr>
      <w:r>
        <w:t>1. Trường hợp hồ sơ đăng ký doanh nghiệp được chấp thuận không đúng hồ sơ, trình tự, thủ tục theo quy định, Phòng Đăng ký kinh doanh thực hiện theo quy định tại Khoản 2 Điều 58 Nghị định số 78/2015/NĐ-CP. Trên cơ sở hồ sơ hợp lệ do doanh nghiệp hoàn chỉnh và nộp, Phòng Đăng ký kinh doanh thực hiện hiệu đính thông tin trong Cơ sở dữ liệu quốc gia về đăng ký doanh nghiệp trước khi cấp lại Giấy chứng nhận đăng ký doanh nghiệp, Giấy xác nhận về việc thay đổi nội dung đăng ký doanh nghiệp.</w:t>
      </w:r>
    </w:p>
    <w:p>
      <w:pPr>
        <w:jc w:val="both"/>
      </w:pPr>
      <w:r>
        <w:t>2. Trường hợp thông tin trong hồ sơ đăng ký doanh nghiệp được kê khai không trung thực, không chính xác, Phòng Đăng ký kinh doanh thực hiện theo quy định tại Khoản 18 Điều 1 Nghị định số 108/2018/NĐ-CP. Trên cơ sở hồ sơ hợp lệ do doanh nghiệp hoàn chỉnh và nộp, Phòng Đăng ký kinh doanh thực hiện hiệu đính thông tin trong Cơ sở dữ liệu quốc gia về đăng ký doanh nghiệp trước khi cấp lại Giấy chứng nhận đăng ký doanh nghiệp, Giấy xác nhận về việc thay đổi nội dung đăng ký doanh nghiệp”.</w:t>
      </w:r>
    </w:p>
    <w:p>
      <w:pPr>
        <w:jc w:val="both"/>
      </w:pPr>
      <w:r>
        <w:t>7. Sửa đổi điểm b Khoản 1 Điều 18 như sau:</w:t>
      </w:r>
    </w:p>
    <w:p>
      <w:pPr>
        <w:jc w:val="both"/>
      </w:pPr>
      <w:r>
        <w:t>“b) Quá thời hạn quy định tại điểm a Khoản 1 Điều này mà không nhận được thông báo phản hồi của doanh nghiệp, Phòng Đăng ký kinh doanh yêu cầu doanh nghiệp báo cáo theo quy định tại Điểm c Khoản 1 Điều 209 Luật Doanh nghiệp. Trường hợp doanh nghiệp không gửi báo cáo theo quy định tại Điểm c Khoản 1 Điều 209 Luật Doanh nghiệp, Phòng Đăng ký kinh doanh thực hiện thu hồi Giấy chứng nhận đăng ký doanh nghiệp theo trình tự, thủ tục quy định tại Khoản 20 Điều 1 Nghị định số 108/2018/NĐ-CP”.</w:t>
      </w:r>
    </w:p>
    <w:p>
      <w:pPr>
        <w:jc w:val="both"/>
      </w:pPr>
      <w:r>
        <w:rPr>
          <w:b/>
        </w:rPr>
        <w:t>Điều 2. Trách nhiệm tổ chức thực hiện</w:t>
      </w:r>
    </w:p>
    <w:p>
      <w:pPr>
        <w:jc w:val="both"/>
      </w:pPr>
      <w:r>
        <w:t>Sở Kế hoạch và Đầu tư các tỉnh, thành phố trực thuộc Trung ương, cơ quan đăng ký kinh doanh cấp huyện, các doanh nghiệp thành lập theo Luật Doanh nghiệp, người thành lập doanh nghiệp, hộ kinh doanh và các tổ chức, cá nhân có liên quan chịu trách nhiệm thi hành Thông tư này.</w:t>
      </w:r>
    </w:p>
    <w:p>
      <w:pPr>
        <w:jc w:val="both"/>
      </w:pPr>
      <w:r>
        <w:rPr>
          <w:b/>
        </w:rPr>
        <w:t>Điều 3. Điều khoản thi hành</w:t>
      </w:r>
    </w:p>
    <w:p>
      <w:pPr>
        <w:jc w:val="both"/>
      </w:pPr>
      <w:r>
        <w:t>1. Thông tư này có hiệu lực thi hành kể từ ngày 11 tháng 3 năm 2019.</w:t>
      </w:r>
    </w:p>
    <w:p>
      <w:pPr>
        <w:jc w:val="both"/>
      </w:pPr>
      <w:r>
        <w:t>2. Trong quá trình thực hiện, nếu có vướng mắc, đề nghị các tổ chức, cá nhân có liên quan phản ánh kịp thời về Bộ Kế hoạch và Đầu tư để nghiên cứu, sửa đổi, bổ sung./.</w:t>
      </w:r>
    </w:p>
    <w:p>
      <w:pPr>
        <w:jc w:val="both"/>
      </w:pPr>
      <w:r>
        <w:t>BỘ TRƯỞNG</w:t>
      </w:r>
    </w:p>
    <w:p>
      <w:pPr>
        <w:jc w:val="both"/>
      </w:pPr>
      <w:r>
        <w:t>(Đã ký)</w:t>
      </w:r>
    </w:p>
    <w:p>
      <w:pPr>
        <w:jc w:val="both"/>
      </w:pPr>
      <w:r>
        <w:t>Nguyễn Chí Dũng</w:t>
      </w:r>
    </w:p>
    <w:p>
      <w:r>
        <w:rPr>
          <w:i/>
        </w:rPr>
        <w:t>Nguồn: Cơ sở dữ liệu quốc gia về văn bản pháp luật (Bộ Tư pháp). VietSmart Legal, legal.giangpham.asia/van-ban/133535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