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25/2018/TT-BCT</w:t>
      </w:r>
    </w:p>
    <w:p>
      <w:pPr>
        <w:jc w:val="both"/>
      </w:pPr>
      <w:r>
        <w:t>Hà Nội, ngày 12 tháng 9 năm 2018</w:t>
      </w:r>
    </w:p>
    <w:p>
      <w:pPr>
        <w:jc w:val="center"/>
      </w:pPr>
      <w:r>
        <w:rPr>
          <w:b/>
        </w:rPr>
        <w:t>THÔNG TƯ</w:t>
      </w:r>
    </w:p>
    <w:p>
      <w:pPr>
        <w:jc w:val="both"/>
      </w:pPr>
      <w:r>
        <w:t>Sửa đổi, bổ sung một số điều của Thông tư số 16/2014/TT-BCT ngày 29 tháng 5 năm 2014 của Bộ trưởng Bộ Công Thương quy định về thực hiện giá bán điện</w:t>
      </w:r>
    </w:p>
    <w:p>
      <w:pPr>
        <w:jc w:val="both"/>
      </w:pPr>
      <w:r>
        <w:t>Căn cứ Nghị định số 9 8 /20 17 /NĐ-CP ngày 18 tháng 8 năm 20 17 của Chính phủ quy định chức năng, nhiệm vụ, quyền hạn và cơ cấu tổ chức của Bộ Công Thương;</w:t>
      </w:r>
    </w:p>
    <w:p>
      <w:pPr>
        <w:jc w:val="both"/>
      </w:pPr>
      <w:r>
        <w:t>Căn cứ Luật Đ iện lực ngày 03 tháng 12 năm 2004 và Luật sửa đổi, bổ sung một số điều của Luật Điện lực ngày 20 tháng 11 năm 2012 ;</w:t>
      </w:r>
    </w:p>
    <w:p>
      <w:pPr>
        <w:jc w:val="both"/>
      </w:pPr>
      <w:r>
        <w:t>Căn cứ Nghị định số 1 37 /20 13 /NĐ-CP ngày 2 1 tháng 10 năm 20 13 của Chính phủ quy định chi tiết thi hành một số điều của Luật Đ iện lực và Luật sửa đổi, bổ sung một số điều của Luật Đ iện lực;</w:t>
      </w:r>
    </w:p>
    <w:p>
      <w:pPr>
        <w:jc w:val="both"/>
      </w:pPr>
      <w:r>
        <w:t>Căn cứ Quyết định số 24/2017/QĐ-TTg ngày 30/6/2017 quy định về cơ chế điều chỉnh mức giá bán lẻ điện bình quân ;</w:t>
      </w:r>
    </w:p>
    <w:p>
      <w:pPr>
        <w:jc w:val="both"/>
      </w:pPr>
      <w:r>
        <w:t>Căn cứ Quyết định số 28/2014/QĐ-TTg ngày 07 tháng 4 năm 2014 của Thủ tướng Chính phủ quy định về cơ cấu biểu giá bán lẻ điện;</w:t>
      </w:r>
    </w:p>
    <w:p>
      <w:pPr>
        <w:jc w:val="both"/>
      </w:pPr>
      <w:r>
        <w:t>Theo đề nghị của Cục trưởng Cục Điều tiết điện lực,</w:t>
      </w:r>
    </w:p>
    <w:p>
      <w:pPr>
        <w:jc w:val="both"/>
      </w:pPr>
      <w:r>
        <w:t>Bộ trưởng Bộ Công Thương ban hành Thông tư sửa đổi, bổ sung một số điều của Thông tư số 16/2014/TT-BCT ngày 29 tháng 5 năm 2014 của Bộ trưởng Bộ Công Thương quy định về thực hiện giá bán điện.</w:t>
      </w:r>
    </w:p>
    <w:p>
      <w:pPr>
        <w:jc w:val="both"/>
      </w:pPr>
      <w:r>
        <w:rPr>
          <w:b/>
        </w:rPr>
        <w:t>Điều 1. Sửa đổi, bổ sung một số điều của Thông tư số 16/2014/TT-BCT ngày 29 tháng 5 năm 2014 của Bộ trưởng Bộ Công Thương quy định về thực hiện giá bán điện (Thông tư số 16/2014/TT-BCT ) như sau:</w:t>
      </w:r>
    </w:p>
    <w:p>
      <w:pPr>
        <w:jc w:val="both"/>
      </w:pPr>
      <w:r>
        <w:t>1. Bổ sung Điểm c Khoản 2 Điều 3 như sau:</w:t>
      </w:r>
    </w:p>
    <w:p>
      <w:pPr>
        <w:jc w:val="both"/>
      </w:pPr>
      <w:r>
        <w:t>"c) Đối với khu đô thị, chung cư cao tầng, chủ đầu tư đã bàn giao nhà cho khách hàng nhưng chưa làm thủ tục thanh quyết toán tài sản để bàn giao lưới điện cho ngành điện quản lý: Trong thời gian chờ bàn giao lưới điện và khách hàng sử dụng điện, hai bên mua, bán điện căn cứ theo tình hình sử dụng điện thực tế để thỏa thuận tỷ lệ sản lượng điện áp dụng giá bán lẻ điện sinh hoạt và sản lượng điện áp dụng giá bán lẻ điện cho các mục đích ngoài mục đích sinh hoạt (sản xuất, kinh doanh, hành chính sự nghiệp) làm cơ sở áp dụng giá bán điện. Đối với điện năng sử dụng cho mục đích sinh hoạt, áp dụng giá bán điện theo nguyên tắc định mức chung của bên mua điện bằng định mức của từng bậc nhân với số hộ sử dụng điện sinh hoạt (căn cứ theo mục đích sử dụng điện thực tế, hợp đồng mua bán nhà, biên bản bàn giao căn hộ, sổ hộ khẩu, sổ tạm trú hoặc chứng từ xác nhận tạm trú của cơ quan Công an quản lý địa bàn)."</w:t>
      </w:r>
    </w:p>
    <w:p>
      <w:pPr>
        <w:jc w:val="both"/>
      </w:pPr>
      <w:r>
        <w:t>2. Sửa đổi tên Điều 6 và bổ sung Khoản 1a trước Khoản 1 Điều 6 như sau:</w:t>
      </w:r>
    </w:p>
    <w:p>
      <w:pPr>
        <w:jc w:val="both"/>
      </w:pPr>
      <w:r>
        <w:t>"Điều 6. Nguyên tắc xác định giá bán buôn điện và điều kiện áp dụng giá bán buôn điện 1a. Nguyên tắc xác định giá bán buôn điệnKhi điều chỉnh giá bán lẻ điện thì giá bán buôn điện cho các đơn vị bán lẻ điện được điều chỉnh trên cơ sở mức trừ lùi giá bán buôn điện hiện hành nhân với mức tăng chỉ số giá tiêu dùng (CPI) kế hoạch do Quốc hội ban hành tại năm điều chỉnh giá bán lẻ điện. Đối với các đối tượng mua buôn điện mới chưa xác định được mức trừ lùi giá bán buôn điện hiện hành, Bộ Công Thương hướng dẫn xác định mức trừ lùi giá bán buôn điện cụ thể."</w:t>
      </w:r>
    </w:p>
    <w:p>
      <w:pPr>
        <w:jc w:val="both"/>
      </w:pPr>
      <w:r>
        <w:t>3. Sửa đổi Khoản 1 Điều 12 như sau:</w:t>
      </w:r>
    </w:p>
    <w:p>
      <w:pPr>
        <w:jc w:val="both"/>
      </w:pPr>
      <w:r>
        <w:t>"1. Giá bán buôn điện nông thôn được áp dụng đối với các đơn vị bán lẻ điện nông thôn (trừ các đối tượng quy định tại Điều 13, Điều 14, Điều 15 Thông tư số 16/2014/TT-BCT và Khoản 4 Điều 1 Thông tư này) cho sản lượng điện mua buôn đo đếm được tại công tơ tổng đặt tại trạm biến áp, không phân biệt trạm biến áp của bên mua điện hay bên bán điện."</w:t>
      </w:r>
    </w:p>
    <w:p>
      <w:pPr>
        <w:jc w:val="both"/>
      </w:pPr>
      <w:r>
        <w:t>4. Bổ sung Điều 15a sau Điều 15 như sau:</w:t>
      </w:r>
    </w:p>
    <w:p>
      <w:pPr>
        <w:jc w:val="both"/>
      </w:pPr>
      <w:r>
        <w:t>"Điều 15a. Giá bán buôn điện cho chợ</w:t>
      </w:r>
    </w:p>
    <w:p>
      <w:pPr>
        <w:jc w:val="both"/>
      </w:pPr>
      <w:r>
        <w:t>1. Giá bán buôn điện cho chợ được áp dụng cho đơn vị bán lẻ điện tại chợ theo tiêu chí quy định tại Nghị định số 02/2003/NĐ-CP ngày 14 tháng 01 năm 2003 của Chính phủ về phát triển và quản lý chợ và Nghị định số 114/2009/NĐ-CP ngày 23 tháng 12 năm 2009 của Chính phủ sửa đổi, bổ sung một số điều của Nghị định số 02/2003/NĐ-CP ngày 14 tháng 01 năm 2003 của Chính phủ về phát triển và quản lý chợ (không phụ thuộc vào vị trí địa lý của chợ).</w:t>
      </w:r>
    </w:p>
    <w:p>
      <w:pPr>
        <w:jc w:val="both"/>
      </w:pPr>
      <w:r>
        <w:t>2. Đơn vị bán lẻ điện tại chợ không thuộc đối tượng áp dụng giá bán điện theo cấp điện áp quy định tại Điều 4 Thông tư số 16/2014/TT-BCT và đối tượng áp dụng giá bán điện theo thời gian sử dụng trong ngày quy định tại Điều 5 Thông tư số 16/2014/TT-BCT .3. Giá bán buôn điện cho chợ áp dụng giá bán lẻ điện cho mục đích kinh doanh giờ bình thường tại cấp điện áp dưới 6 kV theo quy định tại Điều 8 Thông tư số 16/2014/TT-BCT trừ lùi 10,6%."</w:t>
      </w:r>
    </w:p>
    <w:p>
      <w:pPr>
        <w:jc w:val="both"/>
      </w:pPr>
      <w:r>
        <w:t>5. Sửa đổi Điểm c Khoản 4 Điều 10 như sau:</w:t>
      </w:r>
    </w:p>
    <w:p>
      <w:pPr>
        <w:jc w:val="both"/>
      </w:pPr>
      <w:r>
        <w:t>"c) Trường hợp cho sinh viên và người lao động thuê nhà (bên thuê nhà không phải là một hộ gia đình):</w:t>
      </w:r>
    </w:p>
    <w:p>
      <w:pPr>
        <w:jc w:val="both"/>
      </w:pPr>
      <w:r>
        <w:t>- Đối với trường hợp bên thuê nhà có hợp đồng thuê nhà từ 12 tháng trở lên và có đăng ký tạm trú thì chủ nhà trực tiếp ký hợp đồng mua bán điện hoặc đại diện bên thuê nhà ký hợp đồng mua bán điện (có cam kết thanh toán tiền điện của chủ nhà);</w:t>
      </w:r>
    </w:p>
    <w:p>
      <w:pPr>
        <w:jc w:val="both"/>
      </w:pPr>
      <w:r>
        <w:t>- Trường hợp thời hạn cho thuê nhà dưới 12 tháng và chủ nhà không thực hiện kê khai được đầy đủ số người sử dụng điện thì áp dụng giá bán lẻ điện sinh hoạt của bậc 3: Từ 101 - 200 kWh cho toàn bộ sản lượng điện đo đếm được tại công tơ.</w:t>
      </w:r>
    </w:p>
    <w:p>
      <w:pPr>
        <w:jc w:val="both"/>
      </w:pPr>
      <w:r>
        <w:t>Trường hợp chủ nhà kê khai được đầy đủ số người sử dụng điện thì Bên bán điện có trách nhiệm cấp định mức cho chủ nhà căn cứ vào sổ tạm trú hoặc chứng từ xác nhận tạm trú của cơ quan Công an quản lý địa bàn; cứ 04 người được tính là một hộ sử dụng điện để tính số định mức áp dụng giá bán lẻ điện sinh hoạt, cụ thể: 01 người được tính là 1/4 định mức, 02 người được tính là 1/2 định mức, 03 người được tính là 3/4 định mức, 04 người được tính là 1 định mức. Khi có thay đổi về số người thuê nhà, chủ nhà cho thuê có trách nhiệm thông báo cho bên bán điện để điều chỉnh định mức tính toán tiền điện.Bên bán điện có quyền kiểm tra, yêu cầu bên mua điện xuất trình sổ đăng ký tạm trú hàng tháng để xác định số người tính số định mức khi tính toán hóa đơn tiền điện."</w:t>
      </w:r>
    </w:p>
    <w:p>
      <w:pPr>
        <w:jc w:val="both"/>
      </w:pPr>
      <w:r>
        <w:t>6. Bổ sung Khoản 9 Điều 10 như sau:</w:t>
      </w:r>
    </w:p>
    <w:p>
      <w:pPr>
        <w:jc w:val="both"/>
      </w:pPr>
      <w:r>
        <w:t>"9. Trường hợp bên mua điện thực hiện kê khai không đúng số người sử dụng điện để cấp định mức sử dụng điện sinh hoạt nhiều hơn thực tế thì bên bán điện có quyền yêu cầu bồi thường và phạt vi phạm hợp đồng theo quy định tại Thông tư số 27/2013/TT-BCT ngày 31 tháng 10 năm 2013 của Bộ Công Thương quy định về kiểm tra hoạt động điện lực và sử dụng điện, giải quyết tranh chấp hợp đồng mua bán điện hoặc văn bản sửa đổi, bổ sung, thay thế."</w:t>
      </w:r>
    </w:p>
    <w:p>
      <w:pPr>
        <w:jc w:val="both"/>
      </w:pPr>
      <w:r>
        <w:rPr>
          <w:b/>
        </w:rPr>
        <w:t>Điều 2. Hiệu lực thi hành</w:t>
      </w:r>
    </w:p>
    <w:p>
      <w:pPr>
        <w:jc w:val="both"/>
      </w:pPr>
      <w:r>
        <w:t>1. Thông tư này có hiệu lực thi hành từ ngày 26 tháng 10 năm 2018.</w:t>
      </w:r>
    </w:p>
    <w:p>
      <w:pPr>
        <w:jc w:val="both"/>
      </w:pPr>
      <w:r>
        <w:t>2. Trong quá trình thực hiện nếu có vướng mắc, yêu cầu các đơn vị có liên quan phản ánh về Cục Điều tiết điện lực để xem xét, giải quyết theo thẩm quyền hoặc báo cáo Bộ Công Thương để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legal.giangpham.asia/van-ban/132200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