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124/2018/NĐ-CP</w:t>
      </w:r>
    </w:p>
    <w:p>
      <w:pPr>
        <w:jc w:val="both"/>
      </w:pPr>
      <w:r>
        <w:t>Hà Nội, ngày 19 tháng 9 năm 2018</w:t>
      </w:r>
    </w:p>
    <w:p>
      <w:pPr>
        <w:jc w:val="center"/>
      </w:pPr>
      <w:r>
        <w:rPr>
          <w:b/>
        </w:rPr>
        <w:t>NGHỊ ĐỊNH</w:t>
      </w:r>
    </w:p>
    <w:p>
      <w:pPr>
        <w:jc w:val="both"/>
      </w:pPr>
      <w:r>
        <w:t>Sửa đổi, bổ sung một số điều của Nghị định số 63/2011/NĐ-CP ngày 28</w:t>
      </w:r>
    </w:p>
    <w:p>
      <w:pPr>
        <w:jc w:val="both"/>
      </w:pPr>
      <w:r>
        <w:t>tháng 7 năm 2011 của Chính phủ quy định chi tiết và hướng dẫn</w:t>
      </w:r>
    </w:p>
    <w:p>
      <w:pPr>
        <w:jc w:val="both"/>
      </w:pPr>
      <w:r>
        <w:t>thi hành một số điều của Luật trọng tài thương mại</w:t>
      </w:r>
    </w:p>
    <w:p>
      <w:pPr>
        <w:jc w:val="both"/>
      </w:pPr>
      <w:r>
        <w:t>Căn cứ Luật tổ chức Chính phủ ngày 19 tháng 6 năm 2015;</w:t>
      </w:r>
    </w:p>
    <w:p>
      <w:pPr>
        <w:jc w:val="both"/>
      </w:pPr>
      <w:r>
        <w:t>Căn cứ Luật trọng tài thương mại ngày 17 tháng 6 năm 2010;</w:t>
      </w:r>
    </w:p>
    <w:p>
      <w:pPr>
        <w:jc w:val="both"/>
      </w:pPr>
      <w:r>
        <w:t>Theo đề nghị của Bộ trưởng Bộ Tư pháp;</w:t>
      </w:r>
    </w:p>
    <w:p>
      <w:pPr>
        <w:jc w:val="both"/>
      </w:pPr>
      <w:r>
        <w:t>Chính phủ ban hành Nghị định sửa đổi, bổ sung một số điều của Nghị định số 63/2011/NĐ-CP ngày 28 tháng 7 năm 2011 của Chính phủ quy định chi tiết và hướng dẫn thi hành một số điều của Luật trọng tài thương mại.</w:t>
      </w:r>
    </w:p>
    <w:p>
      <w:pPr>
        <w:jc w:val="both"/>
      </w:pPr>
      <w:r>
        <w:rPr>
          <w:b/>
        </w:rPr>
        <w:t>Điều 1. Sửa đổi, bổ sung một số điều của Nghị định số 63/2011/NĐ-CP ngày 28 tháng 7 năm 2011 của Chính phủ quy định chi tiết và hướng dẫn thi hành một số điều của Luật trọng tài thương mại</w:t>
      </w:r>
    </w:p>
    <w:p>
      <w:pPr>
        <w:jc w:val="both"/>
      </w:pPr>
      <w:r>
        <w:t>1. Bãi bỏ điểm d khoản 1 Điều 8.</w:t>
      </w:r>
    </w:p>
    <w:p>
      <w:pPr>
        <w:jc w:val="both"/>
      </w:pPr>
      <w:r>
        <w:t>2. Bãi bỏ điểm đ khoản 1 Điều 10.</w:t>
      </w:r>
    </w:p>
    <w:p>
      <w:pPr>
        <w:jc w:val="both"/>
      </w:pPr>
      <w:r>
        <w:t>3. Khoản 2, khoản 3 Điều 21 được sửa đổi, bổ sung như sau:</w:t>
      </w:r>
    </w:p>
    <w:p>
      <w:pPr>
        <w:jc w:val="both"/>
      </w:pPr>
      <w:r>
        <w:t>a) Điểm đ khoản 2 Điều 21 được sửa đổi, bổ sung như sau:</w:t>
      </w:r>
    </w:p>
    <w:p>
      <w:pPr>
        <w:jc w:val="both"/>
      </w:pPr>
      <w:r>
        <w:t>“đ) Giấy tờ chứng minh Trưởng Chi nhánh thường trú tại Việt Nam;”</w:t>
      </w:r>
    </w:p>
    <w:p>
      <w:pPr>
        <w:jc w:val="both"/>
      </w:pPr>
      <w:r>
        <w:t>b) Bãi bỏ điểm b, c và e khoản 2 Điều 21;</w:t>
      </w:r>
    </w:p>
    <w:p>
      <w:pPr>
        <w:jc w:val="both"/>
      </w:pPr>
      <w:r>
        <w:t>c) Khoản 3 Điều 21 được sửa đổi, bổ sung như sau:</w:t>
      </w:r>
    </w:p>
    <w:p>
      <w:pPr>
        <w:jc w:val="both"/>
      </w:pPr>
      <w:r>
        <w:t>“3. Hồ sơ thành lập Văn phòng đại diện gồm 01 bộ giấy tờ sau đây:</w:t>
      </w:r>
    </w:p>
    <w:p>
      <w:pPr>
        <w:jc w:val="both"/>
      </w:pPr>
      <w:r>
        <w:t>a) Đơn đề nghị thành lập Văn phòng đại diện;</w:t>
      </w:r>
    </w:p>
    <w:p>
      <w:pPr>
        <w:jc w:val="both"/>
      </w:pPr>
      <w:r>
        <w:t>b) Bản sao có chứng thực Điều lệ của Tổ chức trọng tài nước ngoài.”</w:t>
      </w:r>
    </w:p>
    <w:p>
      <w:pPr>
        <w:jc w:val="both"/>
      </w:pPr>
      <w:r>
        <w:t>4. Bãi bỏ điểm b, điểm d khoản 2 Điều 22.</w:t>
      </w:r>
    </w:p>
    <w:p>
      <w:pPr>
        <w:jc w:val="both"/>
      </w:pPr>
      <w:r>
        <w:rPr>
          <w:b/>
        </w:rPr>
        <w:t>Điều 2. Trách nhiệm tổ chức thực hiện</w:t>
      </w:r>
    </w:p>
    <w:p>
      <w:pPr>
        <w:jc w:val="both"/>
      </w:pPr>
      <w:r>
        <w:t>1. Bộ trưởng Bộ Tư pháp có trách nhiệm tổ chức thi hành Nghị định này.</w:t>
      </w:r>
    </w:p>
    <w:p>
      <w:pPr>
        <w:jc w:val="both"/>
      </w:pPr>
      <w:r>
        <w:t>2.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rPr>
          <w:b/>
        </w:rPr>
        <w:t>Điều 3. Hiệu lực thi hành</w:t>
      </w:r>
    </w:p>
    <w:p>
      <w:pPr>
        <w:jc w:val="both"/>
      </w:pPr>
      <w:r>
        <w:t>Nghị định này có hiệu lực thi hành kể từ ngày ký ban hành./.</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PL (2)</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legal.giangpham.asia/van-ban/131266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