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_______________</w:t>
      </w:r>
    </w:p>
    <w:p>
      <w:pPr>
        <w:jc w:val="both"/>
      </w:pPr>
      <w:r>
        <w:t>Số: 21/2018/TT-BCT</w:t>
      </w:r>
    </w:p>
    <w:p>
      <w:pPr>
        <w:jc w:val="both"/>
      </w:pPr>
      <w:r>
        <w:t>CỘNG HOÀ XÃ HỘI CHỦ NGHĨA VIỆT NAM</w:t>
      </w:r>
    </w:p>
    <w:p>
      <w:pPr>
        <w:jc w:val="both"/>
      </w:pPr>
      <w:r>
        <w:t>Độc lập - Tự do - Hạnh phúc</w:t>
      </w:r>
    </w:p>
    <w:p>
      <w:pPr>
        <w:jc w:val="both"/>
      </w:pPr>
      <w:r>
        <w:t>______________________</w:t>
      </w:r>
    </w:p>
    <w:p>
      <w:pPr>
        <w:jc w:val="both"/>
      </w:pPr>
      <w:r>
        <w:t>Hà Nội, ngày 20 tháng 8 năm 2018</w:t>
      </w:r>
    </w:p>
    <w:p>
      <w:pPr>
        <w:jc w:val="center"/>
      </w:pPr>
      <w:r>
        <w:rPr>
          <w:b/>
        </w:rPr>
        <w:t>THÔNG TƯ</w:t>
      </w:r>
    </w:p>
    <w:p>
      <w:pPr>
        <w:jc w:val="both"/>
      </w:pPr>
      <w:r>
        <w:t>Sửa đổi một số điều của Thông tư số 47/2014/TT-BCT ngày 05/12/2014 của Bộ Công Thương quy định về quản lý website thương mại điện tử và Thông tư số 59/2015/TT-BCT ngày 31/12/2015 của Bộ Công Thương quy định về quản lý hoạt động thương mại điện tử qua ứng dụng trên thiết bị di động</w:t>
      </w:r>
    </w:p>
    <w:p>
      <w:pPr>
        <w:jc w:val="both"/>
      </w:pPr>
      <w:r>
        <w:t>__________</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52/2013/NĐ-CP ngày 16 tháng 5 năm 2013 của Chính phủ về thương mại điện tử;</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Theo đề nghị của Cục trưởng Cục Thương mại điện tử và Kinh tế số,</w:t>
      </w:r>
    </w:p>
    <w:p>
      <w:pPr>
        <w:jc w:val="both"/>
      </w:pPr>
      <w:r>
        <w:t>Bộ trưởng Bộ Công Thương ban hành Thông tư sửa đổi một số điều của Thông tư số 47/2014/TT-BCT ngày 05/12/2014 của Bộ Công Thương quy định về quản lý website thương mại điện tử và Thông tư số 59/2015/TT-BCT ngày 31/12/2015 của Bộ Công Thương quy định về quản lý hoạt động thương mại điện tử qua ứng dụng trên thiết bị di động.</w:t>
      </w:r>
    </w:p>
    <w:p>
      <w:pPr>
        <w:jc w:val="both"/>
      </w:pPr>
      <w:r>
        <w:rPr>
          <w:b/>
        </w:rPr>
        <w:t>Điều 1. Sửa đổi một số điều của Thông tư số 47/2014/TT-BCT ngày 05/12/2014 của Bộ Công Thương quy định về quản lý website thương mại điện tử (sau đây gọi là Thông tư số 47/2014/TT-BCT) như sau:</w:t>
      </w:r>
    </w:p>
    <w:p>
      <w:pPr>
        <w:jc w:val="both"/>
      </w:pPr>
      <w:r>
        <w:t>1. Bãi bỏ Điều 8 Thông tư số 47/2014/TT-BCT.</w:t>
      </w:r>
    </w:p>
    <w:p>
      <w:pPr>
        <w:jc w:val="both"/>
      </w:pPr>
      <w:r>
        <w:t>2. Điều 13 Thông tư số 47/2014/TT-BCT được sửa đổi như sau:</w:t>
      </w:r>
    </w:p>
    <w:p>
      <w:pPr>
        <w:jc w:val="both"/>
      </w:pPr>
      <w:r>
        <w:t>“Đối tượng đăng ký là thương nhân hoặc tổ chức có website thương mại điện tử trên đó cung cấp ít nhất một trong các dịch vụ sau:</w:t>
      </w:r>
    </w:p>
    <w:p>
      <w:pPr>
        <w:jc w:val="both"/>
      </w:pPr>
      <w:r>
        <w:t>1. Dịch vụ sàn giao dịch thương mại điện tử.</w:t>
      </w:r>
    </w:p>
    <w:p>
      <w:pPr>
        <w:jc w:val="both"/>
      </w:pPr>
      <w:r>
        <w:t>2. Dịch vụ khuyến mại trực tuyến.</w:t>
      </w:r>
    </w:p>
    <w:p>
      <w:pPr>
        <w:jc w:val="both"/>
      </w:pPr>
      <w:r>
        <w:t>3. Dịch vụ đấu giá trực tuyến.”</w:t>
      </w:r>
    </w:p>
    <w:p>
      <w:pPr>
        <w:jc w:val="both"/>
      </w:pPr>
      <w:r>
        <w:t>3. Bãi bỏ Điều 21 Thông tư số 47/2014/TT-BCT.</w:t>
      </w:r>
    </w:p>
    <w:p>
      <w:pPr>
        <w:jc w:val="both"/>
      </w:pPr>
      <w:r>
        <w:t>4. Thay thế cụm từ “Cục Thương mại điện tử và Công nghệ thông tin” bằng cụm từ “Cục Thương mại điện tử và Kinh tế số” tại khoản 2 Điều 15; khoản 1 Điều 16; khoản 2 Điều 17; khoản 2 Điều 18; khoản 2 Điều 23; khoản 1 Điều 24; khoản 2 Điều 25; khoản 2 Điều 26; khoản 1 và 3 Điều 32 và các Mẫu biểu tại Phụ lục ban hành kèm theo Thông tư số 47/2014/TT-BCT.</w:t>
      </w:r>
    </w:p>
    <w:p>
      <w:pPr>
        <w:jc w:val="both"/>
      </w:pPr>
      <w:r>
        <w:rPr>
          <w:b/>
        </w:rPr>
        <w:t>Điều 2. Sửa đổi một số điều của Thông tư số 59/2015/TT-BCT ngày 31/12/2015 của Bộ Công Thương quy định về quản lý hoạt động thương mại điện tử qua ứng dụng trên thiết bị di động (sau đây gọi là Thông tư số 59/2015/TT-BCT) như sau:</w:t>
      </w:r>
    </w:p>
    <w:p>
      <w:pPr>
        <w:jc w:val="both"/>
      </w:pPr>
      <w:r>
        <w:t>1. Điều 10 Thông tư số 59/2015/TT-BCT được sửa đổi như sau:</w:t>
      </w:r>
    </w:p>
    <w:p>
      <w:pPr>
        <w:jc w:val="both"/>
      </w:pPr>
      <w:r>
        <w:t>“Đối tượng thông báo là chủ sở hữu ứng dụng bán hàng, bao gồm: thương nhân, tổ chức hoặc cá nhân đã được cấp mã số thuế cá nhân”.</w:t>
      </w:r>
    </w:p>
    <w:p>
      <w:pPr>
        <w:jc w:val="both"/>
      </w:pPr>
      <w:r>
        <w:t>2. Điều 13 Thông tư số 59/2015/TT-BCT được sửa đổi như sau:</w:t>
      </w:r>
    </w:p>
    <w:p>
      <w:pPr>
        <w:jc w:val="both"/>
      </w:pPr>
      <w:r>
        <w:t>“Đối tượng đăng ký là thương nhân hoặc tổ chức sở hữu ứng dụng cung cấp dịch vụ thương mại điện tử theo quy định tại khoản 3 Điều 3 Thông tư này”.</w:t>
      </w:r>
    </w:p>
    <w:p>
      <w:pPr>
        <w:jc w:val="both"/>
      </w:pPr>
      <w:r>
        <w:t>3. Thay thế cụm từ “Cục Thương mại điện tử và Công nghệ thông tin” bằng cụm từ “Cục Thương mại điện tử và Kinh tế số” tại phần căn cứ ban hành; khoản 2 và 3 Điều 17; khoản 1 và 3 Điều 23 và các Mẫu biểu tại Phụ lục ban hành kèm theo Thông tư số 59/2015/TT-BCT.</w:t>
      </w:r>
    </w:p>
    <w:p>
      <w:pPr>
        <w:jc w:val="both"/>
      </w:pPr>
      <w:r>
        <w:rPr>
          <w:b/>
        </w:rPr>
        <w:t>Điều 3. Điều khoản thi hành</w:t>
      </w:r>
    </w:p>
    <w:p>
      <w:pPr>
        <w:jc w:val="both"/>
      </w:pPr>
      <w:r>
        <w:t>1. Thông tư này có hiệu lực kể từ ngày 18 tháng 10 năm 2018.</w:t>
      </w:r>
    </w:p>
    <w:p>
      <w:pPr>
        <w:jc w:val="both"/>
      </w:pPr>
      <w:r>
        <w:t>2. Trong quá trình thực hiện Thông tư này, nếu có phát sinh vướng mắc, thương nhân hoặc các tổ chức, cá nhân có liên quan kịp thời phản ánh về Bộ Công Thương để xem xét, xử lý./.</w:t>
      </w:r>
    </w:p>
    <w:p>
      <w:pPr>
        <w:jc w:val="both"/>
      </w:pPr>
      <w:r>
        <w:t>Nơi nhận:</w:t>
      </w:r>
    </w:p>
    <w:p>
      <w:pPr>
        <w:jc w:val="both"/>
      </w:pPr>
      <w:r>
        <w:t>- - Văn phòng Tổng Bí thư;</w:t>
      </w:r>
    </w:p>
    <w:p>
      <w:pPr>
        <w:jc w:val="both"/>
      </w:pPr>
      <w:r>
        <w:t>- - Văn phòng Chính phủ;</w:t>
      </w:r>
    </w:p>
    <w:p>
      <w:pPr>
        <w:jc w:val="both"/>
      </w:pPr>
      <w:r>
        <w:t>- - Lãnh đạo Bộ Công Thương;</w:t>
      </w:r>
    </w:p>
    <w:p>
      <w:pPr>
        <w:jc w:val="both"/>
      </w:pPr>
      <w:r>
        <w:t>- Thủ tướng, các Phó Thủ tướng Chính phủ;</w:t>
      </w:r>
    </w:p>
    <w:p>
      <w:pPr>
        <w:jc w:val="both"/>
      </w:pPr>
      <w:r>
        <w:t>- - SCT các tỉnh, thành phố trực thuộc TW;</w:t>
      </w:r>
    </w:p>
    <w:p>
      <w:pPr>
        <w:jc w:val="both"/>
      </w:pPr>
      <w:r>
        <w:t>- - Cục Kiểm tra VBQPPL (Bộ Tư pháp);</w:t>
      </w:r>
    </w:p>
    <w:p>
      <w:pPr>
        <w:jc w:val="both"/>
      </w:pPr>
      <w:r>
        <w:t>- - Cục Kiểm soát thủ tục hành chính (VPCP);</w:t>
      </w:r>
    </w:p>
    <w:p>
      <w:pPr>
        <w:jc w:val="both"/>
      </w:pPr>
      <w:r>
        <w:t>- - Website: Chính phủ; Bộ Công Thương;</w:t>
      </w:r>
    </w:p>
    <w:p>
      <w:pPr>
        <w:jc w:val="both"/>
      </w:pPr>
      <w:r>
        <w:t>- Công báo;</w:t>
      </w:r>
    </w:p>
    <w:p>
      <w:pPr>
        <w:jc w:val="both"/>
      </w:pPr>
      <w:r>
        <w:t>- Lưu: VT, TMĐT.</w:t>
      </w:r>
    </w:p>
    <w:p>
      <w:pPr>
        <w:jc w:val="both"/>
      </w:pPr>
      <w:r>
        <w:t>KT. BỘ TRƯỞNG</w:t>
      </w:r>
    </w:p>
    <w:p>
      <w:pPr>
        <w:jc w:val="both"/>
      </w:pPr>
      <w:r>
        <w:t>THỨ TRƯỞNG</w:t>
      </w:r>
    </w:p>
    <w:p>
      <w:pPr>
        <w:jc w:val="both"/>
      </w:pPr>
      <w:r>
        <w:t>Cao Quốc Hưng</w:t>
      </w:r>
    </w:p>
    <w:p>
      <w:r>
        <w:rPr>
          <w:i/>
        </w:rPr>
        <w:t>Nguồn: Cơ sở dữ liệu quốc gia về văn bản pháp luật (Bộ Tư pháp). VietSmart Legal, legal.giangpham.asia/van-ban/130669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