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Document Content</w:t>
      </w:r>
    </w:p>
    <w:p>
      <w:pPr>
        <w:jc w:val="both"/>
      </w:pPr>
      <w:r>
        <w:t>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</w:t>
      </w:r>
    </w:p>
    <w:p>
      <w:pPr>
        <w:jc w:val="both"/>
      </w:pPr>
      <w:r>
        <w:t>S</w:t>
      </w:r>
    </w:p>
    <w:p>
      <w:pPr>
        <w:jc w:val="both"/>
      </w:pPr>
      <w:r>
        <w:t>ử</w:t>
      </w:r>
    </w:p>
    <w:p>
      <w:pPr>
        <w:jc w:val="both"/>
      </w:pPr>
      <w:r>
        <w:t>a</w:t>
      </w:r>
    </w:p>
    <w:p>
      <w:pPr>
        <w:jc w:val="both"/>
      </w:pPr>
      <w:r>
        <w:t>đổ</w:t>
      </w:r>
    </w:p>
    <w:p>
      <w:pPr>
        <w:jc w:val="both"/>
      </w:pPr>
      <w:r>
        <w:t>i, b</w:t>
      </w:r>
    </w:p>
    <w:p>
      <w:pPr>
        <w:jc w:val="both"/>
      </w:pPr>
      <w:r>
        <w:t>ổ</w:t>
      </w:r>
    </w:p>
    <w:p>
      <w:pPr>
        <w:jc w:val="both"/>
      </w:pPr>
      <w:r>
        <w:t>sung m</w:t>
      </w:r>
    </w:p>
    <w:p>
      <w:pPr>
        <w:jc w:val="both"/>
      </w:pPr>
      <w:r>
        <w:t>ộ</w:t>
      </w:r>
    </w:p>
    <w:p>
      <w:pPr>
        <w:jc w:val="both"/>
      </w:pPr>
      <w:r>
        <w:t>t s</w:t>
      </w:r>
    </w:p>
    <w:p>
      <w:pPr>
        <w:jc w:val="both"/>
      </w:pPr>
      <w:r>
        <w:t>ố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c</w:t>
      </w:r>
    </w:p>
    <w:p>
      <w:pPr>
        <w:jc w:val="both"/>
      </w:pPr>
      <w:r>
        <w:t>ủ</w:t>
      </w:r>
    </w:p>
    <w:p>
      <w:pPr>
        <w:jc w:val="both"/>
      </w:pPr>
      <w:r>
        <w:t>a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53/2013/Q</w:t>
      </w:r>
    </w:p>
    <w:p>
      <w:pPr>
        <w:jc w:val="both"/>
      </w:pPr>
      <w:r>
        <w:t>Đ</w:t>
      </w:r>
    </w:p>
    <w:p>
      <w:pPr>
        <w:jc w:val="both"/>
      </w:pPr>
      <w:r>
        <w:t>-TTg</w:t>
      </w:r>
    </w:p>
    <w:p>
      <w:pPr>
        <w:jc w:val="both"/>
      </w:pPr>
      <w:r>
        <w:t>ngày 13 tháng 9 n</w:t>
      </w:r>
    </w:p>
    <w:p>
      <w:pPr>
        <w:jc w:val="both"/>
      </w:pPr>
      <w:r>
        <w:t>ă</w:t>
      </w:r>
    </w:p>
    <w:p>
      <w:pPr>
        <w:jc w:val="both"/>
      </w:pPr>
      <w:r>
        <w:t>m 2013 c</w:t>
      </w:r>
    </w:p>
    <w:p>
      <w:pPr>
        <w:jc w:val="both"/>
      </w:pPr>
      <w:r>
        <w:t>ủ</w:t>
      </w:r>
    </w:p>
    <w:p>
      <w:pPr>
        <w:jc w:val="both"/>
      </w:pPr>
      <w:r>
        <w:t>a Th</w:t>
      </w:r>
    </w:p>
    <w:p>
      <w:pPr>
        <w:jc w:val="both"/>
      </w:pPr>
      <w:r>
        <w:t>ủ</w:t>
      </w:r>
    </w:p>
    <w:p>
      <w:pPr>
        <w:jc w:val="both"/>
      </w:pPr>
      <w:r>
        <w:t>t</w:t>
      </w:r>
    </w:p>
    <w:p>
      <w:pPr>
        <w:jc w:val="both"/>
      </w:pPr>
      <w:r>
        <w:t>ướ</w:t>
      </w:r>
    </w:p>
    <w:p>
      <w:pPr>
        <w:jc w:val="both"/>
      </w:pPr>
      <w:r>
        <w:t>ng Chính ph</w:t>
      </w:r>
    </w:p>
    <w:p>
      <w:pPr>
        <w:jc w:val="both"/>
      </w:pPr>
      <w:r>
        <w:t>ủ</w:t>
      </w:r>
    </w:p>
    <w:p>
      <w:pPr>
        <w:jc w:val="both"/>
      </w:pPr>
      <w:r>
        <w:t>v</w:t>
      </w:r>
    </w:p>
    <w:p>
      <w:pPr>
        <w:jc w:val="both"/>
      </w:pPr>
      <w:r>
        <w:t>ề</w:t>
      </w:r>
    </w:p>
    <w:p>
      <w:pPr>
        <w:jc w:val="both"/>
      </w:pPr>
      <w:r>
        <w:t>vi</w:t>
      </w:r>
    </w:p>
    <w:p>
      <w:pPr>
        <w:jc w:val="both"/>
      </w:pPr>
      <w:r>
        <w:t>ệ</w:t>
      </w:r>
    </w:p>
    <w:p>
      <w:pPr>
        <w:jc w:val="both"/>
      </w:pPr>
      <w:r>
        <w:t>c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u,</w:t>
      </w:r>
    </w:p>
    <w:p>
      <w:pPr>
        <w:jc w:val="both"/>
      </w:pPr>
      <w:r>
        <w:t>tái xu</w:t>
      </w:r>
    </w:p>
    <w:p>
      <w:pPr>
        <w:jc w:val="both"/>
      </w:pPr>
      <w:r>
        <w:t>ấ</w:t>
      </w:r>
    </w:p>
    <w:p>
      <w:pPr>
        <w:jc w:val="both"/>
      </w:pPr>
      <w:r>
        <w:t>t kh</w:t>
      </w:r>
    </w:p>
    <w:p>
      <w:pPr>
        <w:jc w:val="both"/>
      </w:pPr>
      <w:r>
        <w:t>ẩ</w:t>
      </w:r>
    </w:p>
    <w:p>
      <w:pPr>
        <w:jc w:val="both"/>
      </w:pPr>
      <w:r>
        <w:t>u, tiêu h</w:t>
      </w:r>
    </w:p>
    <w:p>
      <w:pPr>
        <w:jc w:val="both"/>
      </w:pPr>
      <w:r>
        <w:t>ủ</w:t>
      </w:r>
    </w:p>
    <w:p>
      <w:pPr>
        <w:jc w:val="both"/>
      </w:pPr>
      <w:r>
        <w:t>y,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 xe ô tô, xe hai bánh g</w:t>
      </w:r>
    </w:p>
    <w:p>
      <w:pPr>
        <w:jc w:val="both"/>
      </w:pPr>
      <w:r>
        <w:t>ắ</w:t>
      </w:r>
    </w:p>
    <w:p>
      <w:pPr>
        <w:jc w:val="both"/>
      </w:pPr>
      <w:r>
        <w:t>n máy</w:t>
      </w:r>
    </w:p>
    <w:p>
      <w:pPr>
        <w:jc w:val="both"/>
      </w:pPr>
      <w:r>
        <w:t>c</w:t>
      </w:r>
    </w:p>
    <w:p>
      <w:pPr>
        <w:jc w:val="both"/>
      </w:pPr>
      <w:r>
        <w:t>ủ</w:t>
      </w:r>
    </w:p>
    <w:p>
      <w:pPr>
        <w:jc w:val="both"/>
      </w:pPr>
      <w:r>
        <w:t>a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</w:t>
      </w:r>
    </w:p>
    <w:p>
      <w:pPr>
        <w:jc w:val="both"/>
      </w:pPr>
      <w:r>
        <w:t>đượ</w:t>
      </w:r>
    </w:p>
    <w:p>
      <w:pPr>
        <w:jc w:val="both"/>
      </w:pPr>
      <w:r>
        <w:t>c h</w:t>
      </w:r>
    </w:p>
    <w:p>
      <w:pPr>
        <w:jc w:val="both"/>
      </w:pPr>
      <w:r>
        <w:t>ưở</w:t>
      </w:r>
    </w:p>
    <w:p>
      <w:pPr>
        <w:jc w:val="both"/>
      </w:pPr>
      <w:r>
        <w:t>ng quy</w:t>
      </w:r>
    </w:p>
    <w:p>
      <w:pPr>
        <w:jc w:val="both"/>
      </w:pPr>
      <w:r>
        <w:t>ề</w:t>
      </w:r>
    </w:p>
    <w:p>
      <w:pPr>
        <w:jc w:val="both"/>
      </w:pPr>
      <w:r>
        <w:t>n</w:t>
      </w:r>
    </w:p>
    <w:p>
      <w:pPr>
        <w:jc w:val="both"/>
      </w:pPr>
      <w:r>
        <w:t>ư</w:t>
      </w:r>
    </w:p>
    <w:p>
      <w:pPr>
        <w:jc w:val="both"/>
      </w:pPr>
      <w:r>
        <w:t>u</w:t>
      </w:r>
    </w:p>
    <w:p>
      <w:pPr>
        <w:jc w:val="both"/>
      </w:pPr>
      <w:r>
        <w:t>đ</w:t>
      </w:r>
    </w:p>
    <w:p>
      <w:pPr>
        <w:jc w:val="both"/>
      </w:pPr>
      <w:r>
        <w:t>ãi, mi</w:t>
      </w:r>
    </w:p>
    <w:p>
      <w:pPr>
        <w:jc w:val="both"/>
      </w:pPr>
      <w:r>
        <w:t>ễ</w:t>
      </w:r>
    </w:p>
    <w:p>
      <w:pPr>
        <w:jc w:val="both"/>
      </w:pPr>
      <w:r>
        <w:t>n tr</w:t>
      </w:r>
    </w:p>
    <w:p>
      <w:pPr>
        <w:jc w:val="both"/>
      </w:pPr>
      <w:r>
        <w:t>ừ</w:t>
      </w:r>
    </w:p>
    <w:p>
      <w:pPr>
        <w:jc w:val="both"/>
      </w:pPr>
      <w:r>
        <w:t>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</w:t>
      </w:r>
    </w:p>
    <w:p>
      <w:pPr>
        <w:jc w:val="both"/>
      </w:pPr>
      <w:r>
        <w:t>C</w:t>
      </w:r>
    </w:p>
    <w:p>
      <w:pPr>
        <w:jc w:val="both"/>
      </w:pPr>
      <w:r>
        <w:t>ă</w:t>
      </w:r>
    </w:p>
    <w:p>
      <w:pPr>
        <w:jc w:val="both"/>
      </w:pPr>
      <w:r>
        <w:t>n c</w:t>
      </w:r>
    </w:p>
    <w:p>
      <w:pPr>
        <w:jc w:val="both"/>
      </w:pPr>
      <w:r>
        <w:t>ứ</w:t>
      </w:r>
    </w:p>
    <w:p>
      <w:pPr>
        <w:jc w:val="both"/>
      </w:pPr>
      <w:r>
        <w:t>Lu</w:t>
      </w:r>
    </w:p>
    <w:p>
      <w:pPr>
        <w:jc w:val="both"/>
      </w:pPr>
      <w:r>
        <w:t>ậ</w:t>
      </w:r>
    </w:p>
    <w:p>
      <w:pPr>
        <w:jc w:val="both"/>
      </w:pPr>
      <w:r>
        <w:t>t t</w:t>
      </w:r>
    </w:p>
    <w:p>
      <w:pPr>
        <w:jc w:val="both"/>
      </w:pPr>
      <w:r>
        <w:t>ổ</w:t>
      </w:r>
    </w:p>
    <w:p>
      <w:pPr>
        <w:jc w:val="both"/>
      </w:pPr>
      <w:r>
        <w:t>ch</w:t>
      </w:r>
    </w:p>
    <w:p>
      <w:pPr>
        <w:jc w:val="both"/>
      </w:pPr>
      <w:r>
        <w:t>ứ</w:t>
      </w:r>
    </w:p>
    <w:p>
      <w:pPr>
        <w:jc w:val="both"/>
      </w:pPr>
      <w:r>
        <w:t>c Chính ph</w:t>
      </w:r>
    </w:p>
    <w:p>
      <w:pPr>
        <w:jc w:val="both"/>
      </w:pPr>
      <w:r>
        <w:t>ủ</w:t>
      </w:r>
    </w:p>
    <w:p>
      <w:pPr>
        <w:jc w:val="both"/>
      </w:pPr>
      <w:r>
        <w:t>ngày 19 tháng 6 n</w:t>
      </w:r>
    </w:p>
    <w:p>
      <w:pPr>
        <w:jc w:val="both"/>
      </w:pPr>
      <w:r>
        <w:t>ă</w:t>
      </w:r>
    </w:p>
    <w:p>
      <w:pPr>
        <w:jc w:val="both"/>
      </w:pPr>
      <w:r>
        <w:t>m 2015;</w:t>
      </w:r>
    </w:p>
    <w:p>
      <w:pPr>
        <w:jc w:val="both"/>
      </w:pPr>
      <w:r>
        <w:t>C</w:t>
      </w:r>
    </w:p>
    <w:p>
      <w:pPr>
        <w:jc w:val="both"/>
      </w:pPr>
      <w:r>
        <w:t>ă</w:t>
      </w:r>
    </w:p>
    <w:p>
      <w:pPr>
        <w:jc w:val="both"/>
      </w:pPr>
      <w:r>
        <w:t>n c</w:t>
      </w:r>
    </w:p>
    <w:p>
      <w:pPr>
        <w:jc w:val="both"/>
      </w:pPr>
      <w:r>
        <w:t>ứ</w:t>
      </w:r>
    </w:p>
    <w:p>
      <w:pPr>
        <w:jc w:val="both"/>
      </w:pPr>
      <w:r>
        <w:t>Pháp l</w:t>
      </w:r>
    </w:p>
    <w:p>
      <w:pPr>
        <w:jc w:val="both"/>
      </w:pPr>
      <w:r>
        <w:t>ệ</w:t>
      </w:r>
    </w:p>
    <w:p>
      <w:pPr>
        <w:jc w:val="both"/>
      </w:pPr>
      <w:r>
        <w:t>nh v</w:t>
      </w:r>
    </w:p>
    <w:p>
      <w:pPr>
        <w:jc w:val="both"/>
      </w:pPr>
      <w:r>
        <w:t>ề</w:t>
      </w:r>
    </w:p>
    <w:p>
      <w:pPr>
        <w:jc w:val="both"/>
      </w:pPr>
      <w:r>
        <w:t>quy</w:t>
      </w:r>
    </w:p>
    <w:p>
      <w:pPr>
        <w:jc w:val="both"/>
      </w:pPr>
      <w:r>
        <w:t>ề</w:t>
      </w:r>
    </w:p>
    <w:p>
      <w:pPr>
        <w:jc w:val="both"/>
      </w:pPr>
      <w:r>
        <w:t>n</w:t>
      </w:r>
    </w:p>
    <w:p>
      <w:pPr>
        <w:jc w:val="both"/>
      </w:pPr>
      <w:r>
        <w:t>ư</w:t>
      </w:r>
    </w:p>
    <w:p>
      <w:pPr>
        <w:jc w:val="both"/>
      </w:pPr>
      <w:r>
        <w:t>u</w:t>
      </w:r>
    </w:p>
    <w:p>
      <w:pPr>
        <w:jc w:val="both"/>
      </w:pPr>
      <w:r>
        <w:t>đ</w:t>
      </w:r>
    </w:p>
    <w:p>
      <w:pPr>
        <w:jc w:val="both"/>
      </w:pPr>
      <w:r>
        <w:t>ãi, mi</w:t>
      </w:r>
    </w:p>
    <w:p>
      <w:pPr>
        <w:jc w:val="both"/>
      </w:pPr>
      <w:r>
        <w:t>ễ</w:t>
      </w:r>
    </w:p>
    <w:p>
      <w:pPr>
        <w:jc w:val="both"/>
      </w:pPr>
      <w:r>
        <w:t>n tr</w:t>
      </w:r>
    </w:p>
    <w:p>
      <w:pPr>
        <w:jc w:val="both"/>
      </w:pPr>
      <w:r>
        <w:t>ừ</w:t>
      </w:r>
    </w:p>
    <w:p>
      <w:pPr>
        <w:jc w:val="both"/>
      </w:pPr>
      <w:r>
        <w:t>dành cho c</w:t>
      </w:r>
    </w:p>
    <w:p>
      <w:pPr>
        <w:jc w:val="both"/>
      </w:pPr>
      <w:r>
        <w:t>ơ</w:t>
      </w:r>
    </w:p>
    <w:p>
      <w:pPr>
        <w:jc w:val="both"/>
      </w:pPr>
      <w:r>
        <w:t>quan</w:t>
      </w:r>
    </w:p>
    <w:p>
      <w:pPr>
        <w:jc w:val="both"/>
      </w:pPr>
      <w:r>
        <w:t>đạ</w:t>
      </w:r>
    </w:p>
    <w:p>
      <w:pPr>
        <w:jc w:val="both"/>
      </w:pPr>
      <w:r>
        <w:t>i di</w:t>
      </w:r>
    </w:p>
    <w:p>
      <w:pPr>
        <w:jc w:val="both"/>
      </w:pPr>
      <w:r>
        <w:t>ệ</w:t>
      </w:r>
    </w:p>
    <w:p>
      <w:pPr>
        <w:jc w:val="both"/>
      </w:pPr>
      <w:r>
        <w:t>n ngo</w:t>
      </w:r>
    </w:p>
    <w:p>
      <w:pPr>
        <w:jc w:val="both"/>
      </w:pPr>
      <w:r>
        <w:t>ạ</w:t>
      </w:r>
    </w:p>
    <w:p>
      <w:pPr>
        <w:jc w:val="both"/>
      </w:pPr>
      <w:r>
        <w:t>i</w:t>
      </w:r>
    </w:p>
    <w:p>
      <w:pPr>
        <w:jc w:val="both"/>
      </w:pPr>
      <w:r>
        <w:t>giao, c</w:t>
      </w:r>
    </w:p>
    <w:p>
      <w:pPr>
        <w:jc w:val="both"/>
      </w:pPr>
      <w:r>
        <w:t>ơ</w:t>
      </w:r>
    </w:p>
    <w:p>
      <w:pPr>
        <w:jc w:val="both"/>
      </w:pPr>
      <w:r>
        <w:t>quan lãnh s</w:t>
      </w:r>
    </w:p>
    <w:p>
      <w:pPr>
        <w:jc w:val="both"/>
      </w:pPr>
      <w:r>
        <w:t>ự</w:t>
      </w:r>
    </w:p>
    <w:p>
      <w:pPr>
        <w:jc w:val="both"/>
      </w:pPr>
      <w:r>
        <w:t>và c</w:t>
      </w:r>
    </w:p>
    <w:p>
      <w:pPr>
        <w:jc w:val="both"/>
      </w:pPr>
      <w:r>
        <w:t>ơ</w:t>
      </w:r>
    </w:p>
    <w:p>
      <w:pPr>
        <w:jc w:val="both"/>
      </w:pPr>
      <w:r>
        <w:t>quan</w:t>
      </w:r>
    </w:p>
    <w:p>
      <w:pPr>
        <w:jc w:val="both"/>
      </w:pPr>
      <w:r>
        <w:t>đạ</w:t>
      </w:r>
    </w:p>
    <w:p>
      <w:pPr>
        <w:jc w:val="both"/>
      </w:pPr>
      <w:r>
        <w:t>i di</w:t>
      </w:r>
    </w:p>
    <w:p>
      <w:pPr>
        <w:jc w:val="both"/>
      </w:pPr>
      <w:r>
        <w:t>ệ</w:t>
      </w:r>
    </w:p>
    <w:p>
      <w:pPr>
        <w:jc w:val="both"/>
      </w:pPr>
      <w:r>
        <w:t>n c</w:t>
      </w:r>
    </w:p>
    <w:p>
      <w:pPr>
        <w:jc w:val="both"/>
      </w:pPr>
      <w:r>
        <w:t>ủ</w:t>
      </w:r>
    </w:p>
    <w:p>
      <w:pPr>
        <w:jc w:val="both"/>
      </w:pPr>
      <w:r>
        <w:t>a t</w:t>
      </w:r>
    </w:p>
    <w:p>
      <w:pPr>
        <w:jc w:val="both"/>
      </w:pPr>
      <w:r>
        <w:t>ổ</w:t>
      </w:r>
    </w:p>
    <w:p>
      <w:pPr>
        <w:jc w:val="both"/>
      </w:pPr>
      <w:r>
        <w:t>ch</w:t>
      </w:r>
    </w:p>
    <w:p>
      <w:pPr>
        <w:jc w:val="both"/>
      </w:pPr>
      <w:r>
        <w:t>ứ</w:t>
      </w:r>
    </w:p>
    <w:p>
      <w:pPr>
        <w:jc w:val="both"/>
      </w:pPr>
      <w:r>
        <w:t>c qu</w:t>
      </w:r>
    </w:p>
    <w:p>
      <w:pPr>
        <w:jc w:val="both"/>
      </w:pPr>
      <w:r>
        <w:t>ố</w:t>
      </w:r>
    </w:p>
    <w:p>
      <w:pPr>
        <w:jc w:val="both"/>
      </w:pPr>
      <w:r>
        <w:t>c t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 ngày 23</w:t>
      </w:r>
    </w:p>
    <w:p>
      <w:pPr>
        <w:jc w:val="both"/>
      </w:pPr>
      <w:r>
        <w:t>tháng 8 n</w:t>
      </w:r>
    </w:p>
    <w:p>
      <w:pPr>
        <w:jc w:val="both"/>
      </w:pPr>
      <w:r>
        <w:t>ă</w:t>
      </w:r>
    </w:p>
    <w:p>
      <w:pPr>
        <w:jc w:val="both"/>
      </w:pPr>
      <w:r>
        <w:t>m 1993;</w:t>
      </w:r>
    </w:p>
    <w:p>
      <w:pPr>
        <w:jc w:val="both"/>
      </w:pPr>
      <w:r>
        <w:t>C</w:t>
      </w:r>
    </w:p>
    <w:p>
      <w:pPr>
        <w:jc w:val="both"/>
      </w:pPr>
      <w:r>
        <w:t>ă</w:t>
      </w:r>
    </w:p>
    <w:p>
      <w:pPr>
        <w:jc w:val="both"/>
      </w:pPr>
      <w:r>
        <w:t>n c</w:t>
      </w:r>
    </w:p>
    <w:p>
      <w:pPr>
        <w:jc w:val="both"/>
      </w:pPr>
      <w:r>
        <w:t>ứ</w:t>
      </w:r>
    </w:p>
    <w:p>
      <w:pPr>
        <w:jc w:val="both"/>
      </w:pPr>
      <w:r>
        <w:t>Ngh</w:t>
      </w:r>
    </w:p>
    <w:p>
      <w:pPr>
        <w:jc w:val="both"/>
      </w:pPr>
      <w:r>
        <w:t>ị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73/CP ngày 30 tháng 7 n</w:t>
      </w:r>
    </w:p>
    <w:p>
      <w:pPr>
        <w:jc w:val="both"/>
      </w:pPr>
      <w:r>
        <w:t>ă</w:t>
      </w:r>
    </w:p>
    <w:p>
      <w:pPr>
        <w:jc w:val="both"/>
      </w:pPr>
      <w:r>
        <w:t>m 1994 c</w:t>
      </w:r>
    </w:p>
    <w:p>
      <w:pPr>
        <w:jc w:val="both"/>
      </w:pPr>
      <w:r>
        <w:t>ủ</w:t>
      </w:r>
    </w:p>
    <w:p>
      <w:pPr>
        <w:jc w:val="both"/>
      </w:pPr>
      <w:r>
        <w:t>a Chính ph</w:t>
      </w:r>
    </w:p>
    <w:p>
      <w:pPr>
        <w:jc w:val="both"/>
      </w:pPr>
      <w:r>
        <w:t>ủ</w:t>
      </w:r>
    </w:p>
    <w:p>
      <w:pPr>
        <w:jc w:val="both"/>
      </w:pPr>
      <w:r>
        <w:t>quy</w:t>
      </w:r>
    </w:p>
    <w:p>
      <w:pPr>
        <w:jc w:val="both"/>
      </w:pPr>
      <w:r>
        <w:t>đị</w:t>
      </w:r>
    </w:p>
    <w:p>
      <w:pPr>
        <w:jc w:val="both"/>
      </w:pPr>
      <w:r>
        <w:t>nh chi ti</w:t>
      </w:r>
    </w:p>
    <w:p>
      <w:pPr>
        <w:jc w:val="both"/>
      </w:pPr>
      <w:r>
        <w:t>ế</w:t>
      </w:r>
    </w:p>
    <w:p>
      <w:pPr>
        <w:jc w:val="both"/>
      </w:pPr>
      <w:r>
        <w:t>t thi hành Pháp l</w:t>
      </w:r>
    </w:p>
    <w:p>
      <w:pPr>
        <w:jc w:val="both"/>
      </w:pPr>
      <w:r>
        <w:t>ệ</w:t>
      </w:r>
    </w:p>
    <w:p>
      <w:pPr>
        <w:jc w:val="both"/>
      </w:pPr>
      <w:r>
        <w:t>nh v</w:t>
      </w:r>
    </w:p>
    <w:p>
      <w:pPr>
        <w:jc w:val="both"/>
      </w:pPr>
      <w:r>
        <w:t>ề</w:t>
      </w:r>
    </w:p>
    <w:p>
      <w:pPr>
        <w:jc w:val="both"/>
      </w:pPr>
      <w:r>
        <w:t>quy</w:t>
      </w:r>
    </w:p>
    <w:p>
      <w:pPr>
        <w:jc w:val="both"/>
      </w:pPr>
      <w:r>
        <w:t>ề</w:t>
      </w:r>
    </w:p>
    <w:p>
      <w:pPr>
        <w:jc w:val="both"/>
      </w:pPr>
      <w:r>
        <w:t>n</w:t>
      </w:r>
    </w:p>
    <w:p>
      <w:pPr>
        <w:jc w:val="both"/>
      </w:pPr>
      <w:r>
        <w:t>ư</w:t>
      </w:r>
    </w:p>
    <w:p>
      <w:pPr>
        <w:jc w:val="both"/>
      </w:pPr>
      <w:r>
        <w:t>u</w:t>
      </w:r>
    </w:p>
    <w:p>
      <w:pPr>
        <w:jc w:val="both"/>
      </w:pPr>
      <w:r>
        <w:t>đ</w:t>
      </w:r>
    </w:p>
    <w:p>
      <w:pPr>
        <w:jc w:val="both"/>
      </w:pPr>
      <w:r>
        <w:t>ãi, mi</w:t>
      </w:r>
    </w:p>
    <w:p>
      <w:pPr>
        <w:jc w:val="both"/>
      </w:pPr>
      <w:r>
        <w:t>ễ</w:t>
      </w:r>
    </w:p>
    <w:p>
      <w:pPr>
        <w:jc w:val="both"/>
      </w:pPr>
      <w:r>
        <w:t>n tr</w:t>
      </w:r>
    </w:p>
    <w:p>
      <w:pPr>
        <w:jc w:val="both"/>
      </w:pPr>
      <w:r>
        <w:t>ừ</w:t>
      </w:r>
    </w:p>
    <w:p>
      <w:pPr>
        <w:jc w:val="both"/>
      </w:pPr>
      <w:r>
        <w:t>dành cho c</w:t>
      </w:r>
    </w:p>
    <w:p>
      <w:pPr>
        <w:jc w:val="both"/>
      </w:pPr>
      <w:r>
        <w:t>ơ</w:t>
      </w:r>
    </w:p>
    <w:p>
      <w:pPr>
        <w:jc w:val="both"/>
      </w:pPr>
      <w:r>
        <w:t>quan</w:t>
      </w:r>
    </w:p>
    <w:p>
      <w:pPr>
        <w:jc w:val="both"/>
      </w:pPr>
      <w:r>
        <w:t>đạ</w:t>
      </w:r>
    </w:p>
    <w:p>
      <w:pPr>
        <w:jc w:val="both"/>
      </w:pPr>
      <w:r>
        <w:t>i</w:t>
      </w:r>
    </w:p>
    <w:p>
      <w:pPr>
        <w:jc w:val="both"/>
      </w:pPr>
      <w:r>
        <w:t>di</w:t>
      </w:r>
    </w:p>
    <w:p>
      <w:pPr>
        <w:jc w:val="both"/>
      </w:pPr>
      <w:r>
        <w:t>ệ</w:t>
      </w:r>
    </w:p>
    <w:p>
      <w:pPr>
        <w:jc w:val="both"/>
      </w:pPr>
      <w:r>
        <w:t>n ngo</w:t>
      </w:r>
    </w:p>
    <w:p>
      <w:pPr>
        <w:jc w:val="both"/>
      </w:pPr>
      <w:r>
        <w:t>ạ</w:t>
      </w:r>
    </w:p>
    <w:p>
      <w:pPr>
        <w:jc w:val="both"/>
      </w:pPr>
      <w:r>
        <w:t>i giao, c</w:t>
      </w:r>
    </w:p>
    <w:p>
      <w:pPr>
        <w:jc w:val="both"/>
      </w:pPr>
      <w:r>
        <w:t>ơ</w:t>
      </w:r>
    </w:p>
    <w:p>
      <w:pPr>
        <w:jc w:val="both"/>
      </w:pPr>
      <w:r>
        <w:t>quan lãnh s</w:t>
      </w:r>
    </w:p>
    <w:p>
      <w:pPr>
        <w:jc w:val="both"/>
      </w:pPr>
      <w:r>
        <w:t>ự</w:t>
      </w:r>
    </w:p>
    <w:p>
      <w:pPr>
        <w:jc w:val="both"/>
      </w:pPr>
      <w:r>
        <w:t>n</w:t>
      </w:r>
    </w:p>
    <w:p>
      <w:pPr>
        <w:jc w:val="both"/>
      </w:pPr>
      <w:r>
        <w:t>ướ</w:t>
      </w:r>
    </w:p>
    <w:p>
      <w:pPr>
        <w:jc w:val="both"/>
      </w:pPr>
      <w:r>
        <w:t>c ngoài và c</w:t>
      </w:r>
    </w:p>
    <w:p>
      <w:pPr>
        <w:jc w:val="both"/>
      </w:pPr>
      <w:r>
        <w:t>ơ</w:t>
      </w:r>
    </w:p>
    <w:p>
      <w:pPr>
        <w:jc w:val="both"/>
      </w:pPr>
      <w:r>
        <w:t>quan</w:t>
      </w:r>
    </w:p>
    <w:p>
      <w:pPr>
        <w:jc w:val="both"/>
      </w:pPr>
      <w:r>
        <w:t>đạ</w:t>
      </w:r>
    </w:p>
    <w:p>
      <w:pPr>
        <w:jc w:val="both"/>
      </w:pPr>
      <w:r>
        <w:t>i di</w:t>
      </w:r>
    </w:p>
    <w:p>
      <w:pPr>
        <w:jc w:val="both"/>
      </w:pPr>
      <w:r>
        <w:t>ệ</w:t>
      </w:r>
    </w:p>
    <w:p>
      <w:pPr>
        <w:jc w:val="both"/>
      </w:pPr>
      <w:r>
        <w:t>n c</w:t>
      </w:r>
    </w:p>
    <w:p>
      <w:pPr>
        <w:jc w:val="both"/>
      </w:pPr>
      <w:r>
        <w:t>ủ</w:t>
      </w:r>
    </w:p>
    <w:p>
      <w:pPr>
        <w:jc w:val="both"/>
      </w:pPr>
      <w:r>
        <w:t>a t</w:t>
      </w:r>
    </w:p>
    <w:p>
      <w:pPr>
        <w:jc w:val="both"/>
      </w:pPr>
      <w:r>
        <w:t>ổ</w:t>
      </w:r>
    </w:p>
    <w:p>
      <w:pPr>
        <w:jc w:val="both"/>
      </w:pPr>
      <w:r>
        <w:t>ch</w:t>
      </w:r>
    </w:p>
    <w:p>
      <w:pPr>
        <w:jc w:val="both"/>
      </w:pPr>
      <w:r>
        <w:t>ứ</w:t>
      </w:r>
    </w:p>
    <w:p>
      <w:pPr>
        <w:jc w:val="both"/>
      </w:pPr>
      <w:r>
        <w:t>c qu</w:t>
      </w:r>
    </w:p>
    <w:p>
      <w:pPr>
        <w:jc w:val="both"/>
      </w:pPr>
      <w:r>
        <w:t>ố</w:t>
      </w:r>
    </w:p>
    <w:p>
      <w:pPr>
        <w:jc w:val="both"/>
      </w:pPr>
      <w:r>
        <w:t>c</w:t>
      </w:r>
    </w:p>
    <w:p>
      <w:pPr>
        <w:jc w:val="both"/>
      </w:pPr>
      <w:r>
        <w:t>t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Nam;</w:t>
      </w:r>
    </w:p>
    <w:p>
      <w:pPr>
        <w:jc w:val="both"/>
      </w:pPr>
      <w:r>
        <w:t>C</w:t>
      </w:r>
    </w:p>
    <w:p>
      <w:pPr>
        <w:jc w:val="both"/>
      </w:pPr>
      <w:r>
        <w:t>ă</w:t>
      </w:r>
    </w:p>
    <w:p>
      <w:pPr>
        <w:jc w:val="both"/>
      </w:pPr>
      <w:r>
        <w:t>n c</w:t>
      </w:r>
    </w:p>
    <w:p>
      <w:pPr>
        <w:jc w:val="both"/>
      </w:pPr>
      <w:r>
        <w:t>ứ</w:t>
      </w:r>
    </w:p>
    <w:p>
      <w:pPr>
        <w:jc w:val="both"/>
      </w:pPr>
      <w:r>
        <w:t>Ngh</w:t>
      </w:r>
    </w:p>
    <w:p>
      <w:pPr>
        <w:jc w:val="both"/>
      </w:pPr>
      <w:r>
        <w:t>ị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187/2013/N</w:t>
      </w:r>
    </w:p>
    <w:p>
      <w:pPr>
        <w:jc w:val="both"/>
      </w:pPr>
      <w:r>
        <w:t>Đ</w:t>
      </w:r>
    </w:p>
    <w:p>
      <w:pPr>
        <w:jc w:val="both"/>
      </w:pPr>
      <w:r>
        <w:t>-CP ngày 20 tháng 11 n</w:t>
      </w:r>
    </w:p>
    <w:p>
      <w:pPr>
        <w:jc w:val="both"/>
      </w:pPr>
      <w:r>
        <w:t>ă</w:t>
      </w:r>
    </w:p>
    <w:p>
      <w:pPr>
        <w:jc w:val="both"/>
      </w:pPr>
      <w:r>
        <w:t>m 2013 c</w:t>
      </w:r>
    </w:p>
    <w:p>
      <w:pPr>
        <w:jc w:val="both"/>
      </w:pPr>
      <w:r>
        <w:t>ủ</w:t>
      </w:r>
    </w:p>
    <w:p>
      <w:pPr>
        <w:jc w:val="both"/>
      </w:pPr>
      <w:r>
        <w:t>a Chính</w:t>
      </w:r>
    </w:p>
    <w:p>
      <w:pPr>
        <w:jc w:val="both"/>
      </w:pPr>
      <w:r>
        <w:t>ph</w:t>
      </w:r>
    </w:p>
    <w:p>
      <w:pPr>
        <w:jc w:val="both"/>
      </w:pPr>
      <w:r>
        <w:t>ủ</w:t>
      </w:r>
    </w:p>
    <w:p>
      <w:pPr>
        <w:jc w:val="both"/>
      </w:pPr>
      <w:r>
        <w:t>quy</w:t>
      </w:r>
    </w:p>
    <w:p>
      <w:pPr>
        <w:jc w:val="both"/>
      </w:pPr>
      <w:r>
        <w:t>đị</w:t>
      </w:r>
    </w:p>
    <w:p>
      <w:pPr>
        <w:jc w:val="both"/>
      </w:pPr>
      <w:r>
        <w:t>nh chi ti</w:t>
      </w:r>
    </w:p>
    <w:p>
      <w:pPr>
        <w:jc w:val="both"/>
      </w:pPr>
      <w:r>
        <w:t>ế</w:t>
      </w:r>
    </w:p>
    <w:p>
      <w:pPr>
        <w:jc w:val="both"/>
      </w:pPr>
      <w:r>
        <w:t>t thi hành Lu</w:t>
      </w:r>
    </w:p>
    <w:p>
      <w:pPr>
        <w:jc w:val="both"/>
      </w:pPr>
      <w:r>
        <w:t>ậ</w:t>
      </w:r>
    </w:p>
    <w:p>
      <w:pPr>
        <w:jc w:val="both"/>
      </w:pPr>
      <w:r>
        <w:t>t Th</w:t>
      </w:r>
    </w:p>
    <w:p>
      <w:pPr>
        <w:jc w:val="both"/>
      </w:pPr>
      <w:r>
        <w:t>ươ</w:t>
      </w:r>
    </w:p>
    <w:p>
      <w:pPr>
        <w:jc w:val="both"/>
      </w:pPr>
      <w:r>
        <w:t>ng m</w:t>
      </w:r>
    </w:p>
    <w:p>
      <w:pPr>
        <w:jc w:val="both"/>
      </w:pPr>
      <w:r>
        <w:t>ạ</w:t>
      </w:r>
    </w:p>
    <w:p>
      <w:pPr>
        <w:jc w:val="both"/>
      </w:pPr>
      <w:r>
        <w:t>i v</w:t>
      </w:r>
    </w:p>
    <w:p>
      <w:pPr>
        <w:jc w:val="both"/>
      </w:pPr>
      <w:r>
        <w:t>ề</w:t>
      </w:r>
    </w:p>
    <w:p>
      <w:pPr>
        <w:jc w:val="both"/>
      </w:pPr>
      <w:r>
        <w:t>ho</w:t>
      </w:r>
    </w:p>
    <w:p>
      <w:pPr>
        <w:jc w:val="both"/>
      </w:pPr>
      <w:r>
        <w:t>ạ</w:t>
      </w:r>
    </w:p>
    <w:p>
      <w:pPr>
        <w:jc w:val="both"/>
      </w:pPr>
      <w:r>
        <w:t>t</w:t>
      </w:r>
    </w:p>
    <w:p>
      <w:pPr>
        <w:jc w:val="both"/>
      </w:pPr>
      <w:r>
        <w:t>độ</w:t>
      </w:r>
    </w:p>
    <w:p>
      <w:pPr>
        <w:jc w:val="both"/>
      </w:pPr>
      <w:r>
        <w:t>ng mua bán hàng hóa</w:t>
      </w:r>
    </w:p>
    <w:p>
      <w:pPr>
        <w:jc w:val="both"/>
      </w:pPr>
      <w:r>
        <w:t>qu</w:t>
      </w:r>
    </w:p>
    <w:p>
      <w:pPr>
        <w:jc w:val="both"/>
      </w:pPr>
      <w:r>
        <w:t>ố</w:t>
      </w:r>
    </w:p>
    <w:p>
      <w:pPr>
        <w:jc w:val="both"/>
      </w:pPr>
      <w:r>
        <w:t>c t</w:t>
      </w:r>
    </w:p>
    <w:p>
      <w:pPr>
        <w:jc w:val="both"/>
      </w:pPr>
      <w:r>
        <w:t>ế</w:t>
      </w:r>
    </w:p>
    <w:p>
      <w:pPr>
        <w:jc w:val="both"/>
      </w:pPr>
      <w:r>
        <w:t>và các ho</w:t>
      </w:r>
    </w:p>
    <w:p>
      <w:pPr>
        <w:jc w:val="both"/>
      </w:pPr>
      <w:r>
        <w:t>ạ</w:t>
      </w:r>
    </w:p>
    <w:p>
      <w:pPr>
        <w:jc w:val="both"/>
      </w:pPr>
      <w:r>
        <w:t>t</w:t>
      </w:r>
    </w:p>
    <w:p>
      <w:pPr>
        <w:jc w:val="both"/>
      </w:pPr>
      <w:r>
        <w:t>độ</w:t>
      </w:r>
    </w:p>
    <w:p>
      <w:pPr>
        <w:jc w:val="both"/>
      </w:pPr>
      <w:r>
        <w:t>ng</w:t>
      </w:r>
    </w:p>
    <w:p>
      <w:pPr>
        <w:jc w:val="both"/>
      </w:pPr>
      <w:r>
        <w:t>đạ</w:t>
      </w:r>
    </w:p>
    <w:p>
      <w:pPr>
        <w:jc w:val="both"/>
      </w:pPr>
      <w:r>
        <w:t>i lý mua, bán, gia công và quá c</w:t>
      </w:r>
    </w:p>
    <w:p>
      <w:pPr>
        <w:jc w:val="both"/>
      </w:pPr>
      <w:r>
        <w:t>ả</w:t>
      </w:r>
    </w:p>
    <w:p>
      <w:pPr>
        <w:jc w:val="both"/>
      </w:pPr>
      <w:r>
        <w:t>nh hàng hóa v</w:t>
      </w:r>
    </w:p>
    <w:p>
      <w:pPr>
        <w:jc w:val="both"/>
      </w:pPr>
      <w:r>
        <w:t>ớ</w:t>
      </w:r>
    </w:p>
    <w:p>
      <w:pPr>
        <w:jc w:val="both"/>
      </w:pPr>
      <w:r>
        <w:t>i</w:t>
      </w:r>
    </w:p>
    <w:p>
      <w:pPr>
        <w:jc w:val="both"/>
      </w:pPr>
      <w:r>
        <w:t>n</w:t>
      </w:r>
    </w:p>
    <w:p>
      <w:pPr>
        <w:jc w:val="both"/>
      </w:pPr>
      <w:r>
        <w:t>ướ</w:t>
      </w:r>
    </w:p>
    <w:p>
      <w:pPr>
        <w:jc w:val="both"/>
      </w:pPr>
      <w:r>
        <w:t>c ngoài;</w:t>
      </w:r>
    </w:p>
    <w:p>
      <w:pPr>
        <w:jc w:val="both"/>
      </w:pPr>
      <w:r>
        <w:t>Theo</w:t>
      </w:r>
    </w:p>
    <w:p>
      <w:pPr>
        <w:jc w:val="both"/>
      </w:pPr>
      <w:r>
        <w:t>đề</w:t>
      </w:r>
    </w:p>
    <w:p>
      <w:pPr>
        <w:jc w:val="both"/>
      </w:pPr>
      <w:r>
        <w:t>ngh</w:t>
      </w:r>
    </w:p>
    <w:p>
      <w:pPr>
        <w:jc w:val="both"/>
      </w:pPr>
      <w:r>
        <w:t>ị</w:t>
      </w:r>
    </w:p>
    <w:p>
      <w:pPr>
        <w:jc w:val="both"/>
      </w:pPr>
      <w:r>
        <w:t>c</w:t>
      </w:r>
    </w:p>
    <w:p>
      <w:pPr>
        <w:jc w:val="both"/>
      </w:pPr>
      <w:r>
        <w:t>ủ</w:t>
      </w:r>
    </w:p>
    <w:p>
      <w:pPr>
        <w:jc w:val="both"/>
      </w:pPr>
      <w:r>
        <w:t>a B</w:t>
      </w:r>
    </w:p>
    <w:p>
      <w:pPr>
        <w:jc w:val="both"/>
      </w:pPr>
      <w:r>
        <w:t>ộ</w:t>
      </w:r>
    </w:p>
    <w:p>
      <w:pPr>
        <w:jc w:val="both"/>
      </w:pPr>
      <w:r>
        <w:t>tr</w:t>
      </w:r>
    </w:p>
    <w:p>
      <w:pPr>
        <w:jc w:val="both"/>
      </w:pPr>
      <w:r>
        <w:t>ưở</w:t>
      </w:r>
    </w:p>
    <w:p>
      <w:pPr>
        <w:jc w:val="both"/>
      </w:pPr>
      <w:r>
        <w:t>ng B</w:t>
      </w:r>
    </w:p>
    <w:p>
      <w:pPr>
        <w:jc w:val="both"/>
      </w:pPr>
      <w:r>
        <w:t>ộ</w:t>
      </w:r>
    </w:p>
    <w:p>
      <w:pPr>
        <w:jc w:val="both"/>
      </w:pPr>
      <w:r>
        <w:t>Tài chính;</w:t>
      </w:r>
    </w:p>
    <w:p>
      <w:pPr>
        <w:jc w:val="both"/>
      </w:pPr>
      <w:r>
        <w:t>Th</w:t>
      </w:r>
    </w:p>
    <w:p>
      <w:pPr>
        <w:jc w:val="both"/>
      </w:pPr>
      <w:r>
        <w:t>ủ</w:t>
      </w:r>
    </w:p>
    <w:p>
      <w:pPr>
        <w:jc w:val="both"/>
      </w:pPr>
      <w:r>
        <w:t>t</w:t>
      </w:r>
    </w:p>
    <w:p>
      <w:pPr>
        <w:jc w:val="both"/>
      </w:pPr>
      <w:r>
        <w:t>ướ</w:t>
      </w:r>
    </w:p>
    <w:p>
      <w:pPr>
        <w:jc w:val="both"/>
      </w:pPr>
      <w:r>
        <w:t>ng Chính ph</w:t>
      </w:r>
    </w:p>
    <w:p>
      <w:pPr>
        <w:jc w:val="both"/>
      </w:pPr>
      <w:r>
        <w:t>ủ</w:t>
      </w:r>
    </w:p>
    <w:p>
      <w:pPr>
        <w:jc w:val="both"/>
      </w:pPr>
      <w:r>
        <w:t>ban hành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ử</w:t>
      </w:r>
    </w:p>
    <w:p>
      <w:pPr>
        <w:jc w:val="both"/>
      </w:pPr>
      <w:r>
        <w:t>a</w:t>
      </w:r>
    </w:p>
    <w:p>
      <w:pPr>
        <w:jc w:val="both"/>
      </w:pPr>
      <w:r>
        <w:t>đổ</w:t>
      </w:r>
    </w:p>
    <w:p>
      <w:pPr>
        <w:jc w:val="both"/>
      </w:pPr>
      <w:r>
        <w:t>i, b</w:t>
      </w:r>
    </w:p>
    <w:p>
      <w:pPr>
        <w:jc w:val="both"/>
      </w:pPr>
      <w:r>
        <w:t>ổ</w:t>
      </w:r>
    </w:p>
    <w:p>
      <w:pPr>
        <w:jc w:val="both"/>
      </w:pPr>
      <w:r>
        <w:t>sung m</w:t>
      </w:r>
    </w:p>
    <w:p>
      <w:pPr>
        <w:jc w:val="both"/>
      </w:pPr>
      <w:r>
        <w:t>ộ</w:t>
      </w:r>
    </w:p>
    <w:p>
      <w:pPr>
        <w:jc w:val="both"/>
      </w:pPr>
      <w:r>
        <w:t>t s</w:t>
      </w:r>
    </w:p>
    <w:p>
      <w:pPr>
        <w:jc w:val="both"/>
      </w:pPr>
      <w:r>
        <w:t>ố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c</w:t>
      </w:r>
    </w:p>
    <w:p>
      <w:pPr>
        <w:jc w:val="both"/>
      </w:pPr>
      <w:r>
        <w:t>ủ</w:t>
      </w:r>
    </w:p>
    <w:p>
      <w:pPr>
        <w:jc w:val="both"/>
      </w:pPr>
      <w:r>
        <w:t>a</w:t>
      </w:r>
    </w:p>
    <w:p>
      <w:pPr>
        <w:jc w:val="both"/>
      </w:pPr>
      <w:r>
        <w:t>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53/2013/Q</w:t>
      </w:r>
    </w:p>
    <w:p>
      <w:pPr>
        <w:jc w:val="both"/>
      </w:pPr>
      <w:r>
        <w:t>Đ</w:t>
      </w:r>
    </w:p>
    <w:p>
      <w:pPr>
        <w:jc w:val="both"/>
      </w:pPr>
      <w:r>
        <w:t>-TTg ngày 13 tháng 9 n</w:t>
      </w:r>
    </w:p>
    <w:p>
      <w:pPr>
        <w:jc w:val="both"/>
      </w:pPr>
      <w:r>
        <w:t>ă</w:t>
      </w:r>
    </w:p>
    <w:p>
      <w:pPr>
        <w:jc w:val="both"/>
      </w:pPr>
      <w:r>
        <w:t>m 2013 c</w:t>
      </w:r>
    </w:p>
    <w:p>
      <w:pPr>
        <w:jc w:val="both"/>
      </w:pPr>
      <w:r>
        <w:t>ủ</w:t>
      </w:r>
    </w:p>
    <w:p>
      <w:pPr>
        <w:jc w:val="both"/>
      </w:pPr>
      <w:r>
        <w:t>a Th</w:t>
      </w:r>
    </w:p>
    <w:p>
      <w:pPr>
        <w:jc w:val="both"/>
      </w:pPr>
      <w:r>
        <w:t>ủ</w:t>
      </w:r>
    </w:p>
    <w:p>
      <w:pPr>
        <w:jc w:val="both"/>
      </w:pPr>
      <w:r>
        <w:t>t</w:t>
      </w:r>
    </w:p>
    <w:p>
      <w:pPr>
        <w:jc w:val="both"/>
      </w:pPr>
      <w:r>
        <w:t>ướ</w:t>
      </w:r>
    </w:p>
    <w:p>
      <w:pPr>
        <w:jc w:val="both"/>
      </w:pPr>
      <w:r>
        <w:t>ng Chính</w:t>
      </w:r>
    </w:p>
    <w:p>
      <w:pPr>
        <w:jc w:val="both"/>
      </w:pPr>
      <w:r>
        <w:t>ph</w:t>
      </w:r>
    </w:p>
    <w:p>
      <w:pPr>
        <w:jc w:val="both"/>
      </w:pPr>
      <w:r>
        <w:t>ủ</w:t>
      </w:r>
    </w:p>
    <w:p>
      <w:pPr>
        <w:jc w:val="both"/>
      </w:pPr>
      <w:r>
        <w:t>v</w:t>
      </w:r>
    </w:p>
    <w:p>
      <w:pPr>
        <w:jc w:val="both"/>
      </w:pPr>
      <w:r>
        <w:t>ề</w:t>
      </w:r>
    </w:p>
    <w:p>
      <w:pPr>
        <w:jc w:val="both"/>
      </w:pPr>
      <w:r>
        <w:t>vi</w:t>
      </w:r>
    </w:p>
    <w:p>
      <w:pPr>
        <w:jc w:val="both"/>
      </w:pPr>
      <w:r>
        <w:t>ệ</w:t>
      </w:r>
    </w:p>
    <w:p>
      <w:pPr>
        <w:jc w:val="both"/>
      </w:pPr>
      <w:r>
        <w:t>c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u, tái xu</w:t>
      </w:r>
    </w:p>
    <w:p>
      <w:pPr>
        <w:jc w:val="both"/>
      </w:pPr>
      <w:r>
        <w:t>ấ</w:t>
      </w:r>
    </w:p>
    <w:p>
      <w:pPr>
        <w:jc w:val="both"/>
      </w:pPr>
      <w:r>
        <w:t>t kh</w:t>
      </w:r>
    </w:p>
    <w:p>
      <w:pPr>
        <w:jc w:val="both"/>
      </w:pPr>
      <w:r>
        <w:t>ẩ</w:t>
      </w:r>
    </w:p>
    <w:p>
      <w:pPr>
        <w:jc w:val="both"/>
      </w:pPr>
      <w:r>
        <w:t>u, tiêu h</w:t>
      </w:r>
    </w:p>
    <w:p>
      <w:pPr>
        <w:jc w:val="both"/>
      </w:pPr>
      <w:r>
        <w:t>ủ</w:t>
      </w:r>
    </w:p>
    <w:p>
      <w:pPr>
        <w:jc w:val="both"/>
      </w:pPr>
      <w:r>
        <w:t>y,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 xe ô tô,</w:t>
      </w:r>
    </w:p>
    <w:p>
      <w:pPr>
        <w:jc w:val="both"/>
      </w:pPr>
      <w:r>
        <w:t>xe hai bánh g</w:t>
      </w:r>
    </w:p>
    <w:p>
      <w:pPr>
        <w:jc w:val="both"/>
      </w:pPr>
      <w:r>
        <w:t>ắ</w:t>
      </w:r>
    </w:p>
    <w:p>
      <w:pPr>
        <w:jc w:val="both"/>
      </w:pPr>
      <w:r>
        <w:t>n máy c</w:t>
      </w:r>
    </w:p>
    <w:p>
      <w:pPr>
        <w:jc w:val="both"/>
      </w:pPr>
      <w:r>
        <w:t>ủ</w:t>
      </w:r>
    </w:p>
    <w:p>
      <w:pPr>
        <w:jc w:val="both"/>
      </w:pPr>
      <w:r>
        <w:t>a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</w:t>
      </w:r>
    </w:p>
    <w:p>
      <w:pPr>
        <w:jc w:val="both"/>
      </w:pPr>
      <w:r>
        <w:t>đượ</w:t>
      </w:r>
    </w:p>
    <w:p>
      <w:pPr>
        <w:jc w:val="both"/>
      </w:pPr>
      <w:r>
        <w:t>c h</w:t>
      </w:r>
    </w:p>
    <w:p>
      <w:pPr>
        <w:jc w:val="both"/>
      </w:pPr>
      <w:r>
        <w:t>ưở</w:t>
      </w:r>
    </w:p>
    <w:p>
      <w:pPr>
        <w:jc w:val="both"/>
      </w:pPr>
      <w:r>
        <w:t>ng quy</w:t>
      </w:r>
    </w:p>
    <w:p>
      <w:pPr>
        <w:jc w:val="both"/>
      </w:pPr>
      <w:r>
        <w:t>ề</w:t>
      </w:r>
    </w:p>
    <w:p>
      <w:pPr>
        <w:jc w:val="both"/>
      </w:pPr>
      <w:r>
        <w:t>n</w:t>
      </w:r>
    </w:p>
    <w:p>
      <w:pPr>
        <w:jc w:val="both"/>
      </w:pPr>
      <w:r>
        <w:t>ư</w:t>
      </w:r>
    </w:p>
    <w:p>
      <w:pPr>
        <w:jc w:val="both"/>
      </w:pPr>
      <w:r>
        <w:t>u</w:t>
      </w:r>
    </w:p>
    <w:p>
      <w:pPr>
        <w:jc w:val="both"/>
      </w:pPr>
      <w:r>
        <w:t>đ</w:t>
      </w:r>
    </w:p>
    <w:p>
      <w:pPr>
        <w:jc w:val="both"/>
      </w:pPr>
      <w:r>
        <w:t>ãi, mi</w:t>
      </w:r>
    </w:p>
    <w:p>
      <w:pPr>
        <w:jc w:val="both"/>
      </w:pPr>
      <w:r>
        <w:t>ễ</w:t>
      </w:r>
    </w:p>
    <w:p>
      <w:pPr>
        <w:jc w:val="both"/>
      </w:pPr>
      <w:r>
        <w:t>n tr</w:t>
      </w:r>
    </w:p>
    <w:p>
      <w:pPr>
        <w:jc w:val="both"/>
      </w:pPr>
      <w:r>
        <w:t>ừ</w:t>
      </w:r>
    </w:p>
    <w:p>
      <w:pPr>
        <w:jc w:val="both"/>
      </w:pPr>
      <w:r>
        <w:t>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Nam.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1.</w:t>
      </w:r>
    </w:p>
    <w:p>
      <w:pPr>
        <w:jc w:val="both"/>
      </w:pPr>
      <w:r>
        <w:t>S</w:t>
      </w:r>
    </w:p>
    <w:p>
      <w:pPr>
        <w:jc w:val="both"/>
      </w:pPr>
      <w:r>
        <w:t>ử</w:t>
      </w:r>
    </w:p>
    <w:p>
      <w:pPr>
        <w:jc w:val="both"/>
      </w:pPr>
      <w:r>
        <w:t>a</w:t>
      </w:r>
    </w:p>
    <w:p>
      <w:pPr>
        <w:jc w:val="both"/>
      </w:pPr>
      <w:r>
        <w:t>đổ</w:t>
      </w:r>
    </w:p>
    <w:p>
      <w:pPr>
        <w:jc w:val="both"/>
      </w:pPr>
      <w:r>
        <w:t>i, b</w:t>
      </w:r>
    </w:p>
    <w:p>
      <w:pPr>
        <w:jc w:val="both"/>
      </w:pPr>
      <w:r>
        <w:t>ổ</w:t>
      </w:r>
    </w:p>
    <w:p>
      <w:pPr>
        <w:jc w:val="both"/>
      </w:pPr>
      <w:r>
        <w:t>sung m</w:t>
      </w:r>
    </w:p>
    <w:p>
      <w:pPr>
        <w:jc w:val="both"/>
      </w:pPr>
      <w:r>
        <w:t>ộ</w:t>
      </w:r>
    </w:p>
    <w:p>
      <w:pPr>
        <w:jc w:val="both"/>
      </w:pPr>
      <w:r>
        <w:t>t s</w:t>
      </w:r>
    </w:p>
    <w:p>
      <w:pPr>
        <w:jc w:val="both"/>
      </w:pPr>
      <w:r>
        <w:t>ố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c</w:t>
      </w:r>
    </w:p>
    <w:p>
      <w:pPr>
        <w:jc w:val="both"/>
      </w:pPr>
      <w:r>
        <w:t>ủ</w:t>
      </w:r>
    </w:p>
    <w:p>
      <w:pPr>
        <w:jc w:val="both"/>
      </w:pPr>
      <w:r>
        <w:t>a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53/2013/Q</w:t>
      </w:r>
    </w:p>
    <w:p>
      <w:pPr>
        <w:jc w:val="both"/>
      </w:pPr>
      <w:r>
        <w:t>Đ</w:t>
      </w:r>
    </w:p>
    <w:p>
      <w:pPr>
        <w:jc w:val="both"/>
      </w:pPr>
      <w:r>
        <w:t>-TTg ngày 13</w:t>
      </w:r>
    </w:p>
    <w:p>
      <w:pPr>
        <w:jc w:val="both"/>
      </w:pPr>
      <w:r>
        <w:t>tháng 9 n</w:t>
      </w:r>
    </w:p>
    <w:p>
      <w:pPr>
        <w:jc w:val="both"/>
      </w:pPr>
      <w:r>
        <w:t>ă</w:t>
      </w:r>
    </w:p>
    <w:p>
      <w:pPr>
        <w:jc w:val="both"/>
      </w:pPr>
      <w:r>
        <w:t>m 2013 c</w:t>
      </w:r>
    </w:p>
    <w:p>
      <w:pPr>
        <w:jc w:val="both"/>
      </w:pPr>
      <w:r>
        <w:t>ủ</w:t>
      </w:r>
    </w:p>
    <w:p>
      <w:pPr>
        <w:jc w:val="both"/>
      </w:pPr>
      <w:r>
        <w:t>a Th</w:t>
      </w:r>
    </w:p>
    <w:p>
      <w:pPr>
        <w:jc w:val="both"/>
      </w:pPr>
      <w:r>
        <w:t>ủ</w:t>
      </w:r>
    </w:p>
    <w:p>
      <w:pPr>
        <w:jc w:val="both"/>
      </w:pPr>
      <w:r>
        <w:t>t</w:t>
      </w:r>
    </w:p>
    <w:p>
      <w:pPr>
        <w:jc w:val="both"/>
      </w:pPr>
      <w:r>
        <w:t>ướ</w:t>
      </w:r>
    </w:p>
    <w:p>
      <w:pPr>
        <w:jc w:val="both"/>
      </w:pPr>
      <w:r>
        <w:t>ng Chính ph</w:t>
      </w:r>
    </w:p>
    <w:p>
      <w:pPr>
        <w:jc w:val="both"/>
      </w:pPr>
      <w:r>
        <w:t>ủ</w:t>
      </w:r>
    </w:p>
    <w:p>
      <w:pPr>
        <w:jc w:val="both"/>
      </w:pPr>
      <w:r>
        <w:t>quy</w:t>
      </w:r>
    </w:p>
    <w:p>
      <w:pPr>
        <w:jc w:val="both"/>
      </w:pPr>
      <w:r>
        <w:t>đị</w:t>
      </w:r>
    </w:p>
    <w:p>
      <w:pPr>
        <w:jc w:val="both"/>
      </w:pPr>
      <w:r>
        <w:t>nh v</w:t>
      </w:r>
    </w:p>
    <w:p>
      <w:pPr>
        <w:jc w:val="both"/>
      </w:pPr>
      <w:r>
        <w:t>ề</w:t>
      </w:r>
    </w:p>
    <w:p>
      <w:pPr>
        <w:jc w:val="both"/>
      </w:pPr>
      <w:r>
        <w:t>vi</w:t>
      </w:r>
    </w:p>
    <w:p>
      <w:pPr>
        <w:jc w:val="both"/>
      </w:pPr>
      <w:r>
        <w:t>ệ</w:t>
      </w:r>
    </w:p>
    <w:p>
      <w:pPr>
        <w:jc w:val="both"/>
      </w:pPr>
      <w:r>
        <w:t>c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u, tái</w:t>
      </w:r>
    </w:p>
    <w:p>
      <w:pPr>
        <w:jc w:val="both"/>
      </w:pPr>
      <w:r>
        <w:t>xu</w:t>
      </w:r>
    </w:p>
    <w:p>
      <w:pPr>
        <w:jc w:val="both"/>
      </w:pPr>
      <w:r>
        <w:t>ấ</w:t>
      </w:r>
    </w:p>
    <w:p>
      <w:pPr>
        <w:jc w:val="both"/>
      </w:pPr>
      <w:r>
        <w:t>t kh</w:t>
      </w:r>
    </w:p>
    <w:p>
      <w:pPr>
        <w:jc w:val="both"/>
      </w:pPr>
      <w:r>
        <w:t>ẩ</w:t>
      </w:r>
    </w:p>
    <w:p>
      <w:pPr>
        <w:jc w:val="both"/>
      </w:pPr>
      <w:r>
        <w:t>u, tiêu h</w:t>
      </w:r>
    </w:p>
    <w:p>
      <w:pPr>
        <w:jc w:val="both"/>
      </w:pPr>
      <w:r>
        <w:t>ủ</w:t>
      </w:r>
    </w:p>
    <w:p>
      <w:pPr>
        <w:jc w:val="both"/>
      </w:pPr>
      <w:r>
        <w:t>y,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 xe ô tô, xe hai bánh g</w:t>
      </w:r>
    </w:p>
    <w:p>
      <w:pPr>
        <w:jc w:val="both"/>
      </w:pPr>
      <w:r>
        <w:t>ắ</w:t>
      </w:r>
    </w:p>
    <w:p>
      <w:pPr>
        <w:jc w:val="both"/>
      </w:pPr>
      <w:r>
        <w:t>n máy c</w:t>
      </w:r>
    </w:p>
    <w:p>
      <w:pPr>
        <w:jc w:val="both"/>
      </w:pPr>
      <w:r>
        <w:t>ủ</w:t>
      </w:r>
    </w:p>
    <w:p>
      <w:pPr>
        <w:jc w:val="both"/>
      </w:pPr>
      <w:r>
        <w:t>a</w:t>
      </w:r>
    </w:p>
    <w:p>
      <w:pPr>
        <w:jc w:val="both"/>
      </w:pPr>
      <w:r>
        <w:t>đố</w:t>
      </w:r>
    </w:p>
    <w:p>
      <w:pPr>
        <w:jc w:val="both"/>
      </w:pPr>
      <w:r>
        <w:t>i</w:t>
      </w:r>
    </w:p>
    <w:p>
      <w:pPr>
        <w:jc w:val="both"/>
      </w:pPr>
      <w:r>
        <w:t>t</w:t>
      </w:r>
    </w:p>
    <w:p>
      <w:pPr>
        <w:jc w:val="both"/>
      </w:pPr>
      <w:r>
        <w:t>ượ</w:t>
      </w:r>
    </w:p>
    <w:p>
      <w:pPr>
        <w:jc w:val="both"/>
      </w:pPr>
      <w:r>
        <w:t>ng</w:t>
      </w:r>
    </w:p>
    <w:p>
      <w:pPr>
        <w:jc w:val="both"/>
      </w:pPr>
      <w:r>
        <w:t>đượ</w:t>
      </w:r>
    </w:p>
    <w:p>
      <w:pPr>
        <w:jc w:val="both"/>
      </w:pPr>
      <w:r>
        <w:t>c h</w:t>
      </w:r>
    </w:p>
    <w:p>
      <w:pPr>
        <w:jc w:val="both"/>
      </w:pPr>
      <w:r>
        <w:t>ưở</w:t>
      </w:r>
    </w:p>
    <w:p>
      <w:pPr>
        <w:jc w:val="both"/>
      </w:pPr>
      <w:r>
        <w:t>ng quy</w:t>
      </w:r>
    </w:p>
    <w:p>
      <w:pPr>
        <w:jc w:val="both"/>
      </w:pPr>
      <w:r>
        <w:t>ề</w:t>
      </w:r>
    </w:p>
    <w:p>
      <w:pPr>
        <w:jc w:val="both"/>
      </w:pPr>
      <w:r>
        <w:t>n</w:t>
      </w:r>
    </w:p>
    <w:p>
      <w:pPr>
        <w:jc w:val="both"/>
      </w:pPr>
      <w:r>
        <w:t>ư</w:t>
      </w:r>
    </w:p>
    <w:p>
      <w:pPr>
        <w:jc w:val="both"/>
      </w:pPr>
      <w:r>
        <w:t>u</w:t>
      </w:r>
    </w:p>
    <w:p>
      <w:pPr>
        <w:jc w:val="both"/>
      </w:pPr>
      <w:r>
        <w:t>đ</w:t>
      </w:r>
    </w:p>
    <w:p>
      <w:pPr>
        <w:jc w:val="both"/>
      </w:pPr>
      <w:r>
        <w:t>ãi, mi</w:t>
      </w:r>
    </w:p>
    <w:p>
      <w:pPr>
        <w:jc w:val="both"/>
      </w:pPr>
      <w:r>
        <w:t>ễ</w:t>
      </w:r>
    </w:p>
    <w:p>
      <w:pPr>
        <w:jc w:val="both"/>
      </w:pPr>
      <w:r>
        <w:t>n tr</w:t>
      </w:r>
    </w:p>
    <w:p>
      <w:pPr>
        <w:jc w:val="both"/>
      </w:pPr>
      <w:r>
        <w:t>ừ</w:t>
      </w:r>
    </w:p>
    <w:p>
      <w:pPr>
        <w:jc w:val="both"/>
      </w:pPr>
      <w:r>
        <w:t>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Nam, c</w:t>
      </w:r>
    </w:p>
    <w:p>
      <w:pPr>
        <w:jc w:val="both"/>
      </w:pPr>
      <w:r>
        <w:t>ụ</w:t>
      </w:r>
    </w:p>
    <w:p>
      <w:pPr>
        <w:jc w:val="both"/>
      </w:pPr>
      <w:r>
        <w:t>th</w:t>
      </w:r>
    </w:p>
    <w:p>
      <w:pPr>
        <w:jc w:val="both"/>
      </w:pPr>
      <w:r>
        <w:t>ể</w:t>
      </w:r>
    </w:p>
    <w:p>
      <w:pPr>
        <w:jc w:val="both"/>
      </w:pPr>
      <w:r>
        <w:t>nh</w:t>
      </w:r>
    </w:p>
    <w:p>
      <w:pPr>
        <w:jc w:val="both"/>
      </w:pPr>
      <w:r>
        <w:t>ư</w:t>
      </w:r>
    </w:p>
    <w:p>
      <w:pPr>
        <w:jc w:val="both"/>
      </w:pPr>
      <w:r>
        <w:t>sau:</w:t>
      </w:r>
    </w:p>
    <w:p>
      <w:pPr>
        <w:jc w:val="both"/>
      </w:pPr>
      <w:r>
        <w:t>50</w:t>
      </w:r>
    </w:p>
    <w:p>
      <w:pPr>
        <w:jc w:val="both"/>
      </w:pPr>
      <w:r>
        <w:t>CÔNG BÁO/S</w:t>
      </w:r>
    </w:p>
    <w:p>
      <w:pPr>
        <w:jc w:val="both"/>
      </w:pPr>
      <w:r>
        <w:t>ố</w:t>
      </w:r>
    </w:p>
    <w:p>
      <w:pPr>
        <w:jc w:val="both"/>
      </w:pPr>
      <w:r>
        <w:t>443 + 444/Ngày 17-3-2018</w:t>
      </w:r>
    </w:p>
    <w:p>
      <w:pPr>
        <w:jc w:val="both"/>
      </w:pPr>
      <w:r>
        <w:t>1.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4</w:t>
      </w:r>
    </w:p>
    <w:p>
      <w:pPr>
        <w:jc w:val="both"/>
      </w:pPr>
      <w:r>
        <w:t>đượ</w:t>
      </w:r>
    </w:p>
    <w:p>
      <w:pPr>
        <w:jc w:val="both"/>
      </w:pPr>
      <w:r>
        <w:t>c s</w:t>
      </w:r>
    </w:p>
    <w:p>
      <w:pPr>
        <w:jc w:val="both"/>
      </w:pPr>
      <w:r>
        <w:t>ử</w:t>
      </w:r>
    </w:p>
    <w:p>
      <w:pPr>
        <w:jc w:val="both"/>
      </w:pPr>
      <w:r>
        <w:t>a</w:t>
      </w:r>
    </w:p>
    <w:p>
      <w:pPr>
        <w:jc w:val="both"/>
      </w:pPr>
      <w:r>
        <w:t>đổ</w:t>
      </w:r>
    </w:p>
    <w:p>
      <w:pPr>
        <w:jc w:val="both"/>
      </w:pPr>
      <w:r>
        <w:t>i, b</w:t>
      </w:r>
    </w:p>
    <w:p>
      <w:pPr>
        <w:jc w:val="both"/>
      </w:pPr>
      <w:r>
        <w:t>ổ</w:t>
      </w:r>
    </w:p>
    <w:p>
      <w:pPr>
        <w:jc w:val="both"/>
      </w:pPr>
      <w:r>
        <w:t>sung nh</w:t>
      </w:r>
    </w:p>
    <w:p>
      <w:pPr>
        <w:jc w:val="both"/>
      </w:pPr>
      <w:r>
        <w:t>ư</w:t>
      </w:r>
    </w:p>
    <w:p>
      <w:pPr>
        <w:jc w:val="both"/>
      </w:pPr>
      <w:r>
        <w:t>sau:</w:t>
      </w:r>
    </w:p>
    <w:p>
      <w:pPr>
        <w:jc w:val="both"/>
      </w:pPr>
      <w:r>
        <w:t>“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4.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ki</w:t>
      </w:r>
    </w:p>
    <w:p>
      <w:pPr>
        <w:jc w:val="both"/>
      </w:pPr>
      <w:r>
        <w:t>ệ</w:t>
      </w:r>
    </w:p>
    <w:p>
      <w:pPr>
        <w:jc w:val="both"/>
      </w:pPr>
      <w:r>
        <w:t>n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mi</w:t>
      </w:r>
    </w:p>
    <w:p>
      <w:pPr>
        <w:jc w:val="both"/>
      </w:pPr>
      <w:r>
        <w:t>ễ</w:t>
      </w:r>
    </w:p>
    <w:p>
      <w:pPr>
        <w:jc w:val="both"/>
      </w:pPr>
      <w:r>
        <w:t>n thu</w:t>
      </w:r>
    </w:p>
    <w:p>
      <w:pPr>
        <w:jc w:val="both"/>
      </w:pPr>
      <w:r>
        <w:t>ế</w:t>
      </w:r>
    </w:p>
    <w:p>
      <w:pPr>
        <w:jc w:val="both"/>
      </w:pPr>
      <w:r>
        <w:t>xe ô tô, xe g</w:t>
      </w:r>
    </w:p>
    <w:p>
      <w:pPr>
        <w:jc w:val="both"/>
      </w:pPr>
      <w:r>
        <w:t>ắ</w:t>
      </w:r>
    </w:p>
    <w:p>
      <w:pPr>
        <w:jc w:val="both"/>
      </w:pPr>
      <w:r>
        <w:t>n máy</w:t>
      </w:r>
    </w:p>
    <w:p>
      <w:pPr>
        <w:jc w:val="both"/>
      </w:pPr>
      <w:r>
        <w:t>1.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1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</w:t>
      </w:r>
    </w:p>
    <w:p>
      <w:pPr>
        <w:jc w:val="both"/>
      </w:pPr>
      <w:r>
        <w:t>đượ</w:t>
      </w:r>
    </w:p>
    <w:p>
      <w:pPr>
        <w:jc w:val="both"/>
      </w:pPr>
      <w:r>
        <w:t>c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</w:t>
      </w:r>
    </w:p>
    <w:p>
      <w:pPr>
        <w:jc w:val="both"/>
      </w:pPr>
      <w:r>
        <w:t>mi</w:t>
      </w:r>
    </w:p>
    <w:p>
      <w:pPr>
        <w:jc w:val="both"/>
      </w:pPr>
      <w:r>
        <w:t>ễ</w:t>
      </w:r>
    </w:p>
    <w:p>
      <w:pPr>
        <w:jc w:val="both"/>
      </w:pPr>
      <w:r>
        <w:t>n thu</w:t>
      </w:r>
    </w:p>
    <w:p>
      <w:pPr>
        <w:jc w:val="both"/>
      </w:pPr>
      <w:r>
        <w:t>ế</w:t>
      </w:r>
    </w:p>
    <w:p>
      <w:pPr>
        <w:jc w:val="both"/>
      </w:pPr>
      <w:r>
        <w:t>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u, không ch</w:t>
      </w:r>
    </w:p>
    <w:p>
      <w:pPr>
        <w:jc w:val="both"/>
      </w:pPr>
      <w:r>
        <w:t>ị</w:t>
      </w:r>
    </w:p>
    <w:p>
      <w:pPr>
        <w:jc w:val="both"/>
      </w:pPr>
      <w:r>
        <w:t>u thu</w:t>
      </w:r>
    </w:p>
    <w:p>
      <w:pPr>
        <w:jc w:val="both"/>
      </w:pPr>
      <w:r>
        <w:t>ế</w:t>
      </w:r>
    </w:p>
    <w:p>
      <w:pPr>
        <w:jc w:val="both"/>
      </w:pPr>
      <w:r>
        <w:t>tiêu th</w:t>
      </w:r>
    </w:p>
    <w:p>
      <w:pPr>
        <w:jc w:val="both"/>
      </w:pPr>
      <w:r>
        <w:t>ụ</w:t>
      </w:r>
    </w:p>
    <w:p>
      <w:pPr>
        <w:jc w:val="both"/>
      </w:pPr>
      <w:r>
        <w:t>đặ</w:t>
      </w:r>
    </w:p>
    <w:p>
      <w:pPr>
        <w:jc w:val="both"/>
      </w:pPr>
      <w:r>
        <w:t>c bi</w:t>
      </w:r>
    </w:p>
    <w:p>
      <w:pPr>
        <w:jc w:val="both"/>
      </w:pPr>
      <w:r>
        <w:t>ệ</w:t>
      </w:r>
    </w:p>
    <w:p>
      <w:pPr>
        <w:jc w:val="both"/>
      </w:pPr>
      <w:r>
        <w:t>t và thu</w:t>
      </w:r>
    </w:p>
    <w:p>
      <w:pPr>
        <w:jc w:val="both"/>
      </w:pPr>
      <w:r>
        <w:t>ế</w:t>
      </w:r>
    </w:p>
    <w:p>
      <w:pPr>
        <w:jc w:val="both"/>
      </w:pPr>
      <w:r>
        <w:t>giá tr</w:t>
      </w:r>
    </w:p>
    <w:p>
      <w:pPr>
        <w:jc w:val="both"/>
      </w:pPr>
      <w:r>
        <w:t>ị</w:t>
      </w:r>
    </w:p>
    <w:p>
      <w:pPr>
        <w:jc w:val="both"/>
      </w:pPr>
      <w:r>
        <w:t>gia t</w:t>
      </w:r>
    </w:p>
    <w:p>
      <w:pPr>
        <w:jc w:val="both"/>
      </w:pPr>
      <w:r>
        <w:t>ă</w:t>
      </w:r>
    </w:p>
    <w:p>
      <w:pPr>
        <w:jc w:val="both"/>
      </w:pPr>
      <w:r>
        <w:t>ng xe</w:t>
      </w:r>
    </w:p>
    <w:p>
      <w:pPr>
        <w:jc w:val="both"/>
      </w:pPr>
      <w:r>
        <w:t>ô tô, xe g</w:t>
      </w:r>
    </w:p>
    <w:p>
      <w:pPr>
        <w:jc w:val="both"/>
      </w:pPr>
      <w:r>
        <w:t>ắ</w:t>
      </w:r>
    </w:p>
    <w:p>
      <w:pPr>
        <w:jc w:val="both"/>
      </w:pPr>
      <w:r>
        <w:t>n máy theo ch</w:t>
      </w:r>
    </w:p>
    <w:p>
      <w:pPr>
        <w:jc w:val="both"/>
      </w:pPr>
      <w:r>
        <w:t>ủ</w:t>
      </w:r>
    </w:p>
    <w:p>
      <w:pPr>
        <w:jc w:val="both"/>
      </w:pPr>
      <w:r>
        <w:t>ng lo</w:t>
      </w:r>
    </w:p>
    <w:p>
      <w:pPr>
        <w:jc w:val="both"/>
      </w:pPr>
      <w:r>
        <w:t>ạ</w:t>
      </w:r>
    </w:p>
    <w:p>
      <w:pPr>
        <w:jc w:val="both"/>
      </w:pPr>
      <w:r>
        <w:t>i,</w:t>
      </w:r>
    </w:p>
    <w:p>
      <w:pPr>
        <w:jc w:val="both"/>
      </w:pPr>
      <w:r>
        <w:t>đị</w:t>
      </w:r>
    </w:p>
    <w:p>
      <w:pPr>
        <w:jc w:val="both"/>
      </w:pPr>
      <w:r>
        <w:t>nh l</w:t>
      </w:r>
    </w:p>
    <w:p>
      <w:pPr>
        <w:jc w:val="both"/>
      </w:pPr>
      <w:r>
        <w:t>ượ</w:t>
      </w:r>
    </w:p>
    <w:p>
      <w:pPr>
        <w:jc w:val="both"/>
      </w:pPr>
      <w:r>
        <w:t>ng quy</w:t>
      </w:r>
    </w:p>
    <w:p>
      <w:pPr>
        <w:jc w:val="both"/>
      </w:pPr>
      <w:r>
        <w:t>đị</w:t>
      </w:r>
    </w:p>
    <w:p>
      <w:pPr>
        <w:jc w:val="both"/>
      </w:pPr>
      <w:r>
        <w:t>nh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1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5 Ngh</w:t>
      </w:r>
    </w:p>
    <w:p>
      <w:pPr>
        <w:jc w:val="both"/>
      </w:pPr>
      <w:r>
        <w:t>ị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134/2016/N</w:t>
      </w:r>
    </w:p>
    <w:p>
      <w:pPr>
        <w:jc w:val="both"/>
      </w:pPr>
      <w:r>
        <w:t>Đ</w:t>
      </w:r>
    </w:p>
    <w:p>
      <w:pPr>
        <w:jc w:val="both"/>
      </w:pPr>
      <w:r>
        <w:t>-CP ngày 01 tháng 9 n</w:t>
      </w:r>
    </w:p>
    <w:p>
      <w:pPr>
        <w:jc w:val="both"/>
      </w:pPr>
      <w:r>
        <w:t>ă</w:t>
      </w:r>
    </w:p>
    <w:p>
      <w:pPr>
        <w:jc w:val="both"/>
      </w:pPr>
      <w:r>
        <w:t>m 2016 c</w:t>
      </w:r>
    </w:p>
    <w:p>
      <w:pPr>
        <w:jc w:val="both"/>
      </w:pPr>
      <w:r>
        <w:t>ủ</w:t>
      </w:r>
    </w:p>
    <w:p>
      <w:pPr>
        <w:jc w:val="both"/>
      </w:pPr>
      <w:r>
        <w:t>a Chính ph</w:t>
      </w:r>
    </w:p>
    <w:p>
      <w:pPr>
        <w:jc w:val="both"/>
      </w:pPr>
      <w:r>
        <w:t>ủ</w:t>
      </w:r>
    </w:p>
    <w:p>
      <w:pPr>
        <w:jc w:val="both"/>
      </w:pPr>
      <w:r>
        <w:t>sau khi</w:t>
      </w:r>
    </w:p>
    <w:p>
      <w:pPr>
        <w:jc w:val="both"/>
      </w:pPr>
      <w:r>
        <w:t>đượ</w:t>
      </w:r>
    </w:p>
    <w:p>
      <w:pPr>
        <w:jc w:val="both"/>
      </w:pPr>
      <w:r>
        <w:t>c</w:t>
      </w:r>
    </w:p>
    <w:p>
      <w:pPr>
        <w:jc w:val="both"/>
      </w:pPr>
      <w:r>
        <w:t>B</w:t>
      </w:r>
    </w:p>
    <w:p>
      <w:pPr>
        <w:jc w:val="both"/>
      </w:pPr>
      <w:r>
        <w:t>ộ</w:t>
      </w:r>
    </w:p>
    <w:p>
      <w:pPr>
        <w:jc w:val="both"/>
      </w:pPr>
      <w:r>
        <w:t>Ngo</w:t>
      </w:r>
    </w:p>
    <w:p>
      <w:pPr>
        <w:jc w:val="both"/>
      </w:pPr>
      <w:r>
        <w:t>ạ</w:t>
      </w:r>
    </w:p>
    <w:p>
      <w:pPr>
        <w:jc w:val="both"/>
      </w:pPr>
      <w:r>
        <w:t>i giao c</w:t>
      </w:r>
    </w:p>
    <w:p>
      <w:pPr>
        <w:jc w:val="both"/>
      </w:pPr>
      <w:r>
        <w:t>ấ</w:t>
      </w:r>
    </w:p>
    <w:p>
      <w:pPr>
        <w:jc w:val="both"/>
      </w:pPr>
      <w:r>
        <w:t>p tiêu chu</w:t>
      </w:r>
    </w:p>
    <w:p>
      <w:pPr>
        <w:jc w:val="both"/>
      </w:pPr>
      <w:r>
        <w:t>ẩ</w:t>
      </w:r>
    </w:p>
    <w:p>
      <w:pPr>
        <w:jc w:val="both"/>
      </w:pPr>
      <w:r>
        <w:t>n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t</w:t>
      </w:r>
    </w:p>
    <w:p>
      <w:pPr>
        <w:jc w:val="both"/>
      </w:pPr>
      <w:r>
        <w:t>ạ</w:t>
      </w:r>
    </w:p>
    <w:p>
      <w:pPr>
        <w:jc w:val="both"/>
      </w:pPr>
      <w:r>
        <w:t>i s</w:t>
      </w:r>
    </w:p>
    <w:p>
      <w:pPr>
        <w:jc w:val="both"/>
      </w:pPr>
      <w:r>
        <w:t>ổ</w:t>
      </w:r>
    </w:p>
    <w:p>
      <w:pPr>
        <w:jc w:val="both"/>
      </w:pPr>
      <w:r>
        <w:t>đị</w:t>
      </w:r>
    </w:p>
    <w:p>
      <w:pPr>
        <w:jc w:val="both"/>
      </w:pPr>
      <w:r>
        <w:t>nh m</w:t>
      </w:r>
    </w:p>
    <w:p>
      <w:pPr>
        <w:jc w:val="both"/>
      </w:pPr>
      <w:r>
        <w:t>ứ</w:t>
      </w:r>
    </w:p>
    <w:p>
      <w:pPr>
        <w:jc w:val="both"/>
      </w:pPr>
      <w:r>
        <w:t>c hàng mi</w:t>
      </w:r>
    </w:p>
    <w:p>
      <w:pPr>
        <w:jc w:val="both"/>
      </w:pPr>
      <w:r>
        <w:t>ễ</w:t>
      </w:r>
    </w:p>
    <w:p>
      <w:pPr>
        <w:jc w:val="both"/>
      </w:pPr>
      <w:r>
        <w:t>n thu</w:t>
      </w:r>
    </w:p>
    <w:p>
      <w:pPr>
        <w:jc w:val="both"/>
      </w:pPr>
      <w:r>
        <w:t>ế</w:t>
      </w:r>
    </w:p>
    <w:p>
      <w:pPr>
        <w:jc w:val="both"/>
      </w:pPr>
      <w:r>
        <w:t>theo</w:t>
      </w:r>
    </w:p>
    <w:p>
      <w:pPr>
        <w:jc w:val="both"/>
      </w:pPr>
      <w:r>
        <w:t>quy</w:t>
      </w:r>
    </w:p>
    <w:p>
      <w:pPr>
        <w:jc w:val="both"/>
      </w:pPr>
      <w:r>
        <w:t>đị</w:t>
      </w:r>
    </w:p>
    <w:p>
      <w:pPr>
        <w:jc w:val="both"/>
      </w:pPr>
      <w:r>
        <w:t>nh.</w:t>
      </w:r>
    </w:p>
    <w:p>
      <w:pPr>
        <w:jc w:val="both"/>
      </w:pPr>
      <w:r>
        <w:t>2.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2, kho</w:t>
      </w:r>
    </w:p>
    <w:p>
      <w:pPr>
        <w:jc w:val="both"/>
      </w:pPr>
      <w:r>
        <w:t>ả</w:t>
      </w:r>
    </w:p>
    <w:p>
      <w:pPr>
        <w:jc w:val="both"/>
      </w:pPr>
      <w:r>
        <w:t>n 3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</w:t>
      </w:r>
    </w:p>
    <w:p>
      <w:pPr>
        <w:jc w:val="both"/>
      </w:pPr>
      <w:r>
        <w:t>đượ</w:t>
      </w:r>
    </w:p>
    <w:p>
      <w:pPr>
        <w:jc w:val="both"/>
      </w:pPr>
      <w:r>
        <w:t>c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</w:t>
      </w:r>
    </w:p>
    <w:p>
      <w:pPr>
        <w:jc w:val="both"/>
      </w:pPr>
      <w:r>
        <w:t>kh</w:t>
      </w:r>
    </w:p>
    <w:p>
      <w:pPr>
        <w:jc w:val="both"/>
      </w:pPr>
      <w:r>
        <w:t>ẩ</w:t>
      </w:r>
    </w:p>
    <w:p>
      <w:pPr>
        <w:jc w:val="both"/>
      </w:pPr>
      <w:r>
        <w:t>u mi</w:t>
      </w:r>
    </w:p>
    <w:p>
      <w:pPr>
        <w:jc w:val="both"/>
      </w:pPr>
      <w:r>
        <w:t>ễ</w:t>
      </w:r>
    </w:p>
    <w:p>
      <w:pPr>
        <w:jc w:val="both"/>
      </w:pPr>
      <w:r>
        <w:t>n thu</w:t>
      </w:r>
    </w:p>
    <w:p>
      <w:pPr>
        <w:jc w:val="both"/>
      </w:pPr>
      <w:r>
        <w:t>ế</w:t>
      </w:r>
    </w:p>
    <w:p>
      <w:pPr>
        <w:jc w:val="both"/>
      </w:pPr>
      <w:r>
        <w:t>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u, không ch</w:t>
      </w:r>
    </w:p>
    <w:p>
      <w:pPr>
        <w:jc w:val="both"/>
      </w:pPr>
      <w:r>
        <w:t>ị</w:t>
      </w:r>
    </w:p>
    <w:p>
      <w:pPr>
        <w:jc w:val="both"/>
      </w:pPr>
      <w:r>
        <w:t>u thu</w:t>
      </w:r>
    </w:p>
    <w:p>
      <w:pPr>
        <w:jc w:val="both"/>
      </w:pPr>
      <w:r>
        <w:t>ế</w:t>
      </w:r>
    </w:p>
    <w:p>
      <w:pPr>
        <w:jc w:val="both"/>
      </w:pPr>
      <w:r>
        <w:t>tiêu th</w:t>
      </w:r>
    </w:p>
    <w:p>
      <w:pPr>
        <w:jc w:val="both"/>
      </w:pPr>
      <w:r>
        <w:t>ụ</w:t>
      </w:r>
    </w:p>
    <w:p>
      <w:pPr>
        <w:jc w:val="both"/>
      </w:pPr>
      <w:r>
        <w:t>đặ</w:t>
      </w:r>
    </w:p>
    <w:p>
      <w:pPr>
        <w:jc w:val="both"/>
      </w:pPr>
      <w:r>
        <w:t>c bi</w:t>
      </w:r>
    </w:p>
    <w:p>
      <w:pPr>
        <w:jc w:val="both"/>
      </w:pPr>
      <w:r>
        <w:t>ệ</w:t>
      </w:r>
    </w:p>
    <w:p>
      <w:pPr>
        <w:jc w:val="both"/>
      </w:pPr>
      <w:r>
        <w:t>t và thu</w:t>
      </w:r>
    </w:p>
    <w:p>
      <w:pPr>
        <w:jc w:val="both"/>
      </w:pPr>
      <w:r>
        <w:t>ế</w:t>
      </w:r>
    </w:p>
    <w:p>
      <w:pPr>
        <w:jc w:val="both"/>
      </w:pPr>
      <w:r>
        <w:t>giá tr</w:t>
      </w:r>
    </w:p>
    <w:p>
      <w:pPr>
        <w:jc w:val="both"/>
      </w:pPr>
      <w:r>
        <w:t>ị</w:t>
      </w:r>
    </w:p>
    <w:p>
      <w:pPr>
        <w:jc w:val="both"/>
      </w:pPr>
      <w:r>
        <w:t>gia</w:t>
      </w:r>
    </w:p>
    <w:p>
      <w:pPr>
        <w:jc w:val="both"/>
      </w:pPr>
      <w:r>
        <w:t>t</w:t>
      </w:r>
    </w:p>
    <w:p>
      <w:pPr>
        <w:jc w:val="both"/>
      </w:pPr>
      <w:r>
        <w:t>ă</w:t>
      </w:r>
    </w:p>
    <w:p>
      <w:pPr>
        <w:jc w:val="both"/>
      </w:pPr>
      <w:r>
        <w:t>ng xe ô tô, xe g</w:t>
      </w:r>
    </w:p>
    <w:p>
      <w:pPr>
        <w:jc w:val="both"/>
      </w:pPr>
      <w:r>
        <w:t>ắ</w:t>
      </w:r>
    </w:p>
    <w:p>
      <w:pPr>
        <w:jc w:val="both"/>
      </w:pPr>
      <w:r>
        <w:t>n máy theo quy</w:t>
      </w:r>
    </w:p>
    <w:p>
      <w:pPr>
        <w:jc w:val="both"/>
      </w:pPr>
      <w:r>
        <w:t>đị</w:t>
      </w:r>
    </w:p>
    <w:p>
      <w:pPr>
        <w:jc w:val="both"/>
      </w:pPr>
      <w:r>
        <w:t>nh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1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5 Ngh</w:t>
      </w:r>
    </w:p>
    <w:p>
      <w:pPr>
        <w:jc w:val="both"/>
      </w:pPr>
      <w:r>
        <w:t>ị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134/2016/N</w:t>
      </w:r>
    </w:p>
    <w:p>
      <w:pPr>
        <w:jc w:val="both"/>
      </w:pPr>
      <w:r>
        <w:t>Đ</w:t>
      </w:r>
    </w:p>
    <w:p>
      <w:pPr>
        <w:jc w:val="both"/>
      </w:pPr>
      <w:r>
        <w:t>-CP ngày 01 tháng 9 n</w:t>
      </w:r>
    </w:p>
    <w:p>
      <w:pPr>
        <w:jc w:val="both"/>
      </w:pPr>
      <w:r>
        <w:t>ă</w:t>
      </w:r>
    </w:p>
    <w:p>
      <w:pPr>
        <w:jc w:val="both"/>
      </w:pPr>
      <w:r>
        <w:t>m 2016 c</w:t>
      </w:r>
    </w:p>
    <w:p>
      <w:pPr>
        <w:jc w:val="both"/>
      </w:pPr>
      <w:r>
        <w:t>ủ</w:t>
      </w:r>
    </w:p>
    <w:p>
      <w:pPr>
        <w:jc w:val="both"/>
      </w:pPr>
      <w:r>
        <w:t>a Chính ph</w:t>
      </w:r>
    </w:p>
    <w:p>
      <w:pPr>
        <w:jc w:val="both"/>
      </w:pPr>
      <w:r>
        <w:t>ủ</w:t>
      </w:r>
    </w:p>
    <w:p>
      <w:pPr>
        <w:jc w:val="both"/>
      </w:pPr>
      <w:r>
        <w:t>, n</w:t>
      </w:r>
    </w:p>
    <w:p>
      <w:pPr>
        <w:jc w:val="both"/>
      </w:pPr>
      <w:r>
        <w:t>ế</w:t>
      </w:r>
    </w:p>
    <w:p>
      <w:pPr>
        <w:jc w:val="both"/>
      </w:pPr>
      <w:r>
        <w:t>u th</w:t>
      </w:r>
    </w:p>
    <w:p>
      <w:pPr>
        <w:jc w:val="both"/>
      </w:pPr>
      <w:r>
        <w:t>ỏ</w:t>
      </w:r>
    </w:p>
    <w:p>
      <w:pPr>
        <w:jc w:val="both"/>
      </w:pPr>
      <w:r>
        <w:t>a mãn các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ki</w:t>
      </w:r>
    </w:p>
    <w:p>
      <w:pPr>
        <w:jc w:val="both"/>
      </w:pPr>
      <w:r>
        <w:t>ệ</w:t>
      </w:r>
    </w:p>
    <w:p>
      <w:pPr>
        <w:jc w:val="both"/>
      </w:pPr>
      <w:r>
        <w:t>n sau</w:t>
      </w:r>
    </w:p>
    <w:p>
      <w:pPr>
        <w:jc w:val="both"/>
      </w:pPr>
      <w:r>
        <w:t>đ</w:t>
      </w:r>
    </w:p>
    <w:p>
      <w:pPr>
        <w:jc w:val="both"/>
      </w:pPr>
      <w:r>
        <w:t>ây:</w:t>
      </w:r>
    </w:p>
    <w:p>
      <w:pPr>
        <w:jc w:val="both"/>
      </w:pPr>
      <w:r>
        <w:t>a)</w:t>
      </w:r>
    </w:p>
    <w:p>
      <w:pPr>
        <w:jc w:val="both"/>
      </w:pPr>
      <w:r>
        <w:t>Đượ</w:t>
      </w:r>
    </w:p>
    <w:p>
      <w:pPr>
        <w:jc w:val="both"/>
      </w:pPr>
      <w:r>
        <w:t>c B</w:t>
      </w:r>
    </w:p>
    <w:p>
      <w:pPr>
        <w:jc w:val="both"/>
      </w:pPr>
      <w:r>
        <w:t>ộ</w:t>
      </w:r>
    </w:p>
    <w:p>
      <w:pPr>
        <w:jc w:val="both"/>
      </w:pPr>
      <w:r>
        <w:t>Ngo</w:t>
      </w:r>
    </w:p>
    <w:p>
      <w:pPr>
        <w:jc w:val="both"/>
      </w:pPr>
      <w:r>
        <w:t>ạ</w:t>
      </w:r>
    </w:p>
    <w:p>
      <w:pPr>
        <w:jc w:val="both"/>
      </w:pPr>
      <w:r>
        <w:t>i giao c</w:t>
      </w:r>
    </w:p>
    <w:p>
      <w:pPr>
        <w:jc w:val="both"/>
      </w:pPr>
      <w:r>
        <w:t>ấ</w:t>
      </w:r>
    </w:p>
    <w:p>
      <w:pPr>
        <w:jc w:val="both"/>
      </w:pPr>
      <w:r>
        <w:t>p tiêu chu</w:t>
      </w:r>
    </w:p>
    <w:p>
      <w:pPr>
        <w:jc w:val="both"/>
      </w:pPr>
      <w:r>
        <w:t>ẩ</w:t>
      </w:r>
    </w:p>
    <w:p>
      <w:pPr>
        <w:jc w:val="both"/>
      </w:pPr>
      <w:r>
        <w:t>n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t</w:t>
      </w:r>
    </w:p>
    <w:p>
      <w:pPr>
        <w:jc w:val="both"/>
      </w:pPr>
      <w:r>
        <w:t>ạ</w:t>
      </w:r>
    </w:p>
    <w:p>
      <w:pPr>
        <w:jc w:val="both"/>
      </w:pPr>
      <w:r>
        <w:t>i s</w:t>
      </w:r>
    </w:p>
    <w:p>
      <w:pPr>
        <w:jc w:val="both"/>
      </w:pPr>
      <w:r>
        <w:t>ổ</w:t>
      </w:r>
    </w:p>
    <w:p>
      <w:pPr>
        <w:jc w:val="both"/>
      </w:pPr>
      <w:r>
        <w:t>đị</w:t>
      </w:r>
    </w:p>
    <w:p>
      <w:pPr>
        <w:jc w:val="both"/>
      </w:pPr>
      <w:r>
        <w:t>nh m</w:t>
      </w:r>
    </w:p>
    <w:p>
      <w:pPr>
        <w:jc w:val="both"/>
      </w:pPr>
      <w:r>
        <w:t>ứ</w:t>
      </w:r>
    </w:p>
    <w:p>
      <w:pPr>
        <w:jc w:val="both"/>
      </w:pPr>
      <w:r>
        <w:t>c hàng</w:t>
      </w:r>
    </w:p>
    <w:p>
      <w:pPr>
        <w:jc w:val="both"/>
      </w:pPr>
      <w:r>
        <w:t>mi</w:t>
      </w:r>
    </w:p>
    <w:p>
      <w:pPr>
        <w:jc w:val="both"/>
      </w:pPr>
      <w:r>
        <w:t>ễ</w:t>
      </w:r>
    </w:p>
    <w:p>
      <w:pPr>
        <w:jc w:val="both"/>
      </w:pPr>
      <w:r>
        <w:t>n thu</w:t>
      </w:r>
    </w:p>
    <w:p>
      <w:pPr>
        <w:jc w:val="both"/>
      </w:pPr>
      <w:r>
        <w:t>ế</w:t>
      </w:r>
    </w:p>
    <w:p>
      <w:pPr>
        <w:jc w:val="both"/>
      </w:pPr>
      <w:r>
        <w:t>theo quy</w:t>
      </w:r>
    </w:p>
    <w:p>
      <w:pPr>
        <w:jc w:val="both"/>
      </w:pPr>
      <w:r>
        <w:t>đị</w:t>
      </w:r>
    </w:p>
    <w:p>
      <w:pPr>
        <w:jc w:val="both"/>
      </w:pPr>
      <w:r>
        <w:t>nh.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 tr</w:t>
      </w:r>
    </w:p>
    <w:p>
      <w:pPr>
        <w:jc w:val="both"/>
      </w:pPr>
      <w:r>
        <w:t>ườ</w:t>
      </w:r>
    </w:p>
    <w:p>
      <w:pPr>
        <w:jc w:val="both"/>
      </w:pPr>
      <w:r>
        <w:t>ng h</w:t>
      </w:r>
    </w:p>
    <w:p>
      <w:pPr>
        <w:jc w:val="both"/>
      </w:pPr>
      <w:r>
        <w:t>ợ</w:t>
      </w:r>
    </w:p>
    <w:p>
      <w:pPr>
        <w:jc w:val="both"/>
      </w:pPr>
      <w:r>
        <w:t>p ng</w:t>
      </w:r>
    </w:p>
    <w:p>
      <w:pPr>
        <w:jc w:val="both"/>
      </w:pPr>
      <w:r>
        <w:t>ườ</w:t>
      </w:r>
    </w:p>
    <w:p>
      <w:pPr>
        <w:jc w:val="both"/>
      </w:pPr>
      <w:r>
        <w:t>i k</w:t>
      </w:r>
    </w:p>
    <w:p>
      <w:pPr>
        <w:jc w:val="both"/>
      </w:pPr>
      <w:r>
        <w:t>ế</w:t>
      </w:r>
    </w:p>
    <w:p>
      <w:pPr>
        <w:jc w:val="both"/>
      </w:pPr>
      <w:r>
        <w:t>nhi</w:t>
      </w:r>
    </w:p>
    <w:p>
      <w:pPr>
        <w:jc w:val="both"/>
      </w:pPr>
      <w:r>
        <w:t>ệ</w:t>
      </w:r>
    </w:p>
    <w:p>
      <w:pPr>
        <w:jc w:val="both"/>
      </w:pPr>
      <w:r>
        <w:t>m</w:t>
      </w:r>
    </w:p>
    <w:p>
      <w:pPr>
        <w:jc w:val="both"/>
      </w:pPr>
      <w:r>
        <w:t>đề</w:t>
      </w:r>
    </w:p>
    <w:p>
      <w:pPr>
        <w:jc w:val="both"/>
      </w:pPr>
      <w:r>
        <w:t>ngh</w:t>
      </w:r>
    </w:p>
    <w:p>
      <w:pPr>
        <w:jc w:val="both"/>
      </w:pPr>
      <w:r>
        <w:t>ị</w:t>
      </w:r>
    </w:p>
    <w:p>
      <w:pPr>
        <w:jc w:val="both"/>
      </w:pPr>
      <w:r>
        <w:t>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</w:t>
      </w:r>
    </w:p>
    <w:p>
      <w:pPr>
        <w:jc w:val="both"/>
      </w:pPr>
      <w:r>
        <w:t>kh</w:t>
      </w:r>
    </w:p>
    <w:p>
      <w:pPr>
        <w:jc w:val="both"/>
      </w:pPr>
      <w:r>
        <w:t>ẩ</w:t>
      </w:r>
    </w:p>
    <w:p>
      <w:pPr>
        <w:jc w:val="both"/>
      </w:pPr>
      <w:r>
        <w:t>u xe ô tô, xe g</w:t>
      </w:r>
    </w:p>
    <w:p>
      <w:pPr>
        <w:jc w:val="both"/>
      </w:pPr>
      <w:r>
        <w:t>ắ</w:t>
      </w:r>
    </w:p>
    <w:p>
      <w:pPr>
        <w:jc w:val="both"/>
      </w:pPr>
      <w:r>
        <w:t>n máy, B</w:t>
      </w:r>
    </w:p>
    <w:p>
      <w:pPr>
        <w:jc w:val="both"/>
      </w:pPr>
      <w:r>
        <w:t>ộ</w:t>
      </w:r>
    </w:p>
    <w:p>
      <w:pPr>
        <w:jc w:val="both"/>
      </w:pPr>
      <w:r>
        <w:t>Ngo</w:t>
      </w:r>
    </w:p>
    <w:p>
      <w:pPr>
        <w:jc w:val="both"/>
      </w:pPr>
      <w:r>
        <w:t>ạ</w:t>
      </w:r>
    </w:p>
    <w:p>
      <w:pPr>
        <w:jc w:val="both"/>
      </w:pPr>
      <w:r>
        <w:t>i giao ch</w:t>
      </w:r>
    </w:p>
    <w:p>
      <w:pPr>
        <w:jc w:val="both"/>
      </w:pPr>
      <w:r>
        <w:t>ỉ</w:t>
      </w:r>
    </w:p>
    <w:p>
      <w:pPr>
        <w:jc w:val="both"/>
      </w:pPr>
      <w:r>
        <w:t>c</w:t>
      </w:r>
    </w:p>
    <w:p>
      <w:pPr>
        <w:jc w:val="both"/>
      </w:pPr>
      <w:r>
        <w:t>ấ</w:t>
      </w:r>
    </w:p>
    <w:p>
      <w:pPr>
        <w:jc w:val="both"/>
      </w:pPr>
      <w:r>
        <w:t>p tiêu chu</w:t>
      </w:r>
    </w:p>
    <w:p>
      <w:pPr>
        <w:jc w:val="both"/>
      </w:pPr>
      <w:r>
        <w:t>ẩ</w:t>
      </w:r>
    </w:p>
    <w:p>
      <w:pPr>
        <w:jc w:val="both"/>
      </w:pPr>
      <w:r>
        <w:t>n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t</w:t>
      </w:r>
    </w:p>
    <w:p>
      <w:pPr>
        <w:jc w:val="both"/>
      </w:pPr>
      <w:r>
        <w:t>ạ</w:t>
      </w:r>
    </w:p>
    <w:p>
      <w:pPr>
        <w:jc w:val="both"/>
      </w:pPr>
      <w:r>
        <w:t>i s</w:t>
      </w:r>
    </w:p>
    <w:p>
      <w:pPr>
        <w:jc w:val="both"/>
      </w:pPr>
      <w:r>
        <w:t>ổ</w:t>
      </w:r>
    </w:p>
    <w:p>
      <w:pPr>
        <w:jc w:val="both"/>
      </w:pPr>
      <w:r>
        <w:t>đị</w:t>
      </w:r>
    </w:p>
    <w:p>
      <w:pPr>
        <w:jc w:val="both"/>
      </w:pPr>
      <w:r>
        <w:t>nh m</w:t>
      </w:r>
    </w:p>
    <w:p>
      <w:pPr>
        <w:jc w:val="both"/>
      </w:pPr>
      <w:r>
        <w:t>ứ</w:t>
      </w:r>
    </w:p>
    <w:p>
      <w:pPr>
        <w:jc w:val="both"/>
      </w:pPr>
      <w:r>
        <w:t>c hàng mi</w:t>
      </w:r>
    </w:p>
    <w:p>
      <w:pPr>
        <w:jc w:val="both"/>
      </w:pPr>
      <w:r>
        <w:t>ễ</w:t>
      </w:r>
    </w:p>
    <w:p>
      <w:pPr>
        <w:jc w:val="both"/>
      </w:pPr>
      <w:r>
        <w:t>n thu</w:t>
      </w:r>
    </w:p>
    <w:p>
      <w:pPr>
        <w:jc w:val="both"/>
      </w:pPr>
      <w:r>
        <w:t>ế</w:t>
      </w:r>
    </w:p>
    <w:p>
      <w:pPr>
        <w:jc w:val="both"/>
      </w:pPr>
      <w:r>
        <w:t>khi ng</w:t>
      </w:r>
    </w:p>
    <w:p>
      <w:pPr>
        <w:jc w:val="both"/>
      </w:pPr>
      <w:r>
        <w:t>ườ</w:t>
      </w:r>
    </w:p>
    <w:p>
      <w:pPr>
        <w:jc w:val="both"/>
      </w:pPr>
      <w:r>
        <w:t>i ti</w:t>
      </w:r>
    </w:p>
    <w:p>
      <w:pPr>
        <w:jc w:val="both"/>
      </w:pPr>
      <w:r>
        <w:t>ề</w:t>
      </w:r>
    </w:p>
    <w:p>
      <w:pPr>
        <w:jc w:val="both"/>
      </w:pPr>
      <w:r>
        <w:t>n nhi</w:t>
      </w:r>
    </w:p>
    <w:p>
      <w:pPr>
        <w:jc w:val="both"/>
      </w:pPr>
      <w:r>
        <w:t>ệ</w:t>
      </w:r>
    </w:p>
    <w:p>
      <w:pPr>
        <w:jc w:val="both"/>
      </w:pPr>
      <w:r>
        <w:t>m</w:t>
      </w:r>
    </w:p>
    <w:p>
      <w:pPr>
        <w:jc w:val="both"/>
      </w:pPr>
      <w:r>
        <w:t>đ</w:t>
      </w:r>
    </w:p>
    <w:p>
      <w:pPr>
        <w:jc w:val="both"/>
      </w:pPr>
      <w:r>
        <w:t>ã hoàn thành th</w:t>
      </w:r>
    </w:p>
    <w:p>
      <w:pPr>
        <w:jc w:val="both"/>
      </w:pPr>
      <w:r>
        <w:t>ủ</w:t>
      </w:r>
    </w:p>
    <w:p>
      <w:pPr>
        <w:jc w:val="both"/>
      </w:pPr>
      <w:r>
        <w:t>t</w:t>
      </w:r>
    </w:p>
    <w:p>
      <w:pPr>
        <w:jc w:val="both"/>
      </w:pPr>
      <w:r>
        <w:t>ụ</w:t>
      </w:r>
    </w:p>
    <w:p>
      <w:pPr>
        <w:jc w:val="both"/>
      </w:pPr>
      <w:r>
        <w:t>c tái xu</w:t>
      </w:r>
    </w:p>
    <w:p>
      <w:pPr>
        <w:jc w:val="both"/>
      </w:pPr>
      <w:r>
        <w:t>ấ</w:t>
      </w:r>
    </w:p>
    <w:p>
      <w:pPr>
        <w:jc w:val="both"/>
      </w:pPr>
      <w:r>
        <w:t>t ho</w:t>
      </w:r>
    </w:p>
    <w:p>
      <w:pPr>
        <w:jc w:val="both"/>
      </w:pPr>
      <w:r>
        <w:t>ặ</w:t>
      </w:r>
    </w:p>
    <w:p>
      <w:pPr>
        <w:jc w:val="both"/>
      </w:pPr>
      <w:r>
        <w:t>c</w:t>
      </w:r>
    </w:p>
    <w:p>
      <w:pPr>
        <w:jc w:val="both"/>
      </w:pPr>
      <w:r>
        <w:t>tiêu h</w:t>
      </w:r>
    </w:p>
    <w:p>
      <w:pPr>
        <w:jc w:val="both"/>
      </w:pPr>
      <w:r>
        <w:t>ủ</w:t>
      </w:r>
    </w:p>
    <w:p>
      <w:pPr>
        <w:jc w:val="both"/>
      </w:pPr>
      <w:r>
        <w:t>y xe ô tô, xe g</w:t>
      </w:r>
    </w:p>
    <w:p>
      <w:pPr>
        <w:jc w:val="both"/>
      </w:pPr>
      <w:r>
        <w:t>ắ</w:t>
      </w:r>
    </w:p>
    <w:p>
      <w:pPr>
        <w:jc w:val="both"/>
      </w:pPr>
      <w:r>
        <w:t>n máy, ho</w:t>
      </w:r>
    </w:p>
    <w:p>
      <w:pPr>
        <w:jc w:val="both"/>
      </w:pPr>
      <w:r>
        <w:t>ặ</w:t>
      </w:r>
    </w:p>
    <w:p>
      <w:pPr>
        <w:jc w:val="both"/>
      </w:pPr>
      <w:r>
        <w:t>c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 xe ô tô theo quy</w:t>
      </w:r>
    </w:p>
    <w:p>
      <w:pPr>
        <w:jc w:val="both"/>
      </w:pPr>
      <w:r>
        <w:t>đị</w:t>
      </w:r>
    </w:p>
    <w:p>
      <w:pPr>
        <w:jc w:val="both"/>
      </w:pPr>
      <w:r>
        <w:t>nh, trên c</w:t>
      </w:r>
    </w:p>
    <w:p>
      <w:pPr>
        <w:jc w:val="both"/>
      </w:pPr>
      <w:r>
        <w:t>ơ</w:t>
      </w:r>
    </w:p>
    <w:p>
      <w:pPr>
        <w:jc w:val="both"/>
      </w:pPr>
      <w:r>
        <w:t>s</w:t>
      </w:r>
    </w:p>
    <w:p>
      <w:pPr>
        <w:jc w:val="both"/>
      </w:pPr>
      <w:r>
        <w:t>ở</w:t>
      </w:r>
    </w:p>
    <w:p>
      <w:pPr>
        <w:jc w:val="both"/>
      </w:pPr>
      <w:r>
        <w:t>thông báo c</w:t>
      </w:r>
    </w:p>
    <w:p>
      <w:pPr>
        <w:jc w:val="both"/>
      </w:pPr>
      <w:r>
        <w:t>ủ</w:t>
      </w:r>
    </w:p>
    <w:p>
      <w:pPr>
        <w:jc w:val="both"/>
      </w:pPr>
      <w:r>
        <w:t>a c</w:t>
      </w:r>
    </w:p>
    <w:p>
      <w:pPr>
        <w:jc w:val="both"/>
      </w:pPr>
      <w:r>
        <w:t>ơ</w:t>
      </w:r>
    </w:p>
    <w:p>
      <w:pPr>
        <w:jc w:val="both"/>
      </w:pPr>
      <w:r>
        <w:t>quan H</w:t>
      </w:r>
    </w:p>
    <w:p>
      <w:pPr>
        <w:jc w:val="both"/>
      </w:pPr>
      <w:r>
        <w:t>ả</w:t>
      </w:r>
    </w:p>
    <w:p>
      <w:pPr>
        <w:jc w:val="both"/>
      </w:pPr>
      <w:r>
        <w:t>i quan;</w:t>
      </w:r>
    </w:p>
    <w:p>
      <w:pPr>
        <w:jc w:val="both"/>
      </w:pPr>
      <w:r>
        <w:t>b) Có th</w:t>
      </w:r>
    </w:p>
    <w:p>
      <w:pPr>
        <w:jc w:val="both"/>
      </w:pPr>
      <w:r>
        <w:t>ờ</w:t>
      </w:r>
    </w:p>
    <w:p>
      <w:pPr>
        <w:jc w:val="both"/>
      </w:pPr>
      <w:r>
        <w:t>i gian công tác t</w:t>
      </w:r>
    </w:p>
    <w:p>
      <w:pPr>
        <w:jc w:val="both"/>
      </w:pPr>
      <w:r>
        <w:t>ạ</w:t>
      </w:r>
    </w:p>
    <w:p>
      <w:pPr>
        <w:jc w:val="both"/>
      </w:pPr>
      <w:r>
        <w:t>i c</w:t>
      </w:r>
    </w:p>
    <w:p>
      <w:pPr>
        <w:jc w:val="both"/>
      </w:pPr>
      <w:r>
        <w:t>ơ</w:t>
      </w:r>
    </w:p>
    <w:p>
      <w:pPr>
        <w:jc w:val="both"/>
      </w:pPr>
      <w:r>
        <w:t>quan</w:t>
      </w:r>
    </w:p>
    <w:p>
      <w:pPr>
        <w:jc w:val="both"/>
      </w:pPr>
      <w:r>
        <w:t>đạ</w:t>
      </w:r>
    </w:p>
    <w:p>
      <w:pPr>
        <w:jc w:val="both"/>
      </w:pPr>
      <w:r>
        <w:t>i di</w:t>
      </w:r>
    </w:p>
    <w:p>
      <w:pPr>
        <w:jc w:val="both"/>
      </w:pPr>
      <w:r>
        <w:t>ệ</w:t>
      </w:r>
    </w:p>
    <w:p>
      <w:pPr>
        <w:jc w:val="both"/>
      </w:pPr>
      <w:r>
        <w:t>n ngo</w:t>
      </w:r>
    </w:p>
    <w:p>
      <w:pPr>
        <w:jc w:val="both"/>
      </w:pPr>
      <w:r>
        <w:t>ạ</w:t>
      </w:r>
    </w:p>
    <w:p>
      <w:pPr>
        <w:jc w:val="both"/>
      </w:pPr>
      <w:r>
        <w:t>i giao, c</w:t>
      </w:r>
    </w:p>
    <w:p>
      <w:pPr>
        <w:jc w:val="both"/>
      </w:pPr>
      <w:r>
        <w:t>ơ</w:t>
      </w:r>
    </w:p>
    <w:p>
      <w:pPr>
        <w:jc w:val="both"/>
      </w:pPr>
      <w:r>
        <w:t>quan lãnh s</w:t>
      </w:r>
    </w:p>
    <w:p>
      <w:pPr>
        <w:jc w:val="both"/>
      </w:pPr>
      <w:r>
        <w:t>ự</w:t>
      </w:r>
    </w:p>
    <w:p>
      <w:pPr>
        <w:jc w:val="both"/>
      </w:pPr>
      <w:r>
        <w:t>, c</w:t>
      </w:r>
    </w:p>
    <w:p>
      <w:pPr>
        <w:jc w:val="both"/>
      </w:pPr>
      <w:r>
        <w:t>ơ</w:t>
      </w:r>
    </w:p>
    <w:p>
      <w:pPr>
        <w:jc w:val="both"/>
      </w:pPr>
      <w:r>
        <w:t>quan</w:t>
      </w:r>
    </w:p>
    <w:p>
      <w:pPr>
        <w:jc w:val="both"/>
      </w:pPr>
      <w:r>
        <w:t>đạ</w:t>
      </w:r>
    </w:p>
    <w:p>
      <w:pPr>
        <w:jc w:val="both"/>
      </w:pPr>
      <w:r>
        <w:t>i di</w:t>
      </w:r>
    </w:p>
    <w:p>
      <w:pPr>
        <w:jc w:val="both"/>
      </w:pPr>
      <w:r>
        <w:t>ệ</w:t>
      </w:r>
    </w:p>
    <w:p>
      <w:pPr>
        <w:jc w:val="both"/>
      </w:pPr>
      <w:r>
        <w:t>n c</w:t>
      </w:r>
    </w:p>
    <w:p>
      <w:pPr>
        <w:jc w:val="both"/>
      </w:pPr>
      <w:r>
        <w:t>ủ</w:t>
      </w:r>
    </w:p>
    <w:p>
      <w:pPr>
        <w:jc w:val="both"/>
      </w:pPr>
      <w:r>
        <w:t>a t</w:t>
      </w:r>
    </w:p>
    <w:p>
      <w:pPr>
        <w:jc w:val="both"/>
      </w:pPr>
      <w:r>
        <w:t>ổ</w:t>
      </w:r>
    </w:p>
    <w:p>
      <w:pPr>
        <w:jc w:val="both"/>
      </w:pPr>
      <w:r>
        <w:t>ch</w:t>
      </w:r>
    </w:p>
    <w:p>
      <w:pPr>
        <w:jc w:val="both"/>
      </w:pPr>
      <w:r>
        <w:t>ứ</w:t>
      </w:r>
    </w:p>
    <w:p>
      <w:pPr>
        <w:jc w:val="both"/>
      </w:pPr>
      <w:r>
        <w:t>c qu</w:t>
      </w:r>
    </w:p>
    <w:p>
      <w:pPr>
        <w:jc w:val="both"/>
      </w:pPr>
      <w:r>
        <w:t>ố</w:t>
      </w:r>
    </w:p>
    <w:p>
      <w:pPr>
        <w:jc w:val="both"/>
      </w:pPr>
      <w:r>
        <w:t>c t</w:t>
      </w:r>
    </w:p>
    <w:p>
      <w:pPr>
        <w:jc w:val="both"/>
      </w:pPr>
      <w:r>
        <w:t>ế</w:t>
      </w:r>
    </w:p>
    <w:p>
      <w:pPr>
        <w:jc w:val="both"/>
      </w:pPr>
      <w:r>
        <w:t>có tr</w:t>
      </w:r>
    </w:p>
    <w:p>
      <w:pPr>
        <w:jc w:val="both"/>
      </w:pPr>
      <w:r>
        <w:t>ụ</w:t>
      </w:r>
    </w:p>
    <w:p>
      <w:pPr>
        <w:jc w:val="both"/>
      </w:pPr>
      <w:r>
        <w:t>s</w:t>
      </w:r>
    </w:p>
    <w:p>
      <w:pPr>
        <w:jc w:val="both"/>
      </w:pPr>
      <w:r>
        <w:t>ở</w:t>
      </w:r>
    </w:p>
    <w:p>
      <w:pPr>
        <w:jc w:val="both"/>
      </w:pPr>
      <w:r>
        <w:t>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</w:t>
      </w:r>
    </w:p>
    <w:p>
      <w:pPr>
        <w:jc w:val="both"/>
      </w:pPr>
      <w:r>
        <w:t>đượ</w:t>
      </w:r>
    </w:p>
    <w:p>
      <w:pPr>
        <w:jc w:val="both"/>
      </w:pPr>
      <w:r>
        <w:t>c h</w:t>
      </w:r>
    </w:p>
    <w:p>
      <w:pPr>
        <w:jc w:val="both"/>
      </w:pPr>
      <w:r>
        <w:t>ưở</w:t>
      </w:r>
    </w:p>
    <w:p>
      <w:pPr>
        <w:jc w:val="both"/>
      </w:pPr>
      <w:r>
        <w:t>ng quy</w:t>
      </w:r>
    </w:p>
    <w:p>
      <w:pPr>
        <w:jc w:val="both"/>
      </w:pPr>
      <w:r>
        <w:t>ề</w:t>
      </w:r>
    </w:p>
    <w:p>
      <w:pPr>
        <w:jc w:val="both"/>
      </w:pPr>
      <w:r>
        <w:t>n</w:t>
      </w:r>
    </w:p>
    <w:p>
      <w:pPr>
        <w:jc w:val="both"/>
      </w:pPr>
      <w:r>
        <w:t>ư</w:t>
      </w:r>
    </w:p>
    <w:p>
      <w:pPr>
        <w:jc w:val="both"/>
      </w:pPr>
      <w:r>
        <w:t>u</w:t>
      </w:r>
    </w:p>
    <w:p>
      <w:pPr>
        <w:jc w:val="both"/>
      </w:pPr>
      <w:r>
        <w:t>đ</w:t>
      </w:r>
    </w:p>
    <w:p>
      <w:pPr>
        <w:jc w:val="both"/>
      </w:pPr>
      <w:r>
        <w:t>ãi, mi</w:t>
      </w:r>
    </w:p>
    <w:p>
      <w:pPr>
        <w:jc w:val="both"/>
      </w:pPr>
      <w:r>
        <w:t>ễ</w:t>
      </w:r>
    </w:p>
    <w:p>
      <w:pPr>
        <w:jc w:val="both"/>
      </w:pPr>
      <w:r>
        <w:t>n</w:t>
      </w:r>
    </w:p>
    <w:p>
      <w:pPr>
        <w:jc w:val="both"/>
      </w:pPr>
      <w:r>
        <w:t>tr</w:t>
      </w:r>
    </w:p>
    <w:p>
      <w:pPr>
        <w:jc w:val="both"/>
      </w:pPr>
      <w:r>
        <w:t>ừ</w:t>
      </w:r>
    </w:p>
    <w:p>
      <w:pPr>
        <w:jc w:val="both"/>
      </w:pPr>
      <w:r>
        <w:t>t</w:t>
      </w:r>
    </w:p>
    <w:p>
      <w:pPr>
        <w:jc w:val="both"/>
      </w:pPr>
      <w:r>
        <w:t>ố</w:t>
      </w:r>
    </w:p>
    <w:p>
      <w:pPr>
        <w:jc w:val="both"/>
      </w:pPr>
      <w:r>
        <w:t>i thi</w:t>
      </w:r>
    </w:p>
    <w:p>
      <w:pPr>
        <w:jc w:val="both"/>
      </w:pPr>
      <w:r>
        <w:t>ể</w:t>
      </w:r>
    </w:p>
    <w:p>
      <w:pPr>
        <w:jc w:val="both"/>
      </w:pPr>
      <w:r>
        <w:t>u t</w:t>
      </w:r>
    </w:p>
    <w:p>
      <w:pPr>
        <w:jc w:val="both"/>
      </w:pPr>
      <w:r>
        <w:t>ừ</w:t>
      </w:r>
    </w:p>
    <w:p>
      <w:pPr>
        <w:jc w:val="both"/>
      </w:pPr>
      <w:r>
        <w:t>18 tháng tr</w:t>
      </w:r>
    </w:p>
    <w:p>
      <w:pPr>
        <w:jc w:val="both"/>
      </w:pPr>
      <w:r>
        <w:t>ở</w:t>
      </w:r>
    </w:p>
    <w:p>
      <w:pPr>
        <w:jc w:val="both"/>
      </w:pPr>
      <w:r>
        <w:t>lên k</w:t>
      </w:r>
    </w:p>
    <w:p>
      <w:pPr>
        <w:jc w:val="both"/>
      </w:pPr>
      <w:r>
        <w:t>ể</w:t>
      </w:r>
    </w:p>
    <w:p>
      <w:pPr>
        <w:jc w:val="both"/>
      </w:pPr>
      <w:r>
        <w:t>t</w:t>
      </w:r>
    </w:p>
    <w:p>
      <w:pPr>
        <w:jc w:val="both"/>
      </w:pPr>
      <w:r>
        <w:t>ừ</w:t>
      </w:r>
    </w:p>
    <w:p>
      <w:pPr>
        <w:jc w:val="both"/>
      </w:pPr>
      <w:r>
        <w:t>ngày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</w:t>
      </w:r>
    </w:p>
    <w:p>
      <w:pPr>
        <w:jc w:val="both"/>
      </w:pPr>
      <w:r>
        <w:t>đượ</w:t>
      </w:r>
    </w:p>
    <w:p>
      <w:pPr>
        <w:jc w:val="both"/>
      </w:pPr>
      <w:r>
        <w:t>c B</w:t>
      </w:r>
    </w:p>
    <w:p>
      <w:pPr>
        <w:jc w:val="both"/>
      </w:pPr>
      <w:r>
        <w:t>ộ</w:t>
      </w:r>
    </w:p>
    <w:p>
      <w:pPr>
        <w:jc w:val="both"/>
      </w:pPr>
      <w:r>
        <w:t>Ngo</w:t>
      </w:r>
    </w:p>
    <w:p>
      <w:pPr>
        <w:jc w:val="both"/>
      </w:pPr>
      <w:r>
        <w:t>ạ</w:t>
      </w:r>
    </w:p>
    <w:p>
      <w:pPr>
        <w:jc w:val="both"/>
      </w:pPr>
      <w:r>
        <w:t>i giao c</w:t>
      </w:r>
    </w:p>
    <w:p>
      <w:pPr>
        <w:jc w:val="both"/>
      </w:pPr>
      <w:r>
        <w:t>ấ</w:t>
      </w:r>
    </w:p>
    <w:p>
      <w:pPr>
        <w:jc w:val="both"/>
      </w:pPr>
      <w:r>
        <w:t>p ch</w:t>
      </w:r>
    </w:p>
    <w:p>
      <w:pPr>
        <w:jc w:val="both"/>
      </w:pPr>
      <w:r>
        <w:t>ứ</w:t>
      </w:r>
    </w:p>
    <w:p>
      <w:pPr>
        <w:jc w:val="both"/>
      </w:pPr>
      <w:r>
        <w:t>ng</w:t>
      </w:r>
    </w:p>
    <w:p>
      <w:pPr>
        <w:jc w:val="both"/>
      </w:pPr>
      <w:r>
        <w:t>minh th</w:t>
      </w:r>
    </w:p>
    <w:p>
      <w:pPr>
        <w:jc w:val="both"/>
      </w:pPr>
      <w:r>
        <w:t>ư</w:t>
      </w:r>
    </w:p>
    <w:p>
      <w:pPr>
        <w:jc w:val="both"/>
      </w:pPr>
      <w:r>
        <w:t>, còn th</w:t>
      </w:r>
    </w:p>
    <w:p>
      <w:pPr>
        <w:jc w:val="both"/>
      </w:pPr>
      <w:r>
        <w:t>ờ</w:t>
      </w:r>
    </w:p>
    <w:p>
      <w:pPr>
        <w:jc w:val="both"/>
      </w:pPr>
      <w:r>
        <w:t>i gian công tác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 t</w:t>
      </w:r>
    </w:p>
    <w:p>
      <w:pPr>
        <w:jc w:val="both"/>
      </w:pPr>
      <w:r>
        <w:t>ố</w:t>
      </w:r>
    </w:p>
    <w:p>
      <w:pPr>
        <w:jc w:val="both"/>
      </w:pPr>
      <w:r>
        <w:t>i thi</w:t>
      </w:r>
    </w:p>
    <w:p>
      <w:pPr>
        <w:jc w:val="both"/>
      </w:pPr>
      <w:r>
        <w:t>ể</w:t>
      </w:r>
    </w:p>
    <w:p>
      <w:pPr>
        <w:jc w:val="both"/>
      </w:pPr>
      <w:r>
        <w:t>u t</w:t>
      </w:r>
    </w:p>
    <w:p>
      <w:pPr>
        <w:jc w:val="both"/>
      </w:pPr>
      <w:r>
        <w:t>ừ</w:t>
      </w:r>
    </w:p>
    <w:p>
      <w:pPr>
        <w:jc w:val="both"/>
      </w:pPr>
      <w:r>
        <w:t>12 tháng tr</w:t>
      </w:r>
    </w:p>
    <w:p>
      <w:pPr>
        <w:jc w:val="both"/>
      </w:pPr>
      <w:r>
        <w:t>ở</w:t>
      </w:r>
    </w:p>
    <w:p>
      <w:pPr>
        <w:jc w:val="both"/>
      </w:pPr>
      <w:r>
        <w:t>lên, th</w:t>
      </w:r>
    </w:p>
    <w:p>
      <w:pPr>
        <w:jc w:val="both"/>
      </w:pPr>
      <w:r>
        <w:t>ờ</w:t>
      </w:r>
    </w:p>
    <w:p>
      <w:pPr>
        <w:jc w:val="both"/>
      </w:pPr>
      <w:r>
        <w:t>i gian</w:t>
      </w:r>
    </w:p>
    <w:p>
      <w:pPr>
        <w:jc w:val="both"/>
      </w:pPr>
      <w:r>
        <w:t>công tác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 ghi trên ch</w:t>
      </w:r>
    </w:p>
    <w:p>
      <w:pPr>
        <w:jc w:val="both"/>
      </w:pPr>
      <w:r>
        <w:t>ứ</w:t>
      </w:r>
    </w:p>
    <w:p>
      <w:pPr>
        <w:jc w:val="both"/>
      </w:pPr>
      <w:r>
        <w:t>ng minh th</w:t>
      </w:r>
    </w:p>
    <w:p>
      <w:pPr>
        <w:jc w:val="both"/>
      </w:pPr>
      <w:r>
        <w:t>ư</w:t>
      </w:r>
    </w:p>
    <w:p>
      <w:pPr>
        <w:jc w:val="both"/>
      </w:pPr>
      <w:r>
        <w:t>do B</w:t>
      </w:r>
    </w:p>
    <w:p>
      <w:pPr>
        <w:jc w:val="both"/>
      </w:pPr>
      <w:r>
        <w:t>ộ</w:t>
      </w:r>
    </w:p>
    <w:p>
      <w:pPr>
        <w:jc w:val="both"/>
      </w:pPr>
      <w:r>
        <w:t>Ngo</w:t>
      </w:r>
    </w:p>
    <w:p>
      <w:pPr>
        <w:jc w:val="both"/>
      </w:pPr>
      <w:r>
        <w:t>ạ</w:t>
      </w:r>
    </w:p>
    <w:p>
      <w:pPr>
        <w:jc w:val="both"/>
      </w:pPr>
      <w:r>
        <w:t>i giao c</w:t>
      </w:r>
    </w:p>
    <w:p>
      <w:pPr>
        <w:jc w:val="both"/>
      </w:pPr>
      <w:r>
        <w:t>ấ</w:t>
      </w:r>
    </w:p>
    <w:p>
      <w:pPr>
        <w:jc w:val="both"/>
      </w:pPr>
      <w:r>
        <w:t>p (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</w:t>
      </w:r>
    </w:p>
    <w:p>
      <w:pPr>
        <w:jc w:val="both"/>
      </w:pPr>
      <w:r>
        <w:t>đố</w:t>
      </w:r>
    </w:p>
    <w:p>
      <w:pPr>
        <w:jc w:val="both"/>
      </w:pPr>
      <w:r>
        <w:t>i</w:t>
      </w:r>
    </w:p>
    <w:p>
      <w:pPr>
        <w:jc w:val="both"/>
      </w:pPr>
      <w:r>
        <w:t>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2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này);</w:t>
      </w:r>
    </w:p>
    <w:p>
      <w:pPr>
        <w:jc w:val="both"/>
      </w:pPr>
      <w:r>
        <w:t>c) Có th</w:t>
      </w:r>
    </w:p>
    <w:p>
      <w:pPr>
        <w:jc w:val="both"/>
      </w:pPr>
      <w:r>
        <w:t>ờ</w:t>
      </w:r>
    </w:p>
    <w:p>
      <w:pPr>
        <w:jc w:val="both"/>
      </w:pPr>
      <w:r>
        <w:t>i gian công tác t</w:t>
      </w:r>
    </w:p>
    <w:p>
      <w:pPr>
        <w:jc w:val="both"/>
      </w:pPr>
      <w:r>
        <w:t>ạ</w:t>
      </w:r>
    </w:p>
    <w:p>
      <w:pPr>
        <w:jc w:val="both"/>
      </w:pPr>
      <w:r>
        <w:t>i c</w:t>
      </w:r>
    </w:p>
    <w:p>
      <w:pPr>
        <w:jc w:val="both"/>
      </w:pPr>
      <w:r>
        <w:t>ơ</w:t>
      </w:r>
    </w:p>
    <w:p>
      <w:pPr>
        <w:jc w:val="both"/>
      </w:pPr>
      <w:r>
        <w:t>quan</w:t>
      </w:r>
    </w:p>
    <w:p>
      <w:pPr>
        <w:jc w:val="both"/>
      </w:pPr>
      <w:r>
        <w:t>đạ</w:t>
      </w:r>
    </w:p>
    <w:p>
      <w:pPr>
        <w:jc w:val="both"/>
      </w:pPr>
      <w:r>
        <w:t>i di</w:t>
      </w:r>
    </w:p>
    <w:p>
      <w:pPr>
        <w:jc w:val="both"/>
      </w:pPr>
      <w:r>
        <w:t>ệ</w:t>
      </w:r>
    </w:p>
    <w:p>
      <w:pPr>
        <w:jc w:val="both"/>
      </w:pPr>
      <w:r>
        <w:t>n ngo</w:t>
      </w:r>
    </w:p>
    <w:p>
      <w:pPr>
        <w:jc w:val="both"/>
      </w:pPr>
      <w:r>
        <w:t>ạ</w:t>
      </w:r>
    </w:p>
    <w:p>
      <w:pPr>
        <w:jc w:val="both"/>
      </w:pPr>
      <w:r>
        <w:t>i giao, c</w:t>
      </w:r>
    </w:p>
    <w:p>
      <w:pPr>
        <w:jc w:val="both"/>
      </w:pPr>
      <w:r>
        <w:t>ơ</w:t>
      </w:r>
    </w:p>
    <w:p>
      <w:pPr>
        <w:jc w:val="both"/>
      </w:pPr>
      <w:r>
        <w:t>quan lãnh s</w:t>
      </w:r>
    </w:p>
    <w:p>
      <w:pPr>
        <w:jc w:val="both"/>
      </w:pPr>
      <w:r>
        <w:t>ự</w:t>
      </w:r>
    </w:p>
    <w:p>
      <w:pPr>
        <w:jc w:val="both"/>
      </w:pPr>
      <w:r>
        <w:t>, c</w:t>
      </w:r>
    </w:p>
    <w:p>
      <w:pPr>
        <w:jc w:val="both"/>
      </w:pPr>
      <w:r>
        <w:t>ơ</w:t>
      </w:r>
    </w:p>
    <w:p>
      <w:pPr>
        <w:jc w:val="both"/>
      </w:pPr>
      <w:r>
        <w:t>quan</w:t>
      </w:r>
    </w:p>
    <w:p>
      <w:pPr>
        <w:jc w:val="both"/>
      </w:pPr>
      <w:r>
        <w:t>đạ</w:t>
      </w:r>
    </w:p>
    <w:p>
      <w:pPr>
        <w:jc w:val="both"/>
      </w:pPr>
      <w:r>
        <w:t>i di</w:t>
      </w:r>
    </w:p>
    <w:p>
      <w:pPr>
        <w:jc w:val="both"/>
      </w:pPr>
      <w:r>
        <w:t>ệ</w:t>
      </w:r>
    </w:p>
    <w:p>
      <w:pPr>
        <w:jc w:val="both"/>
      </w:pPr>
      <w:r>
        <w:t>n c</w:t>
      </w:r>
    </w:p>
    <w:p>
      <w:pPr>
        <w:jc w:val="both"/>
      </w:pPr>
      <w:r>
        <w:t>ủ</w:t>
      </w:r>
    </w:p>
    <w:p>
      <w:pPr>
        <w:jc w:val="both"/>
      </w:pPr>
      <w:r>
        <w:t>a t</w:t>
      </w:r>
    </w:p>
    <w:p>
      <w:pPr>
        <w:jc w:val="both"/>
      </w:pPr>
      <w:r>
        <w:t>ổ</w:t>
      </w:r>
    </w:p>
    <w:p>
      <w:pPr>
        <w:jc w:val="both"/>
      </w:pPr>
      <w:r>
        <w:t>ch</w:t>
      </w:r>
    </w:p>
    <w:p>
      <w:pPr>
        <w:jc w:val="both"/>
      </w:pPr>
      <w:r>
        <w:t>ứ</w:t>
      </w:r>
    </w:p>
    <w:p>
      <w:pPr>
        <w:jc w:val="both"/>
      </w:pPr>
      <w:r>
        <w:t>c qu</w:t>
      </w:r>
    </w:p>
    <w:p>
      <w:pPr>
        <w:jc w:val="both"/>
      </w:pPr>
      <w:r>
        <w:t>ố</w:t>
      </w:r>
    </w:p>
    <w:p>
      <w:pPr>
        <w:jc w:val="both"/>
      </w:pPr>
      <w:r>
        <w:t>c t</w:t>
      </w:r>
    </w:p>
    <w:p>
      <w:pPr>
        <w:jc w:val="both"/>
      </w:pPr>
      <w:r>
        <w:t>ế</w:t>
      </w:r>
    </w:p>
    <w:p>
      <w:pPr>
        <w:jc w:val="both"/>
      </w:pPr>
      <w:r>
        <w:t>có tr</w:t>
      </w:r>
    </w:p>
    <w:p>
      <w:pPr>
        <w:jc w:val="both"/>
      </w:pPr>
      <w:r>
        <w:t>ụ</w:t>
      </w:r>
    </w:p>
    <w:p>
      <w:pPr>
        <w:jc w:val="both"/>
      </w:pPr>
      <w:r>
        <w:t>s</w:t>
      </w:r>
    </w:p>
    <w:p>
      <w:pPr>
        <w:jc w:val="both"/>
      </w:pPr>
      <w:r>
        <w:t>ở</w:t>
      </w:r>
    </w:p>
    <w:p>
      <w:pPr>
        <w:jc w:val="both"/>
      </w:pPr>
      <w:r>
        <w:t>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</w:t>
      </w:r>
    </w:p>
    <w:p>
      <w:pPr>
        <w:jc w:val="both"/>
      </w:pPr>
      <w:r>
        <w:t>đượ</w:t>
      </w:r>
    </w:p>
    <w:p>
      <w:pPr>
        <w:jc w:val="both"/>
      </w:pPr>
      <w:r>
        <w:t>c h</w:t>
      </w:r>
    </w:p>
    <w:p>
      <w:pPr>
        <w:jc w:val="both"/>
      </w:pPr>
      <w:r>
        <w:t>ưở</w:t>
      </w:r>
    </w:p>
    <w:p>
      <w:pPr>
        <w:jc w:val="both"/>
      </w:pPr>
      <w:r>
        <w:t>ng quy</w:t>
      </w:r>
    </w:p>
    <w:p>
      <w:pPr>
        <w:jc w:val="both"/>
      </w:pPr>
      <w:r>
        <w:t>ề</w:t>
      </w:r>
    </w:p>
    <w:p>
      <w:pPr>
        <w:jc w:val="both"/>
      </w:pPr>
      <w:r>
        <w:t>n</w:t>
      </w:r>
    </w:p>
    <w:p>
      <w:pPr>
        <w:jc w:val="both"/>
      </w:pPr>
      <w:r>
        <w:t>ư</w:t>
      </w:r>
    </w:p>
    <w:p>
      <w:pPr>
        <w:jc w:val="both"/>
      </w:pPr>
      <w:r>
        <w:t>u</w:t>
      </w:r>
    </w:p>
    <w:p>
      <w:pPr>
        <w:jc w:val="both"/>
      </w:pPr>
      <w:r>
        <w:t>đ</w:t>
      </w:r>
    </w:p>
    <w:p>
      <w:pPr>
        <w:jc w:val="both"/>
      </w:pPr>
      <w:r>
        <w:t>ãi, mi</w:t>
      </w:r>
    </w:p>
    <w:p>
      <w:pPr>
        <w:jc w:val="both"/>
      </w:pPr>
      <w:r>
        <w:t>ễ</w:t>
      </w:r>
    </w:p>
    <w:p>
      <w:pPr>
        <w:jc w:val="both"/>
      </w:pPr>
      <w:r>
        <w:t>n</w:t>
      </w:r>
    </w:p>
    <w:p>
      <w:pPr>
        <w:jc w:val="both"/>
      </w:pPr>
      <w:r>
        <w:t>tr</w:t>
      </w:r>
    </w:p>
    <w:p>
      <w:pPr>
        <w:jc w:val="both"/>
      </w:pPr>
      <w:r>
        <w:t>ừ</w:t>
      </w:r>
    </w:p>
    <w:p>
      <w:pPr>
        <w:jc w:val="both"/>
      </w:pPr>
      <w:r>
        <w:t>t</w:t>
      </w:r>
    </w:p>
    <w:p>
      <w:pPr>
        <w:jc w:val="both"/>
      </w:pPr>
      <w:r>
        <w:t>ố</w:t>
      </w:r>
    </w:p>
    <w:p>
      <w:pPr>
        <w:jc w:val="both"/>
      </w:pPr>
      <w:r>
        <w:t>i thi</w:t>
      </w:r>
    </w:p>
    <w:p>
      <w:pPr>
        <w:jc w:val="both"/>
      </w:pPr>
      <w:r>
        <w:t>ể</w:t>
      </w:r>
    </w:p>
    <w:p>
      <w:pPr>
        <w:jc w:val="both"/>
      </w:pPr>
      <w:r>
        <w:t>u t</w:t>
      </w:r>
    </w:p>
    <w:p>
      <w:pPr>
        <w:jc w:val="both"/>
      </w:pPr>
      <w:r>
        <w:t>ừ</w:t>
      </w:r>
    </w:p>
    <w:p>
      <w:pPr>
        <w:jc w:val="both"/>
      </w:pPr>
      <w:r>
        <w:t>12 tháng tr</w:t>
      </w:r>
    </w:p>
    <w:p>
      <w:pPr>
        <w:jc w:val="both"/>
      </w:pPr>
      <w:r>
        <w:t>ở</w:t>
      </w:r>
    </w:p>
    <w:p>
      <w:pPr>
        <w:jc w:val="both"/>
      </w:pPr>
      <w:r>
        <w:t>lên k</w:t>
      </w:r>
    </w:p>
    <w:p>
      <w:pPr>
        <w:jc w:val="both"/>
      </w:pPr>
      <w:r>
        <w:t>ể</w:t>
      </w:r>
    </w:p>
    <w:p>
      <w:pPr>
        <w:jc w:val="both"/>
      </w:pPr>
      <w:r>
        <w:t>t</w:t>
      </w:r>
    </w:p>
    <w:p>
      <w:pPr>
        <w:jc w:val="both"/>
      </w:pPr>
      <w:r>
        <w:t>ừ</w:t>
      </w:r>
    </w:p>
    <w:p>
      <w:pPr>
        <w:jc w:val="both"/>
      </w:pPr>
      <w:r>
        <w:t>ngày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</w:t>
      </w:r>
    </w:p>
    <w:p>
      <w:pPr>
        <w:jc w:val="both"/>
      </w:pPr>
      <w:r>
        <w:t>đượ</w:t>
      </w:r>
    </w:p>
    <w:p>
      <w:pPr>
        <w:jc w:val="both"/>
      </w:pPr>
      <w:r>
        <w:t>c B</w:t>
      </w:r>
    </w:p>
    <w:p>
      <w:pPr>
        <w:jc w:val="both"/>
      </w:pPr>
      <w:r>
        <w:t>ộ</w:t>
      </w:r>
    </w:p>
    <w:p>
      <w:pPr>
        <w:jc w:val="both"/>
      </w:pPr>
      <w:r>
        <w:t>Ngo</w:t>
      </w:r>
    </w:p>
    <w:p>
      <w:pPr>
        <w:jc w:val="both"/>
      </w:pPr>
      <w:r>
        <w:t>ạ</w:t>
      </w:r>
    </w:p>
    <w:p>
      <w:pPr>
        <w:jc w:val="both"/>
      </w:pPr>
      <w:r>
        <w:t>i giao c</w:t>
      </w:r>
    </w:p>
    <w:p>
      <w:pPr>
        <w:jc w:val="both"/>
      </w:pPr>
      <w:r>
        <w:t>ấ</w:t>
      </w:r>
    </w:p>
    <w:p>
      <w:pPr>
        <w:jc w:val="both"/>
      </w:pPr>
      <w:r>
        <w:t>p ch</w:t>
      </w:r>
    </w:p>
    <w:p>
      <w:pPr>
        <w:jc w:val="both"/>
      </w:pPr>
      <w:r>
        <w:t>ứ</w:t>
      </w:r>
    </w:p>
    <w:p>
      <w:pPr>
        <w:jc w:val="both"/>
      </w:pPr>
      <w:r>
        <w:t>ng</w:t>
      </w:r>
    </w:p>
    <w:p>
      <w:pPr>
        <w:jc w:val="both"/>
      </w:pPr>
      <w:r>
        <w:t>minh th</w:t>
      </w:r>
    </w:p>
    <w:p>
      <w:pPr>
        <w:jc w:val="both"/>
      </w:pPr>
      <w:r>
        <w:t>ư</w:t>
      </w:r>
    </w:p>
    <w:p>
      <w:pPr>
        <w:jc w:val="both"/>
      </w:pPr>
      <w:r>
        <w:t>, còn th</w:t>
      </w:r>
    </w:p>
    <w:p>
      <w:pPr>
        <w:jc w:val="both"/>
      </w:pPr>
      <w:r>
        <w:t>ờ</w:t>
      </w:r>
    </w:p>
    <w:p>
      <w:pPr>
        <w:jc w:val="both"/>
      </w:pPr>
      <w:r>
        <w:t>i gian công tác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 t</w:t>
      </w:r>
    </w:p>
    <w:p>
      <w:pPr>
        <w:jc w:val="both"/>
      </w:pPr>
      <w:r>
        <w:t>ố</w:t>
      </w:r>
    </w:p>
    <w:p>
      <w:pPr>
        <w:jc w:val="both"/>
      </w:pPr>
      <w:r>
        <w:t>i thi</w:t>
      </w:r>
    </w:p>
    <w:p>
      <w:pPr>
        <w:jc w:val="both"/>
      </w:pPr>
      <w:r>
        <w:t>ể</w:t>
      </w:r>
    </w:p>
    <w:p>
      <w:pPr>
        <w:jc w:val="both"/>
      </w:pPr>
      <w:r>
        <w:t>u t</w:t>
      </w:r>
    </w:p>
    <w:p>
      <w:pPr>
        <w:jc w:val="both"/>
      </w:pPr>
      <w:r>
        <w:t>ừ</w:t>
      </w:r>
    </w:p>
    <w:p>
      <w:pPr>
        <w:jc w:val="both"/>
      </w:pPr>
      <w:r>
        <w:t>09 tháng tr</w:t>
      </w:r>
    </w:p>
    <w:p>
      <w:pPr>
        <w:jc w:val="both"/>
      </w:pPr>
      <w:r>
        <w:t>ở</w:t>
      </w:r>
    </w:p>
    <w:p>
      <w:pPr>
        <w:jc w:val="both"/>
      </w:pPr>
      <w:r>
        <w:t>lên, th</w:t>
      </w:r>
    </w:p>
    <w:p>
      <w:pPr>
        <w:jc w:val="both"/>
      </w:pPr>
      <w:r>
        <w:t>ờ</w:t>
      </w:r>
    </w:p>
    <w:p>
      <w:pPr>
        <w:jc w:val="both"/>
      </w:pPr>
      <w:r>
        <w:t>i gian</w:t>
      </w:r>
    </w:p>
    <w:p>
      <w:pPr>
        <w:jc w:val="both"/>
      </w:pPr>
      <w:r>
        <w:t>công tác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 ghi trên ch</w:t>
      </w:r>
    </w:p>
    <w:p>
      <w:pPr>
        <w:jc w:val="both"/>
      </w:pPr>
      <w:r>
        <w:t>ứ</w:t>
      </w:r>
    </w:p>
    <w:p>
      <w:pPr>
        <w:jc w:val="both"/>
      </w:pPr>
      <w:r>
        <w:t>ng minh th</w:t>
      </w:r>
    </w:p>
    <w:p>
      <w:pPr>
        <w:jc w:val="both"/>
      </w:pPr>
      <w:r>
        <w:t>ư</w:t>
      </w:r>
    </w:p>
    <w:p>
      <w:pPr>
        <w:jc w:val="both"/>
      </w:pPr>
      <w:r>
        <w:t>do B</w:t>
      </w:r>
    </w:p>
    <w:p>
      <w:pPr>
        <w:jc w:val="both"/>
      </w:pPr>
      <w:r>
        <w:t>ộ</w:t>
      </w:r>
    </w:p>
    <w:p>
      <w:pPr>
        <w:jc w:val="both"/>
      </w:pPr>
      <w:r>
        <w:t>Ngo</w:t>
      </w:r>
    </w:p>
    <w:p>
      <w:pPr>
        <w:jc w:val="both"/>
      </w:pPr>
      <w:r>
        <w:t>ạ</w:t>
      </w:r>
    </w:p>
    <w:p>
      <w:pPr>
        <w:jc w:val="both"/>
      </w:pPr>
      <w:r>
        <w:t>i giao c</w:t>
      </w:r>
    </w:p>
    <w:p>
      <w:pPr>
        <w:jc w:val="both"/>
      </w:pPr>
      <w:r>
        <w:t>ấ</w:t>
      </w:r>
    </w:p>
    <w:p>
      <w:pPr>
        <w:jc w:val="both"/>
      </w:pPr>
      <w:r>
        <w:t>p (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</w:t>
      </w:r>
    </w:p>
    <w:p>
      <w:pPr>
        <w:jc w:val="both"/>
      </w:pPr>
      <w:r>
        <w:t>đố</w:t>
      </w:r>
    </w:p>
    <w:p>
      <w:pPr>
        <w:jc w:val="both"/>
      </w:pPr>
      <w:r>
        <w:t>i</w:t>
      </w:r>
    </w:p>
    <w:p>
      <w:pPr>
        <w:jc w:val="both"/>
      </w:pPr>
      <w:r>
        <w:t>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3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này).</w:t>
      </w:r>
    </w:p>
    <w:p>
      <w:pPr>
        <w:jc w:val="both"/>
      </w:pPr>
      <w:r>
        <w:t>3. Tr</w:t>
      </w:r>
    </w:p>
    <w:p>
      <w:pPr>
        <w:jc w:val="both"/>
      </w:pPr>
      <w:r>
        <w:t>ườ</w:t>
      </w:r>
    </w:p>
    <w:p>
      <w:pPr>
        <w:jc w:val="both"/>
      </w:pPr>
      <w:r>
        <w:t>ng h</w:t>
      </w:r>
    </w:p>
    <w:p>
      <w:pPr>
        <w:jc w:val="both"/>
      </w:pPr>
      <w:r>
        <w:t>ợ</w:t>
      </w:r>
    </w:p>
    <w:p>
      <w:pPr>
        <w:jc w:val="both"/>
      </w:pPr>
      <w:r>
        <w:t>p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1, 2 và 3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</w:t>
      </w:r>
    </w:p>
    <w:p>
      <w:pPr>
        <w:jc w:val="both"/>
      </w:pPr>
      <w:r>
        <w:t>kh</w:t>
      </w:r>
    </w:p>
    <w:p>
      <w:pPr>
        <w:jc w:val="both"/>
      </w:pPr>
      <w:r>
        <w:t>ẩ</w:t>
      </w:r>
    </w:p>
    <w:p>
      <w:pPr>
        <w:jc w:val="both"/>
      </w:pPr>
      <w:r>
        <w:t>u t</w:t>
      </w:r>
    </w:p>
    <w:p>
      <w:pPr>
        <w:jc w:val="both"/>
      </w:pPr>
      <w:r>
        <w:t>ừ</w:t>
      </w:r>
    </w:p>
    <w:p>
      <w:pPr>
        <w:jc w:val="both"/>
      </w:pPr>
      <w:r>
        <w:t>n</w:t>
      </w:r>
    </w:p>
    <w:p>
      <w:pPr>
        <w:jc w:val="both"/>
      </w:pPr>
      <w:r>
        <w:t>ướ</w:t>
      </w:r>
    </w:p>
    <w:p>
      <w:pPr>
        <w:jc w:val="both"/>
      </w:pPr>
      <w:r>
        <w:t>c ngoài ho</w:t>
      </w:r>
    </w:p>
    <w:p>
      <w:pPr>
        <w:jc w:val="both"/>
      </w:pPr>
      <w:r>
        <w:t>ặ</w:t>
      </w:r>
    </w:p>
    <w:p>
      <w:pPr>
        <w:jc w:val="both"/>
      </w:pPr>
      <w:r>
        <w:t>c mua l</w:t>
      </w:r>
    </w:p>
    <w:p>
      <w:pPr>
        <w:jc w:val="both"/>
      </w:pPr>
      <w:r>
        <w:t>ạ</w:t>
      </w:r>
    </w:p>
    <w:p>
      <w:pPr>
        <w:jc w:val="both"/>
      </w:pPr>
      <w:r>
        <w:t>i xe ô tô, xe g</w:t>
      </w:r>
    </w:p>
    <w:p>
      <w:pPr>
        <w:jc w:val="both"/>
      </w:pPr>
      <w:r>
        <w:t>ắ</w:t>
      </w:r>
    </w:p>
    <w:p>
      <w:pPr>
        <w:jc w:val="both"/>
      </w:pPr>
      <w:r>
        <w:t>n máy c</w:t>
      </w:r>
    </w:p>
    <w:p>
      <w:pPr>
        <w:jc w:val="both"/>
      </w:pPr>
      <w:r>
        <w:t>ủ</w:t>
      </w:r>
    </w:p>
    <w:p>
      <w:pPr>
        <w:jc w:val="both"/>
      </w:pPr>
      <w:r>
        <w:t>a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</w:t>
      </w:r>
    </w:p>
    <w:p>
      <w:pPr>
        <w:jc w:val="both"/>
      </w:pPr>
      <w:r>
        <w:t>đượ</w:t>
      </w:r>
    </w:p>
    <w:p>
      <w:pPr>
        <w:jc w:val="both"/>
      </w:pPr>
      <w:r>
        <w:t>c h</w:t>
      </w:r>
    </w:p>
    <w:p>
      <w:pPr>
        <w:jc w:val="both"/>
      </w:pPr>
      <w:r>
        <w:t>ưở</w:t>
      </w:r>
    </w:p>
    <w:p>
      <w:pPr>
        <w:jc w:val="both"/>
      </w:pPr>
      <w:r>
        <w:t>ng quy</w:t>
      </w:r>
    </w:p>
    <w:p>
      <w:pPr>
        <w:jc w:val="both"/>
      </w:pPr>
      <w:r>
        <w:t>ề</w:t>
      </w:r>
    </w:p>
    <w:p>
      <w:pPr>
        <w:jc w:val="both"/>
      </w:pPr>
      <w:r>
        <w:t>n</w:t>
      </w:r>
    </w:p>
    <w:p>
      <w:pPr>
        <w:jc w:val="both"/>
      </w:pPr>
      <w:r>
        <w:t>ư</w:t>
      </w:r>
    </w:p>
    <w:p>
      <w:pPr>
        <w:jc w:val="both"/>
      </w:pPr>
      <w:r>
        <w:t>u</w:t>
      </w:r>
    </w:p>
    <w:p>
      <w:pPr>
        <w:jc w:val="both"/>
      </w:pPr>
      <w:r>
        <w:t>đ</w:t>
      </w:r>
    </w:p>
    <w:p>
      <w:pPr>
        <w:jc w:val="both"/>
      </w:pPr>
      <w:r>
        <w:t>ãi, mi</w:t>
      </w:r>
    </w:p>
    <w:p>
      <w:pPr>
        <w:jc w:val="both"/>
      </w:pPr>
      <w:r>
        <w:t>ễ</w:t>
      </w:r>
    </w:p>
    <w:p>
      <w:pPr>
        <w:jc w:val="both"/>
      </w:pPr>
      <w:r>
        <w:t>n tr</w:t>
      </w:r>
    </w:p>
    <w:p>
      <w:pPr>
        <w:jc w:val="both"/>
      </w:pPr>
      <w:r>
        <w:t>ừ</w:t>
      </w:r>
    </w:p>
    <w:p>
      <w:pPr>
        <w:jc w:val="both"/>
      </w:pPr>
      <w:r>
        <w:t>khác, khi th</w:t>
      </w:r>
    </w:p>
    <w:p>
      <w:pPr>
        <w:jc w:val="both"/>
      </w:pPr>
      <w:r>
        <w:t>ự</w:t>
      </w:r>
    </w:p>
    <w:p>
      <w:pPr>
        <w:jc w:val="both"/>
      </w:pPr>
      <w:r>
        <w:t>c hi</w:t>
      </w:r>
    </w:p>
    <w:p>
      <w:pPr>
        <w:jc w:val="both"/>
      </w:pPr>
      <w:r>
        <w:t>ệ</w:t>
      </w:r>
    </w:p>
    <w:p>
      <w:pPr>
        <w:jc w:val="both"/>
      </w:pPr>
      <w:r>
        <w:t>n th</w:t>
      </w:r>
    </w:p>
    <w:p>
      <w:pPr>
        <w:jc w:val="both"/>
      </w:pPr>
      <w:r>
        <w:t>ủ</w:t>
      </w:r>
    </w:p>
    <w:p>
      <w:pPr>
        <w:jc w:val="both"/>
      </w:pPr>
      <w:r>
        <w:t>t</w:t>
      </w:r>
    </w:p>
    <w:p>
      <w:pPr>
        <w:jc w:val="both"/>
      </w:pPr>
      <w:r>
        <w:t>ụ</w:t>
      </w:r>
    </w:p>
    <w:p>
      <w:pPr>
        <w:jc w:val="both"/>
      </w:pPr>
      <w:r>
        <w:t>c c</w:t>
      </w:r>
    </w:p>
    <w:p>
      <w:pPr>
        <w:jc w:val="both"/>
      </w:pPr>
      <w:r>
        <w:t>ấ</w:t>
      </w:r>
    </w:p>
    <w:p>
      <w:pPr>
        <w:jc w:val="both"/>
      </w:pPr>
      <w:r>
        <w:t>p gi</w:t>
      </w:r>
    </w:p>
    <w:p>
      <w:pPr>
        <w:jc w:val="both"/>
      </w:pPr>
      <w:r>
        <w:t>ấ</w:t>
      </w:r>
    </w:p>
    <w:p>
      <w:pPr>
        <w:jc w:val="both"/>
      </w:pPr>
      <w:r>
        <w:t>y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xe, ch</w:t>
      </w:r>
    </w:p>
    <w:p>
      <w:pPr>
        <w:jc w:val="both"/>
      </w:pPr>
      <w:r>
        <w:t>ủ</w:t>
      </w:r>
    </w:p>
    <w:p>
      <w:pPr>
        <w:jc w:val="both"/>
      </w:pPr>
      <w:r>
        <w:t>xe n</w:t>
      </w:r>
    </w:p>
    <w:p>
      <w:pPr>
        <w:jc w:val="both"/>
      </w:pPr>
      <w:r>
        <w:t>ộ</w:t>
      </w:r>
    </w:p>
    <w:p>
      <w:pPr>
        <w:jc w:val="both"/>
      </w:pPr>
      <w:r>
        <w:t>p</w:t>
      </w:r>
    </w:p>
    <w:p>
      <w:pPr>
        <w:jc w:val="both"/>
      </w:pPr>
      <w:r>
        <w:t>CÔNG BÁO/S</w:t>
      </w:r>
    </w:p>
    <w:p>
      <w:pPr>
        <w:jc w:val="both"/>
      </w:pPr>
      <w:r>
        <w:t>ố</w:t>
      </w:r>
    </w:p>
    <w:p>
      <w:pPr>
        <w:jc w:val="both"/>
      </w:pPr>
      <w:r>
        <w:t>443 + 444/Ngày 17-3-2018</w:t>
      </w:r>
    </w:p>
    <w:p>
      <w:pPr>
        <w:jc w:val="both"/>
      </w:pPr>
      <w:r>
        <w:t>51</w:t>
      </w:r>
    </w:p>
    <w:p>
      <w:pPr>
        <w:jc w:val="both"/>
      </w:pPr>
      <w:r>
        <w:t>ch</w:t>
      </w:r>
    </w:p>
    <w:p>
      <w:pPr>
        <w:jc w:val="both"/>
      </w:pPr>
      <w:r>
        <w:t>ứ</w:t>
      </w:r>
    </w:p>
    <w:p>
      <w:pPr>
        <w:jc w:val="both"/>
      </w:pPr>
      <w:r>
        <w:t>ng t</w:t>
      </w:r>
    </w:p>
    <w:p>
      <w:pPr>
        <w:jc w:val="both"/>
      </w:pPr>
      <w:r>
        <w:t>ừ</w:t>
      </w:r>
    </w:p>
    <w:p>
      <w:pPr>
        <w:jc w:val="both"/>
      </w:pPr>
      <w:r>
        <w:t>ch</w:t>
      </w:r>
    </w:p>
    <w:p>
      <w:pPr>
        <w:jc w:val="both"/>
      </w:pPr>
      <w:r>
        <w:t>ứ</w:t>
      </w:r>
    </w:p>
    <w:p>
      <w:pPr>
        <w:jc w:val="both"/>
      </w:pPr>
      <w:r>
        <w:t>ng minh quy</w:t>
      </w:r>
    </w:p>
    <w:p>
      <w:pPr>
        <w:jc w:val="both"/>
      </w:pPr>
      <w:r>
        <w:t>ề</w:t>
      </w:r>
    </w:p>
    <w:p>
      <w:pPr>
        <w:jc w:val="both"/>
      </w:pPr>
      <w:r>
        <w:t>n s</w:t>
      </w:r>
    </w:p>
    <w:p>
      <w:pPr>
        <w:jc w:val="both"/>
      </w:pPr>
      <w:r>
        <w:t>ở</w:t>
      </w:r>
    </w:p>
    <w:p>
      <w:pPr>
        <w:jc w:val="both"/>
      </w:pPr>
      <w:r>
        <w:t>h</w:t>
      </w:r>
    </w:p>
    <w:p>
      <w:pPr>
        <w:jc w:val="both"/>
      </w:pPr>
      <w:r>
        <w:t>ữ</w:t>
      </w:r>
    </w:p>
    <w:p>
      <w:pPr>
        <w:jc w:val="both"/>
      </w:pPr>
      <w:r>
        <w:t>u xe nh</w:t>
      </w:r>
    </w:p>
    <w:p>
      <w:pPr>
        <w:jc w:val="both"/>
      </w:pPr>
      <w:r>
        <w:t>ư</w:t>
      </w:r>
    </w:p>
    <w:p>
      <w:pPr>
        <w:jc w:val="both"/>
      </w:pPr>
      <w:r>
        <w:t>: Ch</w:t>
      </w:r>
    </w:p>
    <w:p>
      <w:pPr>
        <w:jc w:val="both"/>
      </w:pPr>
      <w:r>
        <w:t>ứ</w:t>
      </w:r>
    </w:p>
    <w:p>
      <w:pPr>
        <w:jc w:val="both"/>
      </w:pPr>
      <w:r>
        <w:t>ng t</w:t>
      </w:r>
    </w:p>
    <w:p>
      <w:pPr>
        <w:jc w:val="both"/>
      </w:pPr>
      <w:r>
        <w:t>ừ</w:t>
      </w:r>
    </w:p>
    <w:p>
      <w:pPr>
        <w:jc w:val="both"/>
      </w:pPr>
      <w:r>
        <w:t>thanh toán ti</w:t>
      </w:r>
    </w:p>
    <w:p>
      <w:pPr>
        <w:jc w:val="both"/>
      </w:pPr>
      <w:r>
        <w:t>ề</w:t>
      </w:r>
    </w:p>
    <w:p>
      <w:pPr>
        <w:jc w:val="both"/>
      </w:pPr>
      <w:r>
        <w:t>n mua xe qua ngân</w:t>
      </w:r>
    </w:p>
    <w:p>
      <w:pPr>
        <w:jc w:val="both"/>
      </w:pPr>
      <w:r>
        <w:t>hàng (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 tr</w:t>
      </w:r>
    </w:p>
    <w:p>
      <w:pPr>
        <w:jc w:val="both"/>
      </w:pPr>
      <w:r>
        <w:t>ườ</w:t>
      </w:r>
    </w:p>
    <w:p>
      <w:pPr>
        <w:jc w:val="both"/>
      </w:pPr>
      <w:r>
        <w:t>ng h</w:t>
      </w:r>
    </w:p>
    <w:p>
      <w:pPr>
        <w:jc w:val="both"/>
      </w:pPr>
      <w:r>
        <w:t>ợ</w:t>
      </w:r>
    </w:p>
    <w:p>
      <w:pPr>
        <w:jc w:val="both"/>
      </w:pPr>
      <w:r>
        <w:t>p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t</w:t>
      </w:r>
    </w:p>
    <w:p>
      <w:pPr>
        <w:jc w:val="both"/>
      </w:pPr>
      <w:r>
        <w:t>ừ</w:t>
      </w:r>
    </w:p>
    <w:p>
      <w:pPr>
        <w:jc w:val="both"/>
      </w:pPr>
      <w:r>
        <w:t>n</w:t>
      </w:r>
    </w:p>
    <w:p>
      <w:pPr>
        <w:jc w:val="both"/>
      </w:pPr>
      <w:r>
        <w:t>ướ</w:t>
      </w:r>
    </w:p>
    <w:p>
      <w:pPr>
        <w:jc w:val="both"/>
      </w:pPr>
      <w:r>
        <w:t>c ngoài) ho</w:t>
      </w:r>
    </w:p>
    <w:p>
      <w:pPr>
        <w:jc w:val="both"/>
      </w:pPr>
      <w:r>
        <w:t>ặ</w:t>
      </w:r>
    </w:p>
    <w:p>
      <w:pPr>
        <w:jc w:val="both"/>
      </w:pPr>
      <w:r>
        <w:t>c gi</w:t>
      </w:r>
    </w:p>
    <w:p>
      <w:pPr>
        <w:jc w:val="both"/>
      </w:pPr>
      <w:r>
        <w:t>ấ</w:t>
      </w:r>
    </w:p>
    <w:p>
      <w:pPr>
        <w:jc w:val="both"/>
      </w:pPr>
      <w:r>
        <w:t>y</w:t>
      </w:r>
    </w:p>
    <w:p>
      <w:pPr>
        <w:jc w:val="both"/>
      </w:pPr>
      <w:r>
        <w:t>đă</w:t>
      </w:r>
    </w:p>
    <w:p>
      <w:pPr>
        <w:jc w:val="both"/>
      </w:pPr>
      <w:r>
        <w:t>ng ký l</w:t>
      </w:r>
    </w:p>
    <w:p>
      <w:pPr>
        <w:jc w:val="both"/>
      </w:pPr>
      <w:r>
        <w:t>ư</w:t>
      </w:r>
    </w:p>
    <w:p>
      <w:pPr>
        <w:jc w:val="both"/>
      </w:pPr>
      <w:r>
        <w:t>u hành</w:t>
      </w:r>
    </w:p>
    <w:p>
      <w:pPr>
        <w:jc w:val="both"/>
      </w:pPr>
      <w:r>
        <w:t>ho</w:t>
      </w:r>
    </w:p>
    <w:p>
      <w:pPr>
        <w:jc w:val="both"/>
      </w:pPr>
      <w:r>
        <w:t>ặ</w:t>
      </w:r>
    </w:p>
    <w:p>
      <w:pPr>
        <w:jc w:val="both"/>
      </w:pPr>
      <w:r>
        <w:t>c gi</w:t>
      </w:r>
    </w:p>
    <w:p>
      <w:pPr>
        <w:jc w:val="both"/>
      </w:pPr>
      <w:r>
        <w:t>ấ</w:t>
      </w:r>
    </w:p>
    <w:p>
      <w:pPr>
        <w:jc w:val="both"/>
      </w:pPr>
      <w:r>
        <w:t>y h</w:t>
      </w:r>
    </w:p>
    <w:p>
      <w:pPr>
        <w:jc w:val="both"/>
      </w:pPr>
      <w:r>
        <w:t>ủ</w:t>
      </w:r>
    </w:p>
    <w:p>
      <w:pPr>
        <w:jc w:val="both"/>
      </w:pPr>
      <w:r>
        <w:t>y</w:t>
      </w:r>
    </w:p>
    <w:p>
      <w:pPr>
        <w:jc w:val="both"/>
      </w:pPr>
      <w:r>
        <w:t>đă</w:t>
      </w:r>
    </w:p>
    <w:p>
      <w:pPr>
        <w:jc w:val="both"/>
      </w:pPr>
      <w:r>
        <w:t>ng ký l</w:t>
      </w:r>
    </w:p>
    <w:p>
      <w:pPr>
        <w:jc w:val="both"/>
      </w:pPr>
      <w:r>
        <w:t>ư</w:t>
      </w:r>
    </w:p>
    <w:p>
      <w:pPr>
        <w:jc w:val="both"/>
      </w:pPr>
      <w:r>
        <w:t>u hành xe (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 tr</w:t>
      </w:r>
    </w:p>
    <w:p>
      <w:pPr>
        <w:jc w:val="both"/>
      </w:pPr>
      <w:r>
        <w:t>ườ</w:t>
      </w:r>
    </w:p>
    <w:p>
      <w:pPr>
        <w:jc w:val="both"/>
      </w:pPr>
      <w:r>
        <w:t>ng h</w:t>
      </w:r>
    </w:p>
    <w:p>
      <w:pPr>
        <w:jc w:val="both"/>
      </w:pPr>
      <w:r>
        <w:t>ợ</w:t>
      </w:r>
    </w:p>
    <w:p>
      <w:pPr>
        <w:jc w:val="both"/>
      </w:pPr>
      <w:r>
        <w:t>p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d</w:t>
      </w:r>
    </w:p>
    <w:p>
      <w:pPr>
        <w:jc w:val="both"/>
      </w:pPr>
      <w:r>
        <w:t>ướ</w:t>
      </w:r>
    </w:p>
    <w:p>
      <w:pPr>
        <w:jc w:val="both"/>
      </w:pPr>
      <w:r>
        <w:t>i d</w:t>
      </w:r>
    </w:p>
    <w:p>
      <w:pPr>
        <w:jc w:val="both"/>
      </w:pPr>
      <w:r>
        <w:t>ạ</w:t>
      </w:r>
    </w:p>
    <w:p>
      <w:pPr>
        <w:jc w:val="both"/>
      </w:pPr>
      <w:r>
        <w:t>ng tài</w:t>
      </w:r>
    </w:p>
    <w:p>
      <w:pPr>
        <w:jc w:val="both"/>
      </w:pPr>
      <w:r>
        <w:t>s</w:t>
      </w:r>
    </w:p>
    <w:p>
      <w:pPr>
        <w:jc w:val="both"/>
      </w:pPr>
      <w:r>
        <w:t>ả</w:t>
      </w:r>
    </w:p>
    <w:p>
      <w:pPr>
        <w:jc w:val="both"/>
      </w:pPr>
      <w:r>
        <w:t>n di chuy</w:t>
      </w:r>
    </w:p>
    <w:p>
      <w:pPr>
        <w:jc w:val="both"/>
      </w:pPr>
      <w:r>
        <w:t>ể</w:t>
      </w:r>
    </w:p>
    <w:p>
      <w:pPr>
        <w:jc w:val="both"/>
      </w:pPr>
      <w:r>
        <w:t>n) cho c</w:t>
      </w:r>
    </w:p>
    <w:p>
      <w:pPr>
        <w:jc w:val="both"/>
      </w:pPr>
      <w:r>
        <w:t>ơ</w:t>
      </w:r>
    </w:p>
    <w:p>
      <w:pPr>
        <w:jc w:val="both"/>
      </w:pPr>
      <w:r>
        <w:t>quan h</w:t>
      </w:r>
    </w:p>
    <w:p>
      <w:pPr>
        <w:jc w:val="both"/>
      </w:pPr>
      <w:r>
        <w:t>ả</w:t>
      </w:r>
    </w:p>
    <w:p>
      <w:pPr>
        <w:jc w:val="both"/>
      </w:pPr>
      <w:r>
        <w:t>i quan.</w:t>
      </w:r>
    </w:p>
    <w:p>
      <w:pPr>
        <w:jc w:val="both"/>
      </w:pPr>
      <w:r>
        <w:t>4.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1, 2 và 3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</w:t>
      </w:r>
    </w:p>
    <w:p>
      <w:pPr>
        <w:jc w:val="both"/>
      </w:pPr>
      <w:r>
        <w:t>đượ</w:t>
      </w:r>
    </w:p>
    <w:p>
      <w:pPr>
        <w:jc w:val="both"/>
      </w:pPr>
      <w:r>
        <w:t>c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</w:t>
      </w:r>
    </w:p>
    <w:p>
      <w:pPr>
        <w:jc w:val="both"/>
      </w:pPr>
      <w:r>
        <w:t>kh</w:t>
      </w:r>
    </w:p>
    <w:p>
      <w:pPr>
        <w:jc w:val="both"/>
      </w:pPr>
      <w:r>
        <w:t>ẩ</w:t>
      </w:r>
    </w:p>
    <w:p>
      <w:pPr>
        <w:jc w:val="both"/>
      </w:pPr>
      <w:r>
        <w:t>u mi</w:t>
      </w:r>
    </w:p>
    <w:p>
      <w:pPr>
        <w:jc w:val="both"/>
      </w:pPr>
      <w:r>
        <w:t>ễ</w:t>
      </w:r>
    </w:p>
    <w:p>
      <w:pPr>
        <w:jc w:val="both"/>
      </w:pPr>
      <w:r>
        <w:t>n thu</w:t>
      </w:r>
    </w:p>
    <w:p>
      <w:pPr>
        <w:jc w:val="both"/>
      </w:pPr>
      <w:r>
        <w:t>ế</w:t>
      </w:r>
    </w:p>
    <w:p>
      <w:pPr>
        <w:jc w:val="both"/>
      </w:pPr>
      <w:r>
        <w:t>xe ô tô, xe g</w:t>
      </w:r>
    </w:p>
    <w:p>
      <w:pPr>
        <w:jc w:val="both"/>
      </w:pPr>
      <w:r>
        <w:t>ắ</w:t>
      </w:r>
    </w:p>
    <w:p>
      <w:pPr>
        <w:jc w:val="both"/>
      </w:pPr>
      <w:r>
        <w:t>n máy</w:t>
      </w:r>
    </w:p>
    <w:p>
      <w:pPr>
        <w:jc w:val="both"/>
      </w:pPr>
      <w:r>
        <w:t>để</w:t>
      </w:r>
    </w:p>
    <w:p>
      <w:pPr>
        <w:jc w:val="both"/>
      </w:pPr>
      <w:r>
        <w:t>b</w:t>
      </w:r>
    </w:p>
    <w:p>
      <w:pPr>
        <w:jc w:val="both"/>
      </w:pPr>
      <w:r>
        <w:t>ổ</w:t>
      </w:r>
    </w:p>
    <w:p>
      <w:pPr>
        <w:jc w:val="both"/>
      </w:pPr>
      <w:r>
        <w:t>sung</w:t>
      </w:r>
    </w:p>
    <w:p>
      <w:pPr>
        <w:jc w:val="both"/>
      </w:pPr>
      <w:r>
        <w:t>đủ</w:t>
      </w:r>
    </w:p>
    <w:p>
      <w:pPr>
        <w:jc w:val="both"/>
      </w:pPr>
      <w:r>
        <w:t>đị</w:t>
      </w:r>
    </w:p>
    <w:p>
      <w:pPr>
        <w:jc w:val="both"/>
      </w:pPr>
      <w:r>
        <w:t>nh l</w:t>
      </w:r>
    </w:p>
    <w:p>
      <w:pPr>
        <w:jc w:val="both"/>
      </w:pPr>
      <w:r>
        <w:t>ượ</w:t>
      </w:r>
    </w:p>
    <w:p>
      <w:pPr>
        <w:jc w:val="both"/>
      </w:pPr>
      <w:r>
        <w:t>ng trong các tr</w:t>
      </w:r>
    </w:p>
    <w:p>
      <w:pPr>
        <w:jc w:val="both"/>
      </w:pPr>
      <w:r>
        <w:t>ườ</w:t>
      </w:r>
    </w:p>
    <w:p>
      <w:pPr>
        <w:jc w:val="both"/>
      </w:pPr>
      <w:r>
        <w:t>ng h</w:t>
      </w:r>
    </w:p>
    <w:p>
      <w:pPr>
        <w:jc w:val="both"/>
      </w:pPr>
      <w:r>
        <w:t>ợ</w:t>
      </w:r>
    </w:p>
    <w:p>
      <w:pPr>
        <w:jc w:val="both"/>
      </w:pPr>
      <w:r>
        <w:t>p</w:t>
      </w:r>
    </w:p>
    <w:p>
      <w:pPr>
        <w:jc w:val="both"/>
      </w:pPr>
      <w:r>
        <w:t>sau:</w:t>
      </w:r>
    </w:p>
    <w:p>
      <w:pPr>
        <w:jc w:val="both"/>
      </w:pPr>
      <w:r>
        <w:t>a)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1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 sau khi hoàn thành th</w:t>
      </w:r>
    </w:p>
    <w:p>
      <w:pPr>
        <w:jc w:val="both"/>
      </w:pPr>
      <w:r>
        <w:t>ủ</w:t>
      </w:r>
    </w:p>
    <w:p>
      <w:pPr>
        <w:jc w:val="both"/>
      </w:pPr>
      <w:r>
        <w:t>t</w:t>
      </w:r>
    </w:p>
    <w:p>
      <w:pPr>
        <w:jc w:val="both"/>
      </w:pPr>
      <w:r>
        <w:t>ụ</w:t>
      </w:r>
    </w:p>
    <w:p>
      <w:pPr>
        <w:jc w:val="both"/>
      </w:pPr>
      <w:r>
        <w:t>c</w:t>
      </w:r>
    </w:p>
    <w:p>
      <w:pPr>
        <w:jc w:val="both"/>
      </w:pPr>
      <w:r>
        <w:t>tái xu</w:t>
      </w:r>
    </w:p>
    <w:p>
      <w:pPr>
        <w:jc w:val="both"/>
      </w:pPr>
      <w:r>
        <w:t>ấ</w:t>
      </w:r>
    </w:p>
    <w:p>
      <w:pPr>
        <w:jc w:val="both"/>
      </w:pPr>
      <w:r>
        <w:t>t kh</w:t>
      </w:r>
    </w:p>
    <w:p>
      <w:pPr>
        <w:jc w:val="both"/>
      </w:pPr>
      <w:r>
        <w:t>ẩ</w:t>
      </w:r>
    </w:p>
    <w:p>
      <w:pPr>
        <w:jc w:val="both"/>
      </w:pPr>
      <w:r>
        <w:t>u ho</w:t>
      </w:r>
    </w:p>
    <w:p>
      <w:pPr>
        <w:jc w:val="both"/>
      </w:pPr>
      <w:r>
        <w:t>ặ</w:t>
      </w:r>
    </w:p>
    <w:p>
      <w:pPr>
        <w:jc w:val="both"/>
      </w:pPr>
      <w:r>
        <w:t>c tiêu h</w:t>
      </w:r>
    </w:p>
    <w:p>
      <w:pPr>
        <w:jc w:val="both"/>
      </w:pPr>
      <w:r>
        <w:t>ủ</w:t>
      </w:r>
    </w:p>
    <w:p>
      <w:pPr>
        <w:jc w:val="both"/>
      </w:pPr>
      <w:r>
        <w:t>y ho</w:t>
      </w:r>
    </w:p>
    <w:p>
      <w:pPr>
        <w:jc w:val="both"/>
      </w:pPr>
      <w:r>
        <w:t>ặ</w:t>
      </w:r>
    </w:p>
    <w:p>
      <w:pPr>
        <w:jc w:val="both"/>
      </w:pPr>
      <w:r>
        <w:t>c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 xe ô tô, xe g</w:t>
      </w:r>
    </w:p>
    <w:p>
      <w:pPr>
        <w:jc w:val="both"/>
      </w:pPr>
      <w:r>
        <w:t>ắ</w:t>
      </w:r>
    </w:p>
    <w:p>
      <w:pPr>
        <w:jc w:val="both"/>
      </w:pPr>
      <w:r>
        <w:t>n máy;</w:t>
      </w:r>
    </w:p>
    <w:p>
      <w:pPr>
        <w:jc w:val="both"/>
      </w:pPr>
      <w:r>
        <w:t>b)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2 và 3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 sau khi hoàn thành</w:t>
      </w:r>
    </w:p>
    <w:p>
      <w:pPr>
        <w:jc w:val="both"/>
      </w:pPr>
      <w:r>
        <w:t>th</w:t>
      </w:r>
    </w:p>
    <w:p>
      <w:pPr>
        <w:jc w:val="both"/>
      </w:pPr>
      <w:r>
        <w:t>ủ</w:t>
      </w:r>
    </w:p>
    <w:p>
      <w:pPr>
        <w:jc w:val="both"/>
      </w:pPr>
      <w:r>
        <w:t>t</w:t>
      </w:r>
    </w:p>
    <w:p>
      <w:pPr>
        <w:jc w:val="both"/>
      </w:pPr>
      <w:r>
        <w:t>ụ</w:t>
      </w:r>
    </w:p>
    <w:p>
      <w:pPr>
        <w:jc w:val="both"/>
      </w:pPr>
      <w:r>
        <w:t>c tái xu</w:t>
      </w:r>
    </w:p>
    <w:p>
      <w:pPr>
        <w:jc w:val="both"/>
      </w:pPr>
      <w:r>
        <w:t>ấ</w:t>
      </w:r>
    </w:p>
    <w:p>
      <w:pPr>
        <w:jc w:val="both"/>
      </w:pPr>
      <w:r>
        <w:t>t kh</w:t>
      </w:r>
    </w:p>
    <w:p>
      <w:pPr>
        <w:jc w:val="both"/>
      </w:pPr>
      <w:r>
        <w:t>ẩ</w:t>
      </w:r>
    </w:p>
    <w:p>
      <w:pPr>
        <w:jc w:val="both"/>
      </w:pPr>
      <w:r>
        <w:t>u ho</w:t>
      </w:r>
    </w:p>
    <w:p>
      <w:pPr>
        <w:jc w:val="both"/>
      </w:pPr>
      <w:r>
        <w:t>ặ</w:t>
      </w:r>
    </w:p>
    <w:p>
      <w:pPr>
        <w:jc w:val="both"/>
      </w:pPr>
      <w:r>
        <w:t>c tiêu h</w:t>
      </w:r>
    </w:p>
    <w:p>
      <w:pPr>
        <w:jc w:val="both"/>
      </w:pPr>
      <w:r>
        <w:t>ủ</w:t>
      </w:r>
    </w:p>
    <w:p>
      <w:pPr>
        <w:jc w:val="both"/>
      </w:pPr>
      <w:r>
        <w:t>y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 xe ô tô, xe g</w:t>
      </w:r>
    </w:p>
    <w:p>
      <w:pPr>
        <w:jc w:val="both"/>
      </w:pPr>
      <w:r>
        <w:t>ắ</w:t>
      </w:r>
    </w:p>
    <w:p>
      <w:pPr>
        <w:jc w:val="both"/>
      </w:pPr>
      <w:r>
        <w:t>n máy b</w:t>
      </w:r>
    </w:p>
    <w:p>
      <w:pPr>
        <w:jc w:val="both"/>
      </w:pPr>
      <w:r>
        <w:t>ị</w:t>
      </w:r>
    </w:p>
    <w:p>
      <w:pPr>
        <w:jc w:val="both"/>
      </w:pPr>
      <w:r>
        <w:t>tai n</w:t>
      </w:r>
    </w:p>
    <w:p>
      <w:pPr>
        <w:jc w:val="both"/>
      </w:pPr>
      <w:r>
        <w:t>ạ</w:t>
      </w:r>
    </w:p>
    <w:p>
      <w:pPr>
        <w:jc w:val="both"/>
      </w:pPr>
      <w:r>
        <w:t>n, thiên tai</w:t>
      </w:r>
    </w:p>
    <w:p>
      <w:pPr>
        <w:jc w:val="both"/>
      </w:pPr>
      <w:r>
        <w:t>ho</w:t>
      </w:r>
    </w:p>
    <w:p>
      <w:pPr>
        <w:jc w:val="both"/>
      </w:pPr>
      <w:r>
        <w:t>ặ</w:t>
      </w:r>
    </w:p>
    <w:p>
      <w:pPr>
        <w:jc w:val="both"/>
      </w:pPr>
      <w:r>
        <w:t>c do nguyên nhân khách quan v</w:t>
      </w:r>
    </w:p>
    <w:p>
      <w:pPr>
        <w:jc w:val="both"/>
      </w:pPr>
      <w:r>
        <w:t>ề</w:t>
      </w:r>
    </w:p>
    <w:p>
      <w:pPr>
        <w:jc w:val="both"/>
      </w:pPr>
      <w:r>
        <w:t>k</w:t>
      </w:r>
    </w:p>
    <w:p>
      <w:pPr>
        <w:jc w:val="both"/>
      </w:pPr>
      <w:r>
        <w:t>ỹ</w:t>
      </w:r>
    </w:p>
    <w:p>
      <w:pPr>
        <w:jc w:val="both"/>
      </w:pPr>
      <w:r>
        <w:t>thu</w:t>
      </w:r>
    </w:p>
    <w:p>
      <w:pPr>
        <w:jc w:val="both"/>
      </w:pPr>
      <w:r>
        <w:t>ậ</w:t>
      </w:r>
    </w:p>
    <w:p>
      <w:pPr>
        <w:jc w:val="both"/>
      </w:pPr>
      <w:r>
        <w:t>t không ti</w:t>
      </w:r>
    </w:p>
    <w:p>
      <w:pPr>
        <w:jc w:val="both"/>
      </w:pPr>
      <w:r>
        <w:t>ế</w:t>
      </w:r>
    </w:p>
    <w:p>
      <w:pPr>
        <w:jc w:val="both"/>
      </w:pPr>
      <w:r>
        <w:t>p t</w:t>
      </w:r>
    </w:p>
    <w:p>
      <w:pPr>
        <w:jc w:val="both"/>
      </w:pPr>
      <w:r>
        <w:t>ụ</w:t>
      </w:r>
    </w:p>
    <w:p>
      <w:pPr>
        <w:jc w:val="both"/>
      </w:pPr>
      <w:r>
        <w:t>c s</w:t>
      </w:r>
    </w:p>
    <w:p>
      <w:pPr>
        <w:jc w:val="both"/>
      </w:pPr>
      <w:r>
        <w:t>ử</w:t>
      </w:r>
    </w:p>
    <w:p>
      <w:pPr>
        <w:jc w:val="both"/>
      </w:pPr>
      <w:r>
        <w:t>d</w:t>
      </w:r>
    </w:p>
    <w:p>
      <w:pPr>
        <w:jc w:val="both"/>
      </w:pPr>
      <w:r>
        <w:t>ụ</w:t>
      </w:r>
    </w:p>
    <w:p>
      <w:pPr>
        <w:jc w:val="both"/>
      </w:pPr>
      <w:r>
        <w:t>ng</w:t>
      </w:r>
    </w:p>
    <w:p>
      <w:pPr>
        <w:jc w:val="both"/>
      </w:pPr>
      <w:r>
        <w:t>đượ</w:t>
      </w:r>
    </w:p>
    <w:p>
      <w:pPr>
        <w:jc w:val="both"/>
      </w:pPr>
      <w:r>
        <w:t>c và còn</w:t>
      </w:r>
    </w:p>
    <w:p>
      <w:pPr>
        <w:jc w:val="both"/>
      </w:pPr>
      <w:r>
        <w:t>th</w:t>
      </w:r>
    </w:p>
    <w:p>
      <w:pPr>
        <w:jc w:val="both"/>
      </w:pPr>
      <w:r>
        <w:t>ờ</w:t>
      </w:r>
    </w:p>
    <w:p>
      <w:pPr>
        <w:jc w:val="both"/>
      </w:pPr>
      <w:r>
        <w:t>i gian công tác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 t</w:t>
      </w:r>
    </w:p>
    <w:p>
      <w:pPr>
        <w:jc w:val="both"/>
      </w:pPr>
      <w:r>
        <w:t>ố</w:t>
      </w:r>
    </w:p>
    <w:p>
      <w:pPr>
        <w:jc w:val="both"/>
      </w:pPr>
      <w:r>
        <w:t>i thi</w:t>
      </w:r>
    </w:p>
    <w:p>
      <w:pPr>
        <w:jc w:val="both"/>
      </w:pPr>
      <w:r>
        <w:t>ể</w:t>
      </w:r>
    </w:p>
    <w:p>
      <w:pPr>
        <w:jc w:val="both"/>
      </w:pPr>
      <w:r>
        <w:t>u t</w:t>
      </w:r>
    </w:p>
    <w:p>
      <w:pPr>
        <w:jc w:val="both"/>
      </w:pPr>
      <w:r>
        <w:t>ừ</w:t>
      </w:r>
    </w:p>
    <w:p>
      <w:pPr>
        <w:jc w:val="both"/>
      </w:pPr>
      <w:r>
        <w:t>09 tháng tr</w:t>
      </w:r>
    </w:p>
    <w:p>
      <w:pPr>
        <w:jc w:val="both"/>
      </w:pPr>
      <w:r>
        <w:t>ở</w:t>
      </w:r>
    </w:p>
    <w:p>
      <w:pPr>
        <w:jc w:val="both"/>
      </w:pPr>
      <w:r>
        <w:t>lên k</w:t>
      </w:r>
    </w:p>
    <w:p>
      <w:pPr>
        <w:jc w:val="both"/>
      </w:pPr>
      <w:r>
        <w:t>ể</w:t>
      </w:r>
    </w:p>
    <w:p>
      <w:pPr>
        <w:jc w:val="both"/>
      </w:pPr>
      <w:r>
        <w:t>t</w:t>
      </w:r>
    </w:p>
    <w:p>
      <w:pPr>
        <w:jc w:val="both"/>
      </w:pPr>
      <w:r>
        <w:t>ừ</w:t>
      </w:r>
    </w:p>
    <w:p>
      <w:pPr>
        <w:jc w:val="both"/>
      </w:pPr>
      <w:r>
        <w:t>ngày hoàn thành</w:t>
      </w:r>
    </w:p>
    <w:p>
      <w:pPr>
        <w:jc w:val="both"/>
      </w:pPr>
      <w:r>
        <w:t>th</w:t>
      </w:r>
    </w:p>
    <w:p>
      <w:pPr>
        <w:jc w:val="both"/>
      </w:pPr>
      <w:r>
        <w:t>ủ</w:t>
      </w:r>
    </w:p>
    <w:p>
      <w:pPr>
        <w:jc w:val="both"/>
      </w:pPr>
      <w:r>
        <w:t>t</w:t>
      </w:r>
    </w:p>
    <w:p>
      <w:pPr>
        <w:jc w:val="both"/>
      </w:pPr>
      <w:r>
        <w:t>ụ</w:t>
      </w:r>
    </w:p>
    <w:p>
      <w:pPr>
        <w:jc w:val="both"/>
      </w:pPr>
      <w:r>
        <w:t>c tái xu</w:t>
      </w:r>
    </w:p>
    <w:p>
      <w:pPr>
        <w:jc w:val="both"/>
      </w:pPr>
      <w:r>
        <w:t>ấ</w:t>
      </w:r>
    </w:p>
    <w:p>
      <w:pPr>
        <w:jc w:val="both"/>
      </w:pPr>
      <w:r>
        <w:t>t kh</w:t>
      </w:r>
    </w:p>
    <w:p>
      <w:pPr>
        <w:jc w:val="both"/>
      </w:pPr>
      <w:r>
        <w:t>ẩ</w:t>
      </w:r>
    </w:p>
    <w:p>
      <w:pPr>
        <w:jc w:val="both"/>
      </w:pPr>
      <w:r>
        <w:t>u ho</w:t>
      </w:r>
    </w:p>
    <w:p>
      <w:pPr>
        <w:jc w:val="both"/>
      </w:pPr>
      <w:r>
        <w:t>ặ</w:t>
      </w:r>
    </w:p>
    <w:p>
      <w:pPr>
        <w:jc w:val="both"/>
      </w:pPr>
      <w:r>
        <w:t>c tiêu h</w:t>
      </w:r>
    </w:p>
    <w:p>
      <w:pPr>
        <w:jc w:val="both"/>
      </w:pPr>
      <w:r>
        <w:t>ủ</w:t>
      </w:r>
    </w:p>
    <w:p>
      <w:pPr>
        <w:jc w:val="both"/>
      </w:pPr>
      <w:r>
        <w:t>y xe (th</w:t>
      </w:r>
    </w:p>
    <w:p>
      <w:pPr>
        <w:jc w:val="both"/>
      </w:pPr>
      <w:r>
        <w:t>ờ</w:t>
      </w:r>
    </w:p>
    <w:p>
      <w:pPr>
        <w:jc w:val="both"/>
      </w:pPr>
      <w:r>
        <w:t>i gian công tác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 ghi trên</w:t>
      </w:r>
    </w:p>
    <w:p>
      <w:pPr>
        <w:jc w:val="both"/>
      </w:pPr>
      <w:r>
        <w:t>ch</w:t>
      </w:r>
    </w:p>
    <w:p>
      <w:pPr>
        <w:jc w:val="both"/>
      </w:pPr>
      <w:r>
        <w:t>ứ</w:t>
      </w:r>
    </w:p>
    <w:p>
      <w:pPr>
        <w:jc w:val="both"/>
      </w:pPr>
      <w:r>
        <w:t>ng minh th</w:t>
      </w:r>
    </w:p>
    <w:p>
      <w:pPr>
        <w:jc w:val="both"/>
      </w:pPr>
      <w:r>
        <w:t>ư</w:t>
      </w:r>
    </w:p>
    <w:p>
      <w:pPr>
        <w:jc w:val="both"/>
      </w:pPr>
      <w:r>
        <w:t>do B</w:t>
      </w:r>
    </w:p>
    <w:p>
      <w:pPr>
        <w:jc w:val="both"/>
      </w:pPr>
      <w:r>
        <w:t>ộ</w:t>
      </w:r>
    </w:p>
    <w:p>
      <w:pPr>
        <w:jc w:val="both"/>
      </w:pPr>
      <w:r>
        <w:t>Ngo</w:t>
      </w:r>
    </w:p>
    <w:p>
      <w:pPr>
        <w:jc w:val="both"/>
      </w:pPr>
      <w:r>
        <w:t>ạ</w:t>
      </w:r>
    </w:p>
    <w:p>
      <w:pPr>
        <w:jc w:val="both"/>
      </w:pPr>
      <w:r>
        <w:t>i giao c</w:t>
      </w:r>
    </w:p>
    <w:p>
      <w:pPr>
        <w:jc w:val="both"/>
      </w:pPr>
      <w:r>
        <w:t>ấ</w:t>
      </w:r>
    </w:p>
    <w:p>
      <w:pPr>
        <w:jc w:val="both"/>
      </w:pPr>
      <w:r>
        <w:t>p).</w:t>
      </w:r>
    </w:p>
    <w:p>
      <w:pPr>
        <w:jc w:val="both"/>
      </w:pPr>
      <w:r>
        <w:t>5.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1, 2 và 3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 n</w:t>
      </w:r>
    </w:p>
    <w:p>
      <w:pPr>
        <w:jc w:val="both"/>
      </w:pPr>
      <w:r>
        <w:t>ế</w:t>
      </w:r>
    </w:p>
    <w:p>
      <w:pPr>
        <w:jc w:val="both"/>
      </w:pPr>
      <w:r>
        <w:t>u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xe</w:t>
      </w:r>
    </w:p>
    <w:p>
      <w:pPr>
        <w:jc w:val="both"/>
      </w:pPr>
      <w:r>
        <w:t>ô tô</w:t>
      </w:r>
    </w:p>
    <w:p>
      <w:pPr>
        <w:jc w:val="both"/>
      </w:pPr>
      <w:r>
        <w:t>đ</w:t>
      </w:r>
    </w:p>
    <w:p>
      <w:pPr>
        <w:jc w:val="both"/>
      </w:pPr>
      <w:r>
        <w:t>ã qua s</w:t>
      </w:r>
    </w:p>
    <w:p>
      <w:pPr>
        <w:jc w:val="both"/>
      </w:pPr>
      <w:r>
        <w:t>ử</w:t>
      </w:r>
    </w:p>
    <w:p>
      <w:pPr>
        <w:jc w:val="both"/>
      </w:pPr>
      <w:r>
        <w:t>d</w:t>
      </w:r>
    </w:p>
    <w:p>
      <w:pPr>
        <w:jc w:val="both"/>
      </w:pPr>
      <w:r>
        <w:t>ụ</w:t>
      </w:r>
    </w:p>
    <w:p>
      <w:pPr>
        <w:jc w:val="both"/>
      </w:pPr>
      <w:r>
        <w:t>ng g</w:t>
      </w:r>
    </w:p>
    <w:p>
      <w:pPr>
        <w:jc w:val="both"/>
      </w:pPr>
      <w:r>
        <w:t>ồ</w:t>
      </w:r>
    </w:p>
    <w:p>
      <w:pPr>
        <w:jc w:val="both"/>
      </w:pPr>
      <w:r>
        <w:t>m: Xe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t</w:t>
      </w:r>
    </w:p>
    <w:p>
      <w:pPr>
        <w:jc w:val="both"/>
      </w:pPr>
      <w:r>
        <w:t>ừ</w:t>
      </w:r>
    </w:p>
    <w:p>
      <w:pPr>
        <w:jc w:val="both"/>
      </w:pPr>
      <w:r>
        <w:t>n</w:t>
      </w:r>
    </w:p>
    <w:p>
      <w:pPr>
        <w:jc w:val="both"/>
      </w:pPr>
      <w:r>
        <w:t>ướ</w:t>
      </w:r>
    </w:p>
    <w:p>
      <w:pPr>
        <w:jc w:val="both"/>
      </w:pPr>
      <w:r>
        <w:t>c ngoài và xe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d</w:t>
      </w:r>
    </w:p>
    <w:p>
      <w:pPr>
        <w:jc w:val="both"/>
      </w:pPr>
      <w:r>
        <w:t>ướ</w:t>
      </w:r>
    </w:p>
    <w:p>
      <w:pPr>
        <w:jc w:val="both"/>
      </w:pPr>
      <w:r>
        <w:t>i</w:t>
      </w:r>
    </w:p>
    <w:p>
      <w:pPr>
        <w:jc w:val="both"/>
      </w:pPr>
      <w:r>
        <w:t>d</w:t>
      </w:r>
    </w:p>
    <w:p>
      <w:pPr>
        <w:jc w:val="both"/>
      </w:pPr>
      <w:r>
        <w:t>ạ</w:t>
      </w:r>
    </w:p>
    <w:p>
      <w:pPr>
        <w:jc w:val="both"/>
      </w:pPr>
      <w:r>
        <w:t>ng tài s</w:t>
      </w:r>
    </w:p>
    <w:p>
      <w:pPr>
        <w:jc w:val="both"/>
      </w:pPr>
      <w:r>
        <w:t>ả</w:t>
      </w:r>
    </w:p>
    <w:p>
      <w:pPr>
        <w:jc w:val="both"/>
      </w:pPr>
      <w:r>
        <w:t>n di chuy</w:t>
      </w:r>
    </w:p>
    <w:p>
      <w:pPr>
        <w:jc w:val="both"/>
      </w:pPr>
      <w:r>
        <w:t>ể</w:t>
      </w:r>
    </w:p>
    <w:p>
      <w:pPr>
        <w:jc w:val="both"/>
      </w:pPr>
      <w:r>
        <w:t>n, ph</w:t>
      </w:r>
    </w:p>
    <w:p>
      <w:pPr>
        <w:jc w:val="both"/>
      </w:pPr>
      <w:r>
        <w:t>ả</w:t>
      </w:r>
    </w:p>
    <w:p>
      <w:pPr>
        <w:jc w:val="both"/>
      </w:pPr>
      <w:r>
        <w:t>i tuân th</w:t>
      </w:r>
    </w:p>
    <w:p>
      <w:pPr>
        <w:jc w:val="both"/>
      </w:pPr>
      <w:r>
        <w:t>ủ</w:t>
      </w:r>
    </w:p>
    <w:p>
      <w:pPr>
        <w:jc w:val="both"/>
      </w:pPr>
      <w:r>
        <w:t>quy</w:t>
      </w:r>
    </w:p>
    <w:p>
      <w:pPr>
        <w:jc w:val="both"/>
      </w:pPr>
      <w:r>
        <w:t>đị</w:t>
      </w:r>
    </w:p>
    <w:p>
      <w:pPr>
        <w:jc w:val="both"/>
      </w:pPr>
      <w:r>
        <w:t>nh v</w:t>
      </w:r>
    </w:p>
    <w:p>
      <w:pPr>
        <w:jc w:val="both"/>
      </w:pPr>
      <w:r>
        <w:t>ề</w:t>
      </w:r>
    </w:p>
    <w:p>
      <w:pPr>
        <w:jc w:val="both"/>
      </w:pPr>
      <w:r>
        <w:t>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xe ô tô</w:t>
      </w:r>
    </w:p>
    <w:p>
      <w:pPr>
        <w:jc w:val="both"/>
      </w:pPr>
      <w:r>
        <w:t>đ</w:t>
      </w:r>
    </w:p>
    <w:p>
      <w:pPr>
        <w:jc w:val="both"/>
      </w:pPr>
      <w:r>
        <w:t>ã qua s</w:t>
      </w:r>
    </w:p>
    <w:p>
      <w:pPr>
        <w:jc w:val="both"/>
      </w:pPr>
      <w:r>
        <w:t>ử</w:t>
      </w:r>
    </w:p>
    <w:p>
      <w:pPr>
        <w:jc w:val="both"/>
      </w:pPr>
      <w:r>
        <w:t>d</w:t>
      </w:r>
    </w:p>
    <w:p>
      <w:pPr>
        <w:jc w:val="both"/>
      </w:pPr>
      <w:r>
        <w:t>ụ</w:t>
      </w:r>
    </w:p>
    <w:p>
      <w:pPr>
        <w:jc w:val="both"/>
      </w:pPr>
      <w:r>
        <w:t>ng</w:t>
      </w:r>
    </w:p>
    <w:p>
      <w:pPr>
        <w:jc w:val="both"/>
      </w:pPr>
      <w:r>
        <w:t>quy</w:t>
      </w:r>
    </w:p>
    <w:p>
      <w:pPr>
        <w:jc w:val="both"/>
      </w:pPr>
      <w:r>
        <w:t>đị</w:t>
      </w:r>
    </w:p>
    <w:p>
      <w:pPr>
        <w:jc w:val="both"/>
      </w:pPr>
      <w:r>
        <w:t>nh t</w:t>
      </w:r>
    </w:p>
    <w:p>
      <w:pPr>
        <w:jc w:val="both"/>
      </w:pPr>
      <w:r>
        <w:t>ạ</w:t>
      </w:r>
    </w:p>
    <w:p>
      <w:pPr>
        <w:jc w:val="both"/>
      </w:pPr>
      <w:r>
        <w:t>i Ngh</w:t>
      </w:r>
    </w:p>
    <w:p>
      <w:pPr>
        <w:jc w:val="both"/>
      </w:pPr>
      <w:r>
        <w:t>ị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187/2013/N</w:t>
      </w:r>
    </w:p>
    <w:p>
      <w:pPr>
        <w:jc w:val="both"/>
      </w:pPr>
      <w:r>
        <w:t>Đ</w:t>
      </w:r>
    </w:p>
    <w:p>
      <w:pPr>
        <w:jc w:val="both"/>
      </w:pPr>
      <w:r>
        <w:t>-CP ngày 20 tháng 11 n</w:t>
      </w:r>
    </w:p>
    <w:p>
      <w:pPr>
        <w:jc w:val="both"/>
      </w:pPr>
      <w:r>
        <w:t>ă</w:t>
      </w:r>
    </w:p>
    <w:p>
      <w:pPr>
        <w:jc w:val="both"/>
      </w:pPr>
      <w:r>
        <w:t>m 2013 c</w:t>
      </w:r>
    </w:p>
    <w:p>
      <w:pPr>
        <w:jc w:val="both"/>
      </w:pPr>
      <w:r>
        <w:t>ủ</w:t>
      </w:r>
    </w:p>
    <w:p>
      <w:pPr>
        <w:jc w:val="both"/>
      </w:pPr>
      <w:r>
        <w:t>a Chính</w:t>
      </w:r>
    </w:p>
    <w:p>
      <w:pPr>
        <w:jc w:val="both"/>
      </w:pPr>
      <w:r>
        <w:t>ph</w:t>
      </w:r>
    </w:p>
    <w:p>
      <w:pPr>
        <w:jc w:val="both"/>
      </w:pPr>
      <w:r>
        <w:t>ủ</w:t>
      </w:r>
    </w:p>
    <w:p>
      <w:pPr>
        <w:jc w:val="both"/>
      </w:pPr>
      <w:r>
        <w:t>quy</w:t>
      </w:r>
    </w:p>
    <w:p>
      <w:pPr>
        <w:jc w:val="both"/>
      </w:pPr>
      <w:r>
        <w:t>đị</w:t>
      </w:r>
    </w:p>
    <w:p>
      <w:pPr>
        <w:jc w:val="both"/>
      </w:pPr>
      <w:r>
        <w:t>nh chi ti</w:t>
      </w:r>
    </w:p>
    <w:p>
      <w:pPr>
        <w:jc w:val="both"/>
      </w:pPr>
      <w:r>
        <w:t>ế</w:t>
      </w:r>
    </w:p>
    <w:p>
      <w:pPr>
        <w:jc w:val="both"/>
      </w:pPr>
      <w:r>
        <w:t>t Lu</w:t>
      </w:r>
    </w:p>
    <w:p>
      <w:pPr>
        <w:jc w:val="both"/>
      </w:pPr>
      <w:r>
        <w:t>ậ</w:t>
      </w:r>
    </w:p>
    <w:p>
      <w:pPr>
        <w:jc w:val="both"/>
      </w:pPr>
      <w:r>
        <w:t>t Th</w:t>
      </w:r>
    </w:p>
    <w:p>
      <w:pPr>
        <w:jc w:val="both"/>
      </w:pPr>
      <w:r>
        <w:t>ươ</w:t>
      </w:r>
    </w:p>
    <w:p>
      <w:pPr>
        <w:jc w:val="both"/>
      </w:pPr>
      <w:r>
        <w:t>ng m</w:t>
      </w:r>
    </w:p>
    <w:p>
      <w:pPr>
        <w:jc w:val="both"/>
      </w:pPr>
      <w:r>
        <w:t>ạ</w:t>
      </w:r>
    </w:p>
    <w:p>
      <w:pPr>
        <w:jc w:val="both"/>
      </w:pPr>
      <w:r>
        <w:t>i v</w:t>
      </w:r>
    </w:p>
    <w:p>
      <w:pPr>
        <w:jc w:val="both"/>
      </w:pPr>
      <w:r>
        <w:t>ề</w:t>
      </w:r>
    </w:p>
    <w:p>
      <w:pPr>
        <w:jc w:val="both"/>
      </w:pPr>
      <w:r>
        <w:t>ho</w:t>
      </w:r>
    </w:p>
    <w:p>
      <w:pPr>
        <w:jc w:val="both"/>
      </w:pPr>
      <w:r>
        <w:t>ạ</w:t>
      </w:r>
    </w:p>
    <w:p>
      <w:pPr>
        <w:jc w:val="both"/>
      </w:pPr>
      <w:r>
        <w:t>t</w:t>
      </w:r>
    </w:p>
    <w:p>
      <w:pPr>
        <w:jc w:val="both"/>
      </w:pPr>
      <w:r>
        <w:t>độ</w:t>
      </w:r>
    </w:p>
    <w:p>
      <w:pPr>
        <w:jc w:val="both"/>
      </w:pPr>
      <w:r>
        <w:t>ng mua bán hàng hóa qu</w:t>
      </w:r>
    </w:p>
    <w:p>
      <w:pPr>
        <w:jc w:val="both"/>
      </w:pPr>
      <w:r>
        <w:t>ố</w:t>
      </w:r>
    </w:p>
    <w:p>
      <w:pPr>
        <w:jc w:val="both"/>
      </w:pPr>
      <w:r>
        <w:t>c t</w:t>
      </w:r>
    </w:p>
    <w:p>
      <w:pPr>
        <w:jc w:val="both"/>
      </w:pPr>
      <w:r>
        <w:t>ế</w:t>
      </w:r>
    </w:p>
    <w:p>
      <w:pPr>
        <w:jc w:val="both"/>
      </w:pPr>
      <w:r>
        <w:t>và</w:t>
      </w:r>
    </w:p>
    <w:p>
      <w:pPr>
        <w:jc w:val="both"/>
      </w:pPr>
      <w:r>
        <w:t>các ho</w:t>
      </w:r>
    </w:p>
    <w:p>
      <w:pPr>
        <w:jc w:val="both"/>
      </w:pPr>
      <w:r>
        <w:t>ạ</w:t>
      </w:r>
    </w:p>
    <w:p>
      <w:pPr>
        <w:jc w:val="both"/>
      </w:pPr>
      <w:r>
        <w:t>t</w:t>
      </w:r>
    </w:p>
    <w:p>
      <w:pPr>
        <w:jc w:val="both"/>
      </w:pPr>
      <w:r>
        <w:t>độ</w:t>
      </w:r>
    </w:p>
    <w:p>
      <w:pPr>
        <w:jc w:val="both"/>
      </w:pPr>
      <w:r>
        <w:t>ng</w:t>
      </w:r>
    </w:p>
    <w:p>
      <w:pPr>
        <w:jc w:val="both"/>
      </w:pPr>
      <w:r>
        <w:t>đạ</w:t>
      </w:r>
    </w:p>
    <w:p>
      <w:pPr>
        <w:jc w:val="both"/>
      </w:pPr>
      <w:r>
        <w:t>i lý mua, bán, gia công, quá c</w:t>
      </w:r>
    </w:p>
    <w:p>
      <w:pPr>
        <w:jc w:val="both"/>
      </w:pPr>
      <w:r>
        <w:t>ả</w:t>
      </w:r>
    </w:p>
    <w:p>
      <w:pPr>
        <w:jc w:val="both"/>
      </w:pPr>
      <w:r>
        <w:t>nh hàng hóa v</w:t>
      </w:r>
    </w:p>
    <w:p>
      <w:pPr>
        <w:jc w:val="both"/>
      </w:pPr>
      <w:r>
        <w:t>ớ</w:t>
      </w:r>
    </w:p>
    <w:p>
      <w:pPr>
        <w:jc w:val="both"/>
      </w:pPr>
      <w:r>
        <w:t>i n</w:t>
      </w:r>
    </w:p>
    <w:p>
      <w:pPr>
        <w:jc w:val="both"/>
      </w:pPr>
      <w:r>
        <w:t>ướ</w:t>
      </w:r>
    </w:p>
    <w:p>
      <w:pPr>
        <w:jc w:val="both"/>
      </w:pPr>
      <w:r>
        <w:t>c ngoài và các</w:t>
      </w:r>
    </w:p>
    <w:p>
      <w:pPr>
        <w:jc w:val="both"/>
      </w:pPr>
      <w:r>
        <w:t>v</w:t>
      </w:r>
    </w:p>
    <w:p>
      <w:pPr>
        <w:jc w:val="both"/>
      </w:pPr>
      <w:r>
        <w:t>ă</w:t>
      </w:r>
    </w:p>
    <w:p>
      <w:pPr>
        <w:jc w:val="both"/>
      </w:pPr>
      <w:r>
        <w:t>n b</w:t>
      </w:r>
    </w:p>
    <w:p>
      <w:pPr>
        <w:jc w:val="both"/>
      </w:pPr>
      <w:r>
        <w:t>ả</w:t>
      </w:r>
    </w:p>
    <w:p>
      <w:pPr>
        <w:jc w:val="both"/>
      </w:pPr>
      <w:r>
        <w:t>n h</w:t>
      </w:r>
    </w:p>
    <w:p>
      <w:pPr>
        <w:jc w:val="both"/>
      </w:pPr>
      <w:r>
        <w:t>ướ</w:t>
      </w:r>
    </w:p>
    <w:p>
      <w:pPr>
        <w:jc w:val="both"/>
      </w:pPr>
      <w:r>
        <w:t>ng d</w:t>
      </w:r>
    </w:p>
    <w:p>
      <w:pPr>
        <w:jc w:val="both"/>
      </w:pPr>
      <w:r>
        <w:t>ẫ</w:t>
      </w:r>
    </w:p>
    <w:p>
      <w:pPr>
        <w:jc w:val="both"/>
      </w:pPr>
      <w:r>
        <w:t>n th</w:t>
      </w:r>
    </w:p>
    <w:p>
      <w:pPr>
        <w:jc w:val="both"/>
      </w:pPr>
      <w:r>
        <w:t>ự</w:t>
      </w:r>
    </w:p>
    <w:p>
      <w:pPr>
        <w:jc w:val="both"/>
      </w:pPr>
      <w:r>
        <w:t>c hi</w:t>
      </w:r>
    </w:p>
    <w:p>
      <w:pPr>
        <w:jc w:val="both"/>
      </w:pPr>
      <w:r>
        <w:t>ệ</w:t>
      </w:r>
    </w:p>
    <w:p>
      <w:pPr>
        <w:jc w:val="both"/>
      </w:pPr>
      <w:r>
        <w:t>n liên quan.</w:t>
      </w:r>
    </w:p>
    <w:p>
      <w:pPr>
        <w:jc w:val="both"/>
      </w:pPr>
      <w:r>
        <w:t>6. Không</w:t>
      </w:r>
    </w:p>
    <w:p>
      <w:pPr>
        <w:jc w:val="both"/>
      </w:pPr>
      <w:r>
        <w:t>đượ</w:t>
      </w:r>
    </w:p>
    <w:p>
      <w:pPr>
        <w:jc w:val="both"/>
      </w:pPr>
      <w:r>
        <w:t>c t</w:t>
      </w:r>
    </w:p>
    <w:p>
      <w:pPr>
        <w:jc w:val="both"/>
      </w:pPr>
      <w:r>
        <w:t>ạ</w:t>
      </w:r>
    </w:p>
    <w:p>
      <w:pPr>
        <w:jc w:val="both"/>
      </w:pPr>
      <w:r>
        <w:t>m 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 xe g</w:t>
      </w:r>
    </w:p>
    <w:p>
      <w:pPr>
        <w:jc w:val="both"/>
      </w:pPr>
      <w:r>
        <w:t>ắ</w:t>
      </w:r>
    </w:p>
    <w:p>
      <w:pPr>
        <w:jc w:val="both"/>
      </w:pPr>
      <w:r>
        <w:t>n máy</w:t>
      </w:r>
    </w:p>
    <w:p>
      <w:pPr>
        <w:jc w:val="both"/>
      </w:pPr>
      <w:r>
        <w:t>đ</w:t>
      </w:r>
    </w:p>
    <w:p>
      <w:pPr>
        <w:jc w:val="both"/>
      </w:pPr>
      <w:r>
        <w:t>ã qua s</w:t>
      </w:r>
    </w:p>
    <w:p>
      <w:pPr>
        <w:jc w:val="both"/>
      </w:pPr>
      <w:r>
        <w:t>ử</w:t>
      </w:r>
    </w:p>
    <w:p>
      <w:pPr>
        <w:jc w:val="both"/>
      </w:pPr>
      <w:r>
        <w:t>d</w:t>
      </w:r>
    </w:p>
    <w:p>
      <w:pPr>
        <w:jc w:val="both"/>
      </w:pPr>
      <w:r>
        <w:t>ụ</w:t>
      </w:r>
    </w:p>
    <w:p>
      <w:pPr>
        <w:jc w:val="both"/>
      </w:pPr>
      <w:r>
        <w:t>ng.”</w:t>
      </w:r>
    </w:p>
    <w:p>
      <w:pPr>
        <w:jc w:val="both"/>
      </w:pPr>
      <w:r>
        <w:t>2. S</w:t>
      </w:r>
    </w:p>
    <w:p>
      <w:pPr>
        <w:jc w:val="both"/>
      </w:pPr>
      <w:r>
        <w:t>ử</w:t>
      </w:r>
    </w:p>
    <w:p>
      <w:pPr>
        <w:jc w:val="both"/>
      </w:pPr>
      <w:r>
        <w:t>a</w:t>
      </w:r>
    </w:p>
    <w:p>
      <w:pPr>
        <w:jc w:val="both"/>
      </w:pPr>
      <w:r>
        <w:t>đổ</w:t>
      </w:r>
    </w:p>
    <w:p>
      <w:pPr>
        <w:jc w:val="both"/>
      </w:pPr>
      <w:r>
        <w:t>i, b</w:t>
      </w:r>
    </w:p>
    <w:p>
      <w:pPr>
        <w:jc w:val="both"/>
      </w:pPr>
      <w:r>
        <w:t>ổ</w:t>
      </w:r>
    </w:p>
    <w:p>
      <w:pPr>
        <w:jc w:val="both"/>
      </w:pPr>
      <w:r>
        <w:t>sung tên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9 và kho</w:t>
      </w:r>
    </w:p>
    <w:p>
      <w:pPr>
        <w:jc w:val="both"/>
      </w:pPr>
      <w:r>
        <w:t>ả</w:t>
      </w:r>
    </w:p>
    <w:p>
      <w:pPr>
        <w:jc w:val="both"/>
      </w:pPr>
      <w:r>
        <w:t>n 2, kho</w:t>
      </w:r>
    </w:p>
    <w:p>
      <w:pPr>
        <w:jc w:val="both"/>
      </w:pPr>
      <w:r>
        <w:t>ả</w:t>
      </w:r>
    </w:p>
    <w:p>
      <w:pPr>
        <w:jc w:val="both"/>
      </w:pPr>
      <w:r>
        <w:t>n 4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9</w:t>
      </w:r>
    </w:p>
    <w:p>
      <w:pPr>
        <w:jc w:val="both"/>
      </w:pPr>
      <w:r>
        <w:t>đượ</w:t>
      </w:r>
    </w:p>
    <w:p>
      <w:pPr>
        <w:jc w:val="both"/>
      </w:pPr>
      <w:r>
        <w:t>c s</w:t>
      </w:r>
    </w:p>
    <w:p>
      <w:pPr>
        <w:jc w:val="both"/>
      </w:pPr>
      <w:r>
        <w:t>ử</w:t>
      </w:r>
    </w:p>
    <w:p>
      <w:pPr>
        <w:jc w:val="both"/>
      </w:pPr>
      <w:r>
        <w:t>a</w:t>
      </w:r>
    </w:p>
    <w:p>
      <w:pPr>
        <w:jc w:val="both"/>
      </w:pPr>
      <w:r>
        <w:t>đổ</w:t>
      </w:r>
    </w:p>
    <w:p>
      <w:pPr>
        <w:jc w:val="both"/>
      </w:pPr>
      <w:r>
        <w:t>i, b</w:t>
      </w:r>
    </w:p>
    <w:p>
      <w:pPr>
        <w:jc w:val="both"/>
      </w:pPr>
      <w:r>
        <w:t>ổ</w:t>
      </w:r>
    </w:p>
    <w:p>
      <w:pPr>
        <w:jc w:val="both"/>
      </w:pPr>
      <w:r>
        <w:t>sung nh</w:t>
      </w:r>
    </w:p>
    <w:p>
      <w:pPr>
        <w:jc w:val="both"/>
      </w:pPr>
      <w:r>
        <w:t>ư</w:t>
      </w:r>
    </w:p>
    <w:p>
      <w:pPr>
        <w:jc w:val="both"/>
      </w:pPr>
      <w:r>
        <w:t>sau:</w:t>
      </w:r>
    </w:p>
    <w:p>
      <w:pPr>
        <w:jc w:val="both"/>
      </w:pPr>
      <w:r>
        <w:t>“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9.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ki</w:t>
      </w:r>
    </w:p>
    <w:p>
      <w:pPr>
        <w:jc w:val="both"/>
      </w:pPr>
      <w:r>
        <w:t>ệ</w:t>
      </w:r>
    </w:p>
    <w:p>
      <w:pPr>
        <w:jc w:val="both"/>
      </w:pPr>
      <w:r>
        <w:t>n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 xe ô tô”</w:t>
      </w:r>
    </w:p>
    <w:p>
      <w:pPr>
        <w:jc w:val="both"/>
      </w:pPr>
      <w:r>
        <w:t>“2. T</w:t>
      </w:r>
    </w:p>
    <w:p>
      <w:pPr>
        <w:jc w:val="both"/>
      </w:pPr>
      <w:r>
        <w:t>ạ</w:t>
      </w:r>
    </w:p>
    <w:p>
      <w:pPr>
        <w:jc w:val="both"/>
      </w:pPr>
      <w:r>
        <w:t>i th</w:t>
      </w:r>
    </w:p>
    <w:p>
      <w:pPr>
        <w:jc w:val="both"/>
      </w:pPr>
      <w:r>
        <w:t>ờ</w:t>
      </w:r>
    </w:p>
    <w:p>
      <w:pPr>
        <w:jc w:val="both"/>
      </w:pPr>
      <w:r>
        <w:t>i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ể</w:t>
      </w:r>
    </w:p>
    <w:p>
      <w:pPr>
        <w:jc w:val="both"/>
      </w:pPr>
      <w:r>
        <w:t>m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ng, n</w:t>
      </w:r>
    </w:p>
    <w:p>
      <w:pPr>
        <w:jc w:val="both"/>
      </w:pPr>
      <w:r>
        <w:t>ế</w:t>
      </w:r>
    </w:p>
    <w:p>
      <w:pPr>
        <w:jc w:val="both"/>
      </w:pPr>
      <w:r>
        <w:t>u n</w:t>
      </w:r>
    </w:p>
    <w:p>
      <w:pPr>
        <w:jc w:val="both"/>
      </w:pPr>
      <w:r>
        <w:t>ă</w:t>
      </w:r>
    </w:p>
    <w:p>
      <w:pPr>
        <w:jc w:val="both"/>
      </w:pPr>
      <w:r>
        <w:t>m s</w:t>
      </w:r>
    </w:p>
    <w:p>
      <w:pPr>
        <w:jc w:val="both"/>
      </w:pPr>
      <w:r>
        <w:t>ả</w:t>
      </w:r>
    </w:p>
    <w:p>
      <w:pPr>
        <w:jc w:val="both"/>
      </w:pPr>
      <w:r>
        <w:t>n xu</w:t>
      </w:r>
    </w:p>
    <w:p>
      <w:pPr>
        <w:jc w:val="both"/>
      </w:pPr>
      <w:r>
        <w:t>ấ</w:t>
      </w:r>
    </w:p>
    <w:p>
      <w:pPr>
        <w:jc w:val="both"/>
      </w:pPr>
      <w:r>
        <w:t>t c</w:t>
      </w:r>
    </w:p>
    <w:p>
      <w:pPr>
        <w:jc w:val="both"/>
      </w:pPr>
      <w:r>
        <w:t>ủ</w:t>
      </w:r>
    </w:p>
    <w:p>
      <w:pPr>
        <w:jc w:val="both"/>
      </w:pPr>
      <w:r>
        <w:t>a xe quá 5 n</w:t>
      </w:r>
    </w:p>
    <w:p>
      <w:pPr>
        <w:jc w:val="both"/>
      </w:pPr>
      <w:r>
        <w:t>ă</w:t>
      </w:r>
    </w:p>
    <w:p>
      <w:pPr>
        <w:jc w:val="both"/>
      </w:pPr>
      <w:r>
        <w:t>m thì</w:t>
      </w:r>
    </w:p>
    <w:p>
      <w:pPr>
        <w:jc w:val="both"/>
      </w:pPr>
      <w:r>
        <w:t>đố</w:t>
      </w:r>
    </w:p>
    <w:p>
      <w:pPr>
        <w:jc w:val="both"/>
      </w:pPr>
      <w:r>
        <w:t>i</w:t>
      </w:r>
    </w:p>
    <w:p>
      <w:pPr>
        <w:jc w:val="both"/>
      </w:pPr>
      <w:r>
        <w:t>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1, 2 và 3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</w:t>
      </w:r>
    </w:p>
    <w:p>
      <w:pPr>
        <w:jc w:val="both"/>
      </w:pPr>
      <w:r>
        <w:t>đượ</w:t>
      </w:r>
    </w:p>
    <w:p>
      <w:pPr>
        <w:jc w:val="both"/>
      </w:pPr>
      <w:r>
        <w:t>c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 xe cho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</w:t>
      </w:r>
    </w:p>
    <w:p>
      <w:pPr>
        <w:jc w:val="both"/>
      </w:pPr>
      <w:r>
        <w:t>đượ</w:t>
      </w:r>
    </w:p>
    <w:p>
      <w:pPr>
        <w:jc w:val="both"/>
      </w:pPr>
      <w:r>
        <w:t>c h</w:t>
      </w:r>
    </w:p>
    <w:p>
      <w:pPr>
        <w:jc w:val="both"/>
      </w:pPr>
      <w:r>
        <w:t>ưở</w:t>
      </w:r>
    </w:p>
    <w:p>
      <w:pPr>
        <w:jc w:val="both"/>
      </w:pPr>
      <w:r>
        <w:t>ng quy</w:t>
      </w:r>
    </w:p>
    <w:p>
      <w:pPr>
        <w:jc w:val="both"/>
      </w:pPr>
      <w:r>
        <w:t>ề</w:t>
      </w:r>
    </w:p>
    <w:p>
      <w:pPr>
        <w:jc w:val="both"/>
      </w:pPr>
      <w:r>
        <w:t>n</w:t>
      </w:r>
    </w:p>
    <w:p>
      <w:pPr>
        <w:jc w:val="both"/>
      </w:pPr>
      <w:r>
        <w:t>ư</w:t>
      </w:r>
    </w:p>
    <w:p>
      <w:pPr>
        <w:jc w:val="both"/>
      </w:pPr>
      <w:r>
        <w:t>u</w:t>
      </w:r>
    </w:p>
    <w:p>
      <w:pPr>
        <w:jc w:val="both"/>
      </w:pPr>
      <w:r>
        <w:t>đ</w:t>
      </w:r>
    </w:p>
    <w:p>
      <w:pPr>
        <w:jc w:val="both"/>
      </w:pPr>
      <w:r>
        <w:t>ãi, mi</w:t>
      </w:r>
    </w:p>
    <w:p>
      <w:pPr>
        <w:jc w:val="both"/>
      </w:pPr>
      <w:r>
        <w:t>ễ</w:t>
      </w:r>
    </w:p>
    <w:p>
      <w:pPr>
        <w:jc w:val="both"/>
      </w:pPr>
      <w:r>
        <w:t>n tr</w:t>
      </w:r>
    </w:p>
    <w:p>
      <w:pPr>
        <w:jc w:val="both"/>
      </w:pPr>
      <w:r>
        <w:t>ừ</w:t>
      </w:r>
    </w:p>
    <w:p>
      <w:pPr>
        <w:jc w:val="both"/>
      </w:pPr>
      <w:r>
        <w:t>khác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 ho</w:t>
      </w:r>
    </w:p>
    <w:p>
      <w:pPr>
        <w:jc w:val="both"/>
      </w:pPr>
      <w:r>
        <w:t>ặ</w:t>
      </w:r>
    </w:p>
    <w:p>
      <w:pPr>
        <w:jc w:val="both"/>
      </w:pPr>
      <w:r>
        <w:t>c các</w:t>
      </w:r>
    </w:p>
    <w:p>
      <w:pPr>
        <w:jc w:val="both"/>
      </w:pPr>
      <w:r>
        <w:t>đố</w:t>
      </w:r>
    </w:p>
    <w:p>
      <w:pPr>
        <w:jc w:val="both"/>
      </w:pPr>
      <w:r>
        <w:t>i</w:t>
      </w:r>
    </w:p>
    <w:p>
      <w:pPr>
        <w:jc w:val="both"/>
      </w:pPr>
      <w:r>
        <w:t>t</w:t>
      </w:r>
    </w:p>
    <w:p>
      <w:pPr>
        <w:jc w:val="both"/>
      </w:pPr>
      <w:r>
        <w:t>ượ</w:t>
      </w:r>
    </w:p>
    <w:p>
      <w:pPr>
        <w:jc w:val="both"/>
      </w:pPr>
      <w:r>
        <w:t>ng khác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 v</w:t>
      </w:r>
    </w:p>
    <w:p>
      <w:pPr>
        <w:jc w:val="both"/>
      </w:pPr>
      <w:r>
        <w:t>ớ</w:t>
      </w:r>
    </w:p>
    <w:p>
      <w:pPr>
        <w:jc w:val="both"/>
      </w:pPr>
      <w:r>
        <w:t>i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ki</w:t>
      </w:r>
    </w:p>
    <w:p>
      <w:pPr>
        <w:jc w:val="both"/>
      </w:pPr>
      <w:r>
        <w:t>ệ</w:t>
      </w:r>
    </w:p>
    <w:p>
      <w:pPr>
        <w:jc w:val="both"/>
      </w:pPr>
      <w:r>
        <w:t>n xe</w:t>
      </w:r>
    </w:p>
    <w:p>
      <w:pPr>
        <w:jc w:val="both"/>
      </w:pPr>
      <w:r>
        <w:t>đượ</w:t>
      </w:r>
    </w:p>
    <w:p>
      <w:pPr>
        <w:jc w:val="both"/>
      </w:pPr>
      <w:r>
        <w:t>c c</w:t>
      </w:r>
    </w:p>
    <w:p>
      <w:pPr>
        <w:jc w:val="both"/>
      </w:pPr>
      <w:r>
        <w:t>ơ</w:t>
      </w:r>
    </w:p>
    <w:p>
      <w:pPr>
        <w:jc w:val="both"/>
      </w:pPr>
      <w:r>
        <w:t>quan</w:t>
      </w:r>
    </w:p>
    <w:p>
      <w:pPr>
        <w:jc w:val="both"/>
      </w:pPr>
      <w:r>
        <w:t>đă</w:t>
      </w:r>
    </w:p>
    <w:p>
      <w:pPr>
        <w:jc w:val="both"/>
      </w:pPr>
      <w:r>
        <w:t>ng ki</w:t>
      </w:r>
    </w:p>
    <w:p>
      <w:pPr>
        <w:jc w:val="both"/>
      </w:pPr>
      <w:r>
        <w:t>ể</w:t>
      </w:r>
    </w:p>
    <w:p>
      <w:pPr>
        <w:jc w:val="both"/>
      </w:pPr>
      <w:r>
        <w:t>m xác nh</w:t>
      </w:r>
    </w:p>
    <w:p>
      <w:pPr>
        <w:jc w:val="both"/>
      </w:pPr>
      <w:r>
        <w:t>ậ</w:t>
      </w:r>
    </w:p>
    <w:p>
      <w:pPr>
        <w:jc w:val="both"/>
      </w:pPr>
      <w:r>
        <w:t>n còn</w:t>
      </w:r>
    </w:p>
    <w:p>
      <w:pPr>
        <w:jc w:val="both"/>
      </w:pPr>
      <w:r>
        <w:t>đủ</w:t>
      </w:r>
    </w:p>
    <w:p>
      <w:pPr>
        <w:jc w:val="both"/>
      </w:pPr>
      <w:r>
        <w:t>tiêu chu</w:t>
      </w:r>
    </w:p>
    <w:p>
      <w:pPr>
        <w:jc w:val="both"/>
      </w:pPr>
      <w:r>
        <w:t>ẩ</w:t>
      </w:r>
    </w:p>
    <w:p>
      <w:pPr>
        <w:jc w:val="both"/>
      </w:pPr>
      <w:r>
        <w:t>n k</w:t>
      </w:r>
    </w:p>
    <w:p>
      <w:pPr>
        <w:jc w:val="both"/>
      </w:pPr>
      <w:r>
        <w:t>ỹ</w:t>
      </w:r>
    </w:p>
    <w:p>
      <w:pPr>
        <w:jc w:val="both"/>
      </w:pPr>
      <w:r>
        <w:t>thu</w:t>
      </w:r>
    </w:p>
    <w:p>
      <w:pPr>
        <w:jc w:val="both"/>
      </w:pPr>
      <w:r>
        <w:t>ậ</w:t>
      </w:r>
    </w:p>
    <w:p>
      <w:pPr>
        <w:jc w:val="both"/>
      </w:pPr>
      <w:r>
        <w:t>t</w:t>
      </w:r>
    </w:p>
    <w:p>
      <w:pPr>
        <w:jc w:val="both"/>
      </w:pPr>
      <w:r>
        <w:t>để</w:t>
      </w:r>
    </w:p>
    <w:p>
      <w:pPr>
        <w:jc w:val="both"/>
      </w:pPr>
      <w:r>
        <w:t>l</w:t>
      </w:r>
    </w:p>
    <w:p>
      <w:pPr>
        <w:jc w:val="both"/>
      </w:pPr>
      <w:r>
        <w:t>ư</w:t>
      </w:r>
    </w:p>
    <w:p>
      <w:pPr>
        <w:jc w:val="both"/>
      </w:pPr>
      <w:r>
        <w:t>u hành.”</w:t>
      </w:r>
    </w:p>
    <w:p>
      <w:pPr>
        <w:jc w:val="both"/>
      </w:pPr>
      <w:r>
        <w:t>“4. Chính sách thu</w:t>
      </w:r>
    </w:p>
    <w:p>
      <w:pPr>
        <w:jc w:val="both"/>
      </w:pPr>
      <w:r>
        <w:t>ế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 xe ô tô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Nam:</w:t>
      </w:r>
    </w:p>
    <w:p>
      <w:pPr>
        <w:jc w:val="both"/>
      </w:pPr>
      <w:r>
        <w:t>a) Th</w:t>
      </w:r>
    </w:p>
    <w:p>
      <w:pPr>
        <w:jc w:val="both"/>
      </w:pPr>
      <w:r>
        <w:t>ự</w:t>
      </w:r>
    </w:p>
    <w:p>
      <w:pPr>
        <w:jc w:val="both"/>
      </w:pPr>
      <w:r>
        <w:t>c hi</w:t>
      </w:r>
    </w:p>
    <w:p>
      <w:pPr>
        <w:jc w:val="both"/>
      </w:pPr>
      <w:r>
        <w:t>ệ</w:t>
      </w:r>
    </w:p>
    <w:p>
      <w:pPr>
        <w:jc w:val="both"/>
      </w:pPr>
      <w:r>
        <w:t>n theo quy</w:t>
      </w:r>
    </w:p>
    <w:p>
      <w:pPr>
        <w:jc w:val="both"/>
      </w:pPr>
      <w:r>
        <w:t>đị</w:t>
      </w:r>
    </w:p>
    <w:p>
      <w:pPr>
        <w:jc w:val="both"/>
      </w:pPr>
      <w:r>
        <w:t>nh v</w:t>
      </w:r>
    </w:p>
    <w:p>
      <w:pPr>
        <w:jc w:val="both"/>
      </w:pPr>
      <w:r>
        <w:t>ề</w:t>
      </w:r>
    </w:p>
    <w:p>
      <w:pPr>
        <w:jc w:val="both"/>
      </w:pPr>
      <w:r>
        <w:t>thu</w:t>
      </w:r>
    </w:p>
    <w:p>
      <w:pPr>
        <w:jc w:val="both"/>
      </w:pPr>
      <w:r>
        <w:t>ế</w:t>
      </w:r>
    </w:p>
    <w:p>
      <w:pPr>
        <w:jc w:val="both"/>
      </w:pPr>
      <w:r>
        <w:t>nh</w:t>
      </w:r>
    </w:p>
    <w:p>
      <w:pPr>
        <w:jc w:val="both"/>
      </w:pPr>
      <w:r>
        <w:t>ậ</w:t>
      </w:r>
    </w:p>
    <w:p>
      <w:pPr>
        <w:jc w:val="both"/>
      </w:pPr>
      <w:r>
        <w:t>p kh</w:t>
      </w:r>
    </w:p>
    <w:p>
      <w:pPr>
        <w:jc w:val="both"/>
      </w:pPr>
      <w:r>
        <w:t>ẩ</w:t>
      </w:r>
    </w:p>
    <w:p>
      <w:pPr>
        <w:jc w:val="both"/>
      </w:pPr>
      <w:r>
        <w:t>u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 m</w:t>
      </w:r>
    </w:p>
    <w:p>
      <w:pPr>
        <w:jc w:val="both"/>
      </w:pPr>
      <w:r>
        <w:t>ặ</w:t>
      </w:r>
    </w:p>
    <w:p>
      <w:pPr>
        <w:jc w:val="both"/>
      </w:pPr>
      <w:r>
        <w:t>t hàng xe ô tô</w:t>
      </w:r>
    </w:p>
    <w:p>
      <w:pPr>
        <w:jc w:val="both"/>
      </w:pPr>
      <w:r>
        <w:t>đ</w:t>
      </w:r>
    </w:p>
    <w:p>
      <w:pPr>
        <w:jc w:val="both"/>
      </w:pPr>
      <w:r>
        <w:t>ã qua</w:t>
      </w:r>
    </w:p>
    <w:p>
      <w:pPr>
        <w:jc w:val="both"/>
      </w:pPr>
      <w:r>
        <w:t>s</w:t>
      </w:r>
    </w:p>
    <w:p>
      <w:pPr>
        <w:jc w:val="both"/>
      </w:pPr>
      <w:r>
        <w:t>ử</w:t>
      </w:r>
    </w:p>
    <w:p>
      <w:pPr>
        <w:jc w:val="both"/>
      </w:pPr>
      <w:r>
        <w:t>d</w:t>
      </w:r>
    </w:p>
    <w:p>
      <w:pPr>
        <w:jc w:val="both"/>
      </w:pPr>
      <w:r>
        <w:t>ụ</w:t>
      </w:r>
    </w:p>
    <w:p>
      <w:pPr>
        <w:jc w:val="both"/>
      </w:pPr>
      <w:r>
        <w:t>ng t</w:t>
      </w:r>
    </w:p>
    <w:p>
      <w:pPr>
        <w:jc w:val="both"/>
      </w:pPr>
      <w:r>
        <w:t>ạ</w:t>
      </w:r>
    </w:p>
    <w:p>
      <w:pPr>
        <w:jc w:val="both"/>
      </w:pPr>
      <w:r>
        <w:t>i Ngh</w:t>
      </w:r>
    </w:p>
    <w:p>
      <w:pPr>
        <w:jc w:val="both"/>
      </w:pPr>
      <w:r>
        <w:t>ị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122/2016/N</w:t>
      </w:r>
    </w:p>
    <w:p>
      <w:pPr>
        <w:jc w:val="both"/>
      </w:pPr>
      <w:r>
        <w:t>Đ</w:t>
      </w:r>
    </w:p>
    <w:p>
      <w:pPr>
        <w:jc w:val="both"/>
      </w:pPr>
      <w:r>
        <w:t>-CP ngày 01 tháng 9 n</w:t>
      </w:r>
    </w:p>
    <w:p>
      <w:pPr>
        <w:jc w:val="both"/>
      </w:pPr>
      <w:r>
        <w:t>ă</w:t>
      </w:r>
    </w:p>
    <w:p>
      <w:pPr>
        <w:jc w:val="both"/>
      </w:pPr>
      <w:r>
        <w:t>m 2016 c</w:t>
      </w:r>
    </w:p>
    <w:p>
      <w:pPr>
        <w:jc w:val="both"/>
      </w:pPr>
      <w:r>
        <w:t>ủ</w:t>
      </w:r>
    </w:p>
    <w:p>
      <w:pPr>
        <w:jc w:val="both"/>
      </w:pPr>
      <w:r>
        <w:t>a Chính ph</w:t>
      </w:r>
    </w:p>
    <w:p>
      <w:pPr>
        <w:jc w:val="both"/>
      </w:pPr>
      <w:r>
        <w:t>ủ</w:t>
      </w:r>
    </w:p>
    <w:p>
      <w:pPr>
        <w:jc w:val="both"/>
      </w:pPr>
      <w:r>
        <w:t>52</w:t>
      </w:r>
    </w:p>
    <w:p>
      <w:pPr>
        <w:jc w:val="both"/>
      </w:pPr>
      <w:r>
        <w:t>CÔNG BÁO/S</w:t>
      </w:r>
    </w:p>
    <w:p>
      <w:pPr>
        <w:jc w:val="both"/>
      </w:pPr>
      <w:r>
        <w:t>ố</w:t>
      </w:r>
    </w:p>
    <w:p>
      <w:pPr>
        <w:jc w:val="both"/>
      </w:pPr>
      <w:r>
        <w:t>443 + 444/Ngày 17-3-2018</w:t>
      </w:r>
    </w:p>
    <w:p>
      <w:pPr>
        <w:jc w:val="both"/>
      </w:pPr>
      <w:r>
        <w:t>và Ngh</w:t>
      </w:r>
    </w:p>
    <w:p>
      <w:pPr>
        <w:jc w:val="both"/>
      </w:pPr>
      <w:r>
        <w:t>ị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125/2017/N</w:t>
      </w:r>
    </w:p>
    <w:p>
      <w:pPr>
        <w:jc w:val="both"/>
      </w:pPr>
      <w:r>
        <w:t>Đ</w:t>
      </w:r>
    </w:p>
    <w:p>
      <w:pPr>
        <w:jc w:val="both"/>
      </w:pPr>
      <w:r>
        <w:t>-CP ngày 16 tháng 11 n</w:t>
      </w:r>
    </w:p>
    <w:p>
      <w:pPr>
        <w:jc w:val="both"/>
      </w:pPr>
      <w:r>
        <w:t>ă</w:t>
      </w:r>
    </w:p>
    <w:p>
      <w:pPr>
        <w:jc w:val="both"/>
      </w:pPr>
      <w:r>
        <w:t>m 2017 c</w:t>
      </w:r>
    </w:p>
    <w:p>
      <w:pPr>
        <w:jc w:val="both"/>
      </w:pPr>
      <w:r>
        <w:t>ủ</w:t>
      </w:r>
    </w:p>
    <w:p>
      <w:pPr>
        <w:jc w:val="both"/>
      </w:pPr>
      <w:r>
        <w:t>a Chính ph</w:t>
      </w:r>
    </w:p>
    <w:p>
      <w:pPr>
        <w:jc w:val="both"/>
      </w:pPr>
      <w:r>
        <w:t>ủ</w:t>
      </w:r>
    </w:p>
    <w:p>
      <w:pPr>
        <w:jc w:val="both"/>
      </w:pPr>
      <w:r>
        <w:t>s</w:t>
      </w:r>
    </w:p>
    <w:p>
      <w:pPr>
        <w:jc w:val="both"/>
      </w:pPr>
      <w:r>
        <w:t>ử</w:t>
      </w:r>
    </w:p>
    <w:p>
      <w:pPr>
        <w:jc w:val="both"/>
      </w:pPr>
      <w:r>
        <w:t>a</w:t>
      </w:r>
    </w:p>
    <w:p>
      <w:pPr>
        <w:jc w:val="both"/>
      </w:pPr>
      <w:r>
        <w:t>đổ</w:t>
      </w:r>
    </w:p>
    <w:p>
      <w:pPr>
        <w:jc w:val="both"/>
      </w:pPr>
      <w:r>
        <w:t>i, b</w:t>
      </w:r>
    </w:p>
    <w:p>
      <w:pPr>
        <w:jc w:val="both"/>
      </w:pPr>
      <w:r>
        <w:t>ổ</w:t>
      </w:r>
    </w:p>
    <w:p>
      <w:pPr>
        <w:jc w:val="both"/>
      </w:pPr>
      <w:r>
        <w:t>sung m</w:t>
      </w:r>
    </w:p>
    <w:p>
      <w:pPr>
        <w:jc w:val="both"/>
      </w:pPr>
      <w:r>
        <w:t>ộ</w:t>
      </w:r>
    </w:p>
    <w:p>
      <w:pPr>
        <w:jc w:val="both"/>
      </w:pPr>
      <w:r>
        <w:t>t s</w:t>
      </w:r>
    </w:p>
    <w:p>
      <w:pPr>
        <w:jc w:val="both"/>
      </w:pPr>
      <w:r>
        <w:t>ố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c</w:t>
      </w:r>
    </w:p>
    <w:p>
      <w:pPr>
        <w:jc w:val="both"/>
      </w:pPr>
      <w:r>
        <w:t>ủ</w:t>
      </w:r>
    </w:p>
    <w:p>
      <w:pPr>
        <w:jc w:val="both"/>
      </w:pPr>
      <w:r>
        <w:t>a Ngh</w:t>
      </w:r>
    </w:p>
    <w:p>
      <w:pPr>
        <w:jc w:val="both"/>
      </w:pPr>
      <w:r>
        <w:t>ị</w:t>
      </w:r>
    </w:p>
    <w:p>
      <w:pPr>
        <w:jc w:val="both"/>
      </w:pPr>
      <w:r>
        <w:t>đị</w:t>
      </w:r>
    </w:p>
    <w:p>
      <w:pPr>
        <w:jc w:val="both"/>
      </w:pPr>
      <w:r>
        <w:t>nh s</w:t>
      </w:r>
    </w:p>
    <w:p>
      <w:pPr>
        <w:jc w:val="both"/>
      </w:pPr>
      <w:r>
        <w:t>ố</w:t>
      </w:r>
    </w:p>
    <w:p>
      <w:pPr>
        <w:jc w:val="both"/>
      </w:pPr>
      <w:r>
        <w:t>122/2016/N</w:t>
      </w:r>
    </w:p>
    <w:p>
      <w:pPr>
        <w:jc w:val="both"/>
      </w:pPr>
      <w:r>
        <w:t>Đ</w:t>
      </w:r>
    </w:p>
    <w:p>
      <w:pPr>
        <w:jc w:val="both"/>
      </w:pPr>
      <w:r>
        <w:t>-CP ngày 01 tháng 9 n</w:t>
      </w:r>
    </w:p>
    <w:p>
      <w:pPr>
        <w:jc w:val="both"/>
      </w:pPr>
      <w:r>
        <w:t>ă</w:t>
      </w:r>
    </w:p>
    <w:p>
      <w:pPr>
        <w:jc w:val="both"/>
      </w:pPr>
      <w:r>
        <w:t>m 2016</w:t>
      </w:r>
    </w:p>
    <w:p>
      <w:pPr>
        <w:jc w:val="both"/>
      </w:pPr>
      <w:r>
        <w:t>c</w:t>
      </w:r>
    </w:p>
    <w:p>
      <w:pPr>
        <w:jc w:val="both"/>
      </w:pPr>
      <w:r>
        <w:t>ủ</w:t>
      </w:r>
    </w:p>
    <w:p>
      <w:pPr>
        <w:jc w:val="both"/>
      </w:pPr>
      <w:r>
        <w:t>a Chính ph</w:t>
      </w:r>
    </w:p>
    <w:p>
      <w:pPr>
        <w:jc w:val="both"/>
      </w:pPr>
      <w:r>
        <w:t>ủ</w:t>
      </w:r>
    </w:p>
    <w:p>
      <w:pPr>
        <w:jc w:val="both"/>
      </w:pPr>
      <w:r>
        <w:t>;</w:t>
      </w:r>
    </w:p>
    <w:p>
      <w:pPr>
        <w:jc w:val="both"/>
      </w:pPr>
      <w:r>
        <w:t>b) Th</w:t>
      </w:r>
    </w:p>
    <w:p>
      <w:pPr>
        <w:jc w:val="both"/>
      </w:pPr>
      <w:r>
        <w:t>ờ</w:t>
      </w:r>
    </w:p>
    <w:p>
      <w:pPr>
        <w:jc w:val="both"/>
      </w:pPr>
      <w:r>
        <w:t>i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ể</w:t>
      </w:r>
    </w:p>
    <w:p>
      <w:pPr>
        <w:jc w:val="both"/>
      </w:pPr>
      <w:r>
        <w:t>m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 xe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1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</w:t>
      </w:r>
    </w:p>
    <w:p>
      <w:pPr>
        <w:jc w:val="both"/>
      </w:pPr>
      <w:r>
        <w:t>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 là th</w:t>
      </w:r>
    </w:p>
    <w:p>
      <w:pPr>
        <w:jc w:val="both"/>
      </w:pPr>
      <w:r>
        <w:t>ờ</w:t>
      </w:r>
    </w:p>
    <w:p>
      <w:pPr>
        <w:jc w:val="both"/>
      </w:pPr>
      <w:r>
        <w:t>i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ể</w:t>
      </w:r>
    </w:p>
    <w:p>
      <w:pPr>
        <w:jc w:val="both"/>
      </w:pPr>
      <w:r>
        <w:t>m thay</w:t>
      </w:r>
    </w:p>
    <w:p>
      <w:pPr>
        <w:jc w:val="both"/>
      </w:pPr>
      <w:r>
        <w:t>đổ</w:t>
      </w:r>
    </w:p>
    <w:p>
      <w:pPr>
        <w:jc w:val="both"/>
      </w:pPr>
      <w:r>
        <w:t>i m</w:t>
      </w:r>
    </w:p>
    <w:p>
      <w:pPr>
        <w:jc w:val="both"/>
      </w:pPr>
      <w:r>
        <w:t>ụ</w:t>
      </w:r>
    </w:p>
    <w:p>
      <w:pPr>
        <w:jc w:val="both"/>
      </w:pPr>
      <w:r>
        <w:t>c</w:t>
      </w:r>
    </w:p>
    <w:p>
      <w:pPr>
        <w:jc w:val="both"/>
      </w:pPr>
      <w:r>
        <w:t>đ</w:t>
      </w:r>
    </w:p>
    <w:p>
      <w:pPr>
        <w:jc w:val="both"/>
      </w:pPr>
      <w:r>
        <w:t>ích s</w:t>
      </w:r>
    </w:p>
    <w:p>
      <w:pPr>
        <w:jc w:val="both"/>
      </w:pPr>
      <w:r>
        <w:t>ử</w:t>
      </w:r>
    </w:p>
    <w:p>
      <w:pPr>
        <w:jc w:val="both"/>
      </w:pPr>
      <w:r>
        <w:t>d</w:t>
      </w:r>
    </w:p>
    <w:p>
      <w:pPr>
        <w:jc w:val="both"/>
      </w:pPr>
      <w:r>
        <w:t>ụ</w:t>
      </w:r>
    </w:p>
    <w:p>
      <w:pPr>
        <w:jc w:val="both"/>
      </w:pPr>
      <w:r>
        <w:t>ng xe</w:t>
      </w:r>
    </w:p>
    <w:p>
      <w:pPr>
        <w:jc w:val="both"/>
      </w:pPr>
      <w:r>
        <w:t>đượ</w:t>
      </w:r>
    </w:p>
    <w:p>
      <w:pPr>
        <w:jc w:val="both"/>
      </w:pPr>
      <w:r>
        <w:t>c th</w:t>
      </w:r>
    </w:p>
    <w:p>
      <w:pPr>
        <w:jc w:val="both"/>
      </w:pPr>
      <w:r>
        <w:t>ể</w:t>
      </w:r>
    </w:p>
    <w:p>
      <w:pPr>
        <w:jc w:val="both"/>
      </w:pPr>
      <w:r>
        <w:t>hi</w:t>
      </w:r>
    </w:p>
    <w:p>
      <w:pPr>
        <w:jc w:val="both"/>
      </w:pPr>
      <w:r>
        <w:t>ệ</w:t>
      </w:r>
    </w:p>
    <w:p>
      <w:pPr>
        <w:jc w:val="both"/>
      </w:pPr>
      <w:r>
        <w:t>n trên các</w:t>
      </w:r>
    </w:p>
    <w:p>
      <w:pPr>
        <w:jc w:val="both"/>
      </w:pPr>
      <w:r>
        <w:t>gi</w:t>
      </w:r>
    </w:p>
    <w:p>
      <w:pPr>
        <w:jc w:val="both"/>
      </w:pPr>
      <w:r>
        <w:t>ấ</w:t>
      </w:r>
    </w:p>
    <w:p>
      <w:pPr>
        <w:jc w:val="both"/>
      </w:pPr>
      <w:r>
        <w:t>y t</w:t>
      </w:r>
    </w:p>
    <w:p>
      <w:pPr>
        <w:jc w:val="both"/>
      </w:pPr>
      <w:r>
        <w:t>ờ</w:t>
      </w:r>
    </w:p>
    <w:p>
      <w:pPr>
        <w:jc w:val="both"/>
      </w:pPr>
      <w:r>
        <w:t>giao d</w:t>
      </w:r>
    </w:p>
    <w:p>
      <w:pPr>
        <w:jc w:val="both"/>
      </w:pPr>
      <w:r>
        <w:t>ị</w:t>
      </w:r>
    </w:p>
    <w:p>
      <w:pPr>
        <w:jc w:val="both"/>
      </w:pPr>
      <w:r>
        <w:t>ch gi</w:t>
      </w:r>
    </w:p>
    <w:p>
      <w:pPr>
        <w:jc w:val="both"/>
      </w:pPr>
      <w:r>
        <w:t>ữ</w:t>
      </w:r>
    </w:p>
    <w:p>
      <w:pPr>
        <w:jc w:val="both"/>
      </w:pPr>
      <w:r>
        <w:t>a ng</w:t>
      </w:r>
    </w:p>
    <w:p>
      <w:pPr>
        <w:jc w:val="both"/>
      </w:pPr>
      <w:r>
        <w:t>ườ</w:t>
      </w:r>
    </w:p>
    <w:p>
      <w:pPr>
        <w:jc w:val="both"/>
      </w:pPr>
      <w:r>
        <w:t>i mua xe và ch</w:t>
      </w:r>
    </w:p>
    <w:p>
      <w:pPr>
        <w:jc w:val="both"/>
      </w:pPr>
      <w:r>
        <w:t>ủ</w:t>
      </w:r>
    </w:p>
    <w:p>
      <w:pPr>
        <w:jc w:val="both"/>
      </w:pPr>
      <w:r>
        <w:t>xe;</w:t>
      </w:r>
    </w:p>
    <w:p>
      <w:pPr>
        <w:jc w:val="both"/>
      </w:pPr>
      <w:r>
        <w:t>c) Th</w:t>
      </w:r>
    </w:p>
    <w:p>
      <w:pPr>
        <w:jc w:val="both"/>
      </w:pPr>
      <w:r>
        <w:t>ờ</w:t>
      </w:r>
    </w:p>
    <w:p>
      <w:pPr>
        <w:jc w:val="both"/>
      </w:pPr>
      <w:r>
        <w:t>i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ể</w:t>
      </w:r>
    </w:p>
    <w:p>
      <w:pPr>
        <w:jc w:val="both"/>
      </w:pPr>
      <w:r>
        <w:t>m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 xe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 nêu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2 và 3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</w:t>
      </w:r>
    </w:p>
    <w:p>
      <w:pPr>
        <w:jc w:val="both"/>
      </w:pPr>
      <w:r>
        <w:t>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 là th</w:t>
      </w:r>
    </w:p>
    <w:p>
      <w:pPr>
        <w:jc w:val="both"/>
      </w:pPr>
      <w:r>
        <w:t>ờ</w:t>
      </w:r>
    </w:p>
    <w:p>
      <w:pPr>
        <w:jc w:val="both"/>
      </w:pPr>
      <w:r>
        <w:t>i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ể</w:t>
      </w:r>
    </w:p>
    <w:p>
      <w:pPr>
        <w:jc w:val="both"/>
      </w:pPr>
      <w:r>
        <w:t>m thay</w:t>
      </w:r>
    </w:p>
    <w:p>
      <w:pPr>
        <w:jc w:val="both"/>
      </w:pPr>
      <w:r>
        <w:t>đổ</w:t>
      </w:r>
    </w:p>
    <w:p>
      <w:pPr>
        <w:jc w:val="both"/>
      </w:pPr>
      <w:r>
        <w:t>i m</w:t>
      </w:r>
    </w:p>
    <w:p>
      <w:pPr>
        <w:jc w:val="both"/>
      </w:pPr>
      <w:r>
        <w:t>ụ</w:t>
      </w:r>
    </w:p>
    <w:p>
      <w:pPr>
        <w:jc w:val="both"/>
      </w:pPr>
      <w:r>
        <w:t>c</w:t>
      </w:r>
    </w:p>
    <w:p>
      <w:pPr>
        <w:jc w:val="both"/>
      </w:pPr>
      <w:r>
        <w:t>đ</w:t>
      </w:r>
    </w:p>
    <w:p>
      <w:pPr>
        <w:jc w:val="both"/>
      </w:pPr>
      <w:r>
        <w:t>ích s</w:t>
      </w:r>
    </w:p>
    <w:p>
      <w:pPr>
        <w:jc w:val="both"/>
      </w:pPr>
      <w:r>
        <w:t>ử</w:t>
      </w:r>
    </w:p>
    <w:p>
      <w:pPr>
        <w:jc w:val="both"/>
      </w:pPr>
      <w:r>
        <w:t>d</w:t>
      </w:r>
    </w:p>
    <w:p>
      <w:pPr>
        <w:jc w:val="both"/>
      </w:pPr>
      <w:r>
        <w:t>ụ</w:t>
      </w:r>
    </w:p>
    <w:p>
      <w:pPr>
        <w:jc w:val="both"/>
      </w:pPr>
      <w:r>
        <w:t>ng xe</w:t>
      </w:r>
    </w:p>
    <w:p>
      <w:pPr>
        <w:jc w:val="both"/>
      </w:pPr>
      <w:r>
        <w:t>đượ</w:t>
      </w:r>
    </w:p>
    <w:p>
      <w:pPr>
        <w:jc w:val="both"/>
      </w:pPr>
      <w:r>
        <w:t>c th</w:t>
      </w:r>
    </w:p>
    <w:p>
      <w:pPr>
        <w:jc w:val="both"/>
      </w:pPr>
      <w:r>
        <w:t>ể</w:t>
      </w:r>
    </w:p>
    <w:p>
      <w:pPr>
        <w:jc w:val="both"/>
      </w:pPr>
      <w:r>
        <w:t>hi</w:t>
      </w:r>
    </w:p>
    <w:p>
      <w:pPr>
        <w:jc w:val="both"/>
      </w:pPr>
      <w:r>
        <w:t>ệ</w:t>
      </w:r>
    </w:p>
    <w:p>
      <w:pPr>
        <w:jc w:val="both"/>
      </w:pPr>
      <w:r>
        <w:t>n trên các</w:t>
      </w:r>
    </w:p>
    <w:p>
      <w:pPr>
        <w:jc w:val="both"/>
      </w:pPr>
      <w:r>
        <w:t>gi</w:t>
      </w:r>
    </w:p>
    <w:p>
      <w:pPr>
        <w:jc w:val="both"/>
      </w:pPr>
      <w:r>
        <w:t>ấ</w:t>
      </w:r>
    </w:p>
    <w:p>
      <w:pPr>
        <w:jc w:val="both"/>
      </w:pPr>
      <w:r>
        <w:t>y t</w:t>
      </w:r>
    </w:p>
    <w:p>
      <w:pPr>
        <w:jc w:val="both"/>
      </w:pPr>
      <w:r>
        <w:t>ờ</w:t>
      </w:r>
    </w:p>
    <w:p>
      <w:pPr>
        <w:jc w:val="both"/>
      </w:pPr>
      <w:r>
        <w:t>giao d</w:t>
      </w:r>
    </w:p>
    <w:p>
      <w:pPr>
        <w:jc w:val="both"/>
      </w:pPr>
      <w:r>
        <w:t>ị</w:t>
      </w:r>
    </w:p>
    <w:p>
      <w:pPr>
        <w:jc w:val="both"/>
      </w:pPr>
      <w:r>
        <w:t>ch gi</w:t>
      </w:r>
    </w:p>
    <w:p>
      <w:pPr>
        <w:jc w:val="both"/>
      </w:pPr>
      <w:r>
        <w:t>ữ</w:t>
      </w:r>
    </w:p>
    <w:p>
      <w:pPr>
        <w:jc w:val="both"/>
      </w:pPr>
      <w:r>
        <w:t>a ng</w:t>
      </w:r>
    </w:p>
    <w:p>
      <w:pPr>
        <w:jc w:val="both"/>
      </w:pPr>
      <w:r>
        <w:t>ườ</w:t>
      </w:r>
    </w:p>
    <w:p>
      <w:pPr>
        <w:jc w:val="both"/>
      </w:pPr>
      <w:r>
        <w:t>i mua xe và ch</w:t>
      </w:r>
    </w:p>
    <w:p>
      <w:pPr>
        <w:jc w:val="both"/>
      </w:pPr>
      <w:r>
        <w:t>ủ</w:t>
      </w:r>
    </w:p>
    <w:p>
      <w:pPr>
        <w:jc w:val="both"/>
      </w:pPr>
      <w:r>
        <w:t>xe phù h</w:t>
      </w:r>
    </w:p>
    <w:p>
      <w:pPr>
        <w:jc w:val="both"/>
      </w:pPr>
      <w:r>
        <w:t>ợ</w:t>
      </w:r>
    </w:p>
    <w:p>
      <w:pPr>
        <w:jc w:val="both"/>
      </w:pPr>
      <w:r>
        <w:t>p v</w:t>
      </w:r>
    </w:p>
    <w:p>
      <w:pPr>
        <w:jc w:val="both"/>
      </w:pPr>
      <w:r>
        <w:t>ớ</w:t>
      </w:r>
    </w:p>
    <w:p>
      <w:pPr>
        <w:jc w:val="both"/>
      </w:pPr>
      <w:r>
        <w:t>i th</w:t>
      </w:r>
    </w:p>
    <w:p>
      <w:pPr>
        <w:jc w:val="both"/>
      </w:pPr>
      <w:r>
        <w:t>ờ</w:t>
      </w:r>
    </w:p>
    <w:p>
      <w:pPr>
        <w:jc w:val="both"/>
      </w:pPr>
      <w:r>
        <w:t>i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ể</w:t>
      </w:r>
    </w:p>
    <w:p>
      <w:pPr>
        <w:jc w:val="both"/>
      </w:pPr>
      <w:r>
        <w:t>m ch</w:t>
      </w:r>
    </w:p>
    <w:p>
      <w:pPr>
        <w:jc w:val="both"/>
      </w:pPr>
      <w:r>
        <w:t>ủ</w:t>
      </w:r>
    </w:p>
    <w:p>
      <w:pPr>
        <w:jc w:val="both"/>
      </w:pPr>
      <w:r>
        <w:t>xe k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thúc nhi</w:t>
      </w:r>
    </w:p>
    <w:p>
      <w:pPr>
        <w:jc w:val="both"/>
      </w:pPr>
      <w:r>
        <w:t>ệ</w:t>
      </w:r>
    </w:p>
    <w:p>
      <w:pPr>
        <w:jc w:val="both"/>
      </w:pPr>
      <w:r>
        <w:t>m k</w:t>
      </w:r>
    </w:p>
    <w:p>
      <w:pPr>
        <w:jc w:val="both"/>
      </w:pPr>
      <w:r>
        <w:t>ỳ</w:t>
      </w:r>
    </w:p>
    <w:p>
      <w:pPr>
        <w:jc w:val="both"/>
      </w:pPr>
      <w:r>
        <w:t>công tác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Nam;</w:t>
      </w:r>
    </w:p>
    <w:p>
      <w:pPr>
        <w:jc w:val="both"/>
      </w:pPr>
      <w:r>
        <w:t>d) Ng</w:t>
      </w:r>
    </w:p>
    <w:p>
      <w:pPr>
        <w:jc w:val="both"/>
      </w:pPr>
      <w:r>
        <w:t>ườ</w:t>
      </w:r>
    </w:p>
    <w:p>
      <w:pPr>
        <w:jc w:val="both"/>
      </w:pPr>
      <w:r>
        <w:t>i mua xe c</w:t>
      </w:r>
    </w:p>
    <w:p>
      <w:pPr>
        <w:jc w:val="both"/>
      </w:pPr>
      <w:r>
        <w:t>ủ</w:t>
      </w:r>
    </w:p>
    <w:p>
      <w:pPr>
        <w:jc w:val="both"/>
      </w:pPr>
      <w:r>
        <w:t>a các</w:t>
      </w:r>
    </w:p>
    <w:p>
      <w:pPr>
        <w:jc w:val="both"/>
      </w:pPr>
      <w:r>
        <w:t>đố</w:t>
      </w:r>
    </w:p>
    <w:p>
      <w:pPr>
        <w:jc w:val="both"/>
      </w:pPr>
      <w:r>
        <w:t>i t</w:t>
      </w:r>
    </w:p>
    <w:p>
      <w:pPr>
        <w:jc w:val="both"/>
      </w:pPr>
      <w:r>
        <w:t>ượ</w:t>
      </w:r>
    </w:p>
    <w:p>
      <w:pPr>
        <w:jc w:val="both"/>
      </w:pPr>
      <w:r>
        <w:t>ng quy</w:t>
      </w:r>
    </w:p>
    <w:p>
      <w:pPr>
        <w:jc w:val="both"/>
      </w:pPr>
      <w:r>
        <w:t>đị</w:t>
      </w:r>
    </w:p>
    <w:p>
      <w:pPr>
        <w:jc w:val="both"/>
      </w:pPr>
      <w:r>
        <w:t>nh t</w:t>
      </w:r>
    </w:p>
    <w:p>
      <w:pPr>
        <w:jc w:val="both"/>
      </w:pPr>
      <w:r>
        <w:t>ạ</w:t>
      </w:r>
    </w:p>
    <w:p>
      <w:pPr>
        <w:jc w:val="both"/>
      </w:pPr>
      <w:r>
        <w:t>i kho</w:t>
      </w:r>
    </w:p>
    <w:p>
      <w:pPr>
        <w:jc w:val="both"/>
      </w:pPr>
      <w:r>
        <w:t>ả</w:t>
      </w:r>
    </w:p>
    <w:p>
      <w:pPr>
        <w:jc w:val="both"/>
      </w:pPr>
      <w:r>
        <w:t>n 1, 2 và 3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 có trách nhi</w:t>
      </w:r>
    </w:p>
    <w:p>
      <w:pPr>
        <w:jc w:val="both"/>
      </w:pPr>
      <w:r>
        <w:t>ệ</w:t>
      </w:r>
    </w:p>
    <w:p>
      <w:pPr>
        <w:jc w:val="both"/>
      </w:pPr>
      <w:r>
        <w:t>m kê khai, n</w:t>
      </w:r>
    </w:p>
    <w:p>
      <w:pPr>
        <w:jc w:val="both"/>
      </w:pPr>
      <w:r>
        <w:t>ộ</w:t>
      </w:r>
    </w:p>
    <w:p>
      <w:pPr>
        <w:jc w:val="both"/>
      </w:pPr>
      <w:r>
        <w:t>p các lo</w:t>
      </w:r>
    </w:p>
    <w:p>
      <w:pPr>
        <w:jc w:val="both"/>
      </w:pPr>
      <w:r>
        <w:t>ạ</w:t>
      </w:r>
    </w:p>
    <w:p>
      <w:pPr>
        <w:jc w:val="both"/>
      </w:pPr>
      <w:r>
        <w:t>i thu</w:t>
      </w:r>
    </w:p>
    <w:p>
      <w:pPr>
        <w:jc w:val="both"/>
      </w:pPr>
      <w:r>
        <w:t>ế</w:t>
      </w:r>
    </w:p>
    <w:p>
      <w:pPr>
        <w:jc w:val="both"/>
      </w:pPr>
      <w:r>
        <w:t>, l</w:t>
      </w:r>
    </w:p>
    <w:p>
      <w:pPr>
        <w:jc w:val="both"/>
      </w:pPr>
      <w:r>
        <w:t>ệ</w:t>
      </w:r>
    </w:p>
    <w:p>
      <w:pPr>
        <w:jc w:val="both"/>
      </w:pPr>
      <w:r>
        <w:t>phí theo quy</w:t>
      </w:r>
    </w:p>
    <w:p>
      <w:pPr>
        <w:jc w:val="both"/>
      </w:pPr>
      <w:r>
        <w:t>đị</w:t>
      </w:r>
    </w:p>
    <w:p>
      <w:pPr>
        <w:jc w:val="both"/>
      </w:pPr>
      <w:r>
        <w:t>nh;</w:t>
      </w:r>
    </w:p>
    <w:p>
      <w:pPr>
        <w:jc w:val="both"/>
      </w:pPr>
      <w:r>
        <w:t>đ</w:t>
      </w:r>
    </w:p>
    <w:p>
      <w:pPr>
        <w:jc w:val="both"/>
      </w:pPr>
      <w:r>
        <w:t>)</w:t>
      </w:r>
    </w:p>
    <w:p>
      <w:pPr>
        <w:jc w:val="both"/>
      </w:pPr>
      <w:r>
        <w:t>Đố</w:t>
      </w:r>
    </w:p>
    <w:p>
      <w:pPr>
        <w:jc w:val="both"/>
      </w:pPr>
      <w:r>
        <w:t>i v</w:t>
      </w:r>
    </w:p>
    <w:p>
      <w:pPr>
        <w:jc w:val="both"/>
      </w:pPr>
      <w:r>
        <w:t>ớ</w:t>
      </w:r>
    </w:p>
    <w:p>
      <w:pPr>
        <w:jc w:val="both"/>
      </w:pPr>
      <w:r>
        <w:t>i xe g</w:t>
      </w:r>
    </w:p>
    <w:p>
      <w:pPr>
        <w:jc w:val="both"/>
      </w:pPr>
      <w:r>
        <w:t>ắ</w:t>
      </w:r>
    </w:p>
    <w:p>
      <w:pPr>
        <w:jc w:val="both"/>
      </w:pPr>
      <w:r>
        <w:t>n máy: Không</w:t>
      </w:r>
    </w:p>
    <w:p>
      <w:pPr>
        <w:jc w:val="both"/>
      </w:pPr>
      <w:r>
        <w:t>đượ</w:t>
      </w:r>
    </w:p>
    <w:p>
      <w:pPr>
        <w:jc w:val="both"/>
      </w:pPr>
      <w:r>
        <w:t>c chuy</w:t>
      </w:r>
    </w:p>
    <w:p>
      <w:pPr>
        <w:jc w:val="both"/>
      </w:pPr>
      <w:r>
        <w:t>ể</w:t>
      </w:r>
    </w:p>
    <w:p>
      <w:pPr>
        <w:jc w:val="both"/>
      </w:pPr>
      <w:r>
        <w:t>n nh</w:t>
      </w:r>
    </w:p>
    <w:p>
      <w:pPr>
        <w:jc w:val="both"/>
      </w:pPr>
      <w:r>
        <w:t>ượ</w:t>
      </w:r>
    </w:p>
    <w:p>
      <w:pPr>
        <w:jc w:val="both"/>
      </w:pPr>
      <w:r>
        <w:t>ng t</w:t>
      </w:r>
    </w:p>
    <w:p>
      <w:pPr>
        <w:jc w:val="both"/>
      </w:pPr>
      <w:r>
        <w:t>ạ</w:t>
      </w:r>
    </w:p>
    <w:p>
      <w:pPr>
        <w:jc w:val="both"/>
      </w:pPr>
      <w:r>
        <w:t>i Vi</w:t>
      </w:r>
    </w:p>
    <w:p>
      <w:pPr>
        <w:jc w:val="both"/>
      </w:pPr>
      <w:r>
        <w:t>ệ</w:t>
      </w:r>
    </w:p>
    <w:p>
      <w:pPr>
        <w:jc w:val="both"/>
      </w:pPr>
      <w:r>
        <w:t>t Nam.”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2. Hi</w:t>
      </w:r>
    </w:p>
    <w:p>
      <w:pPr>
        <w:jc w:val="both"/>
      </w:pPr>
      <w:r>
        <w:t>ệ</w:t>
      </w:r>
    </w:p>
    <w:p>
      <w:pPr>
        <w:jc w:val="both"/>
      </w:pPr>
      <w:r>
        <w:t>u l</w:t>
      </w:r>
    </w:p>
    <w:p>
      <w:pPr>
        <w:jc w:val="both"/>
      </w:pPr>
      <w:r>
        <w:t>ự</w:t>
      </w:r>
    </w:p>
    <w:p>
      <w:pPr>
        <w:jc w:val="both"/>
      </w:pPr>
      <w:r>
        <w:t>c thi hành</w:t>
      </w:r>
    </w:p>
    <w:p>
      <w:pPr>
        <w:jc w:val="both"/>
      </w:pPr>
      <w:r>
        <w:t>1.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 có hi</w:t>
      </w:r>
    </w:p>
    <w:p>
      <w:pPr>
        <w:jc w:val="both"/>
      </w:pPr>
      <w:r>
        <w:t>ệ</w:t>
      </w:r>
    </w:p>
    <w:p>
      <w:pPr>
        <w:jc w:val="both"/>
      </w:pPr>
      <w:r>
        <w:t>u l</w:t>
      </w:r>
    </w:p>
    <w:p>
      <w:pPr>
        <w:jc w:val="both"/>
      </w:pPr>
      <w:r>
        <w:t>ự</w:t>
      </w:r>
    </w:p>
    <w:p>
      <w:pPr>
        <w:jc w:val="both"/>
      </w:pPr>
      <w:r>
        <w:t>c thi hành t</w:t>
      </w:r>
    </w:p>
    <w:p>
      <w:pPr>
        <w:jc w:val="both"/>
      </w:pPr>
      <w:r>
        <w:t>ừ</w:t>
      </w:r>
    </w:p>
    <w:p>
      <w:pPr>
        <w:jc w:val="both"/>
      </w:pPr>
      <w:r>
        <w:t>ngày 20 tháng 4 n</w:t>
      </w:r>
    </w:p>
    <w:p>
      <w:pPr>
        <w:jc w:val="both"/>
      </w:pPr>
      <w:r>
        <w:t>ă</w:t>
      </w:r>
    </w:p>
    <w:p>
      <w:pPr>
        <w:jc w:val="both"/>
      </w:pPr>
      <w:r>
        <w:t>m 2018.</w:t>
      </w:r>
    </w:p>
    <w:p>
      <w:pPr>
        <w:jc w:val="both"/>
      </w:pPr>
      <w:r>
        <w:t>2. Trong quá trình th</w:t>
      </w:r>
    </w:p>
    <w:p>
      <w:pPr>
        <w:jc w:val="both"/>
      </w:pPr>
      <w:r>
        <w:t>ự</w:t>
      </w:r>
    </w:p>
    <w:p>
      <w:pPr>
        <w:jc w:val="both"/>
      </w:pPr>
      <w:r>
        <w:t>c hi</w:t>
      </w:r>
    </w:p>
    <w:p>
      <w:pPr>
        <w:jc w:val="both"/>
      </w:pPr>
      <w:r>
        <w:t>ệ</w:t>
      </w:r>
    </w:p>
    <w:p>
      <w:pPr>
        <w:jc w:val="both"/>
      </w:pPr>
      <w:r>
        <w:t>n, n</w:t>
      </w:r>
    </w:p>
    <w:p>
      <w:pPr>
        <w:jc w:val="both"/>
      </w:pPr>
      <w:r>
        <w:t>ế</w:t>
      </w:r>
    </w:p>
    <w:p>
      <w:pPr>
        <w:jc w:val="both"/>
      </w:pPr>
      <w:r>
        <w:t>u các v</w:t>
      </w:r>
    </w:p>
    <w:p>
      <w:pPr>
        <w:jc w:val="both"/>
      </w:pPr>
      <w:r>
        <w:t>ă</w:t>
      </w:r>
    </w:p>
    <w:p>
      <w:pPr>
        <w:jc w:val="both"/>
      </w:pPr>
      <w:r>
        <w:t>n b</w:t>
      </w:r>
    </w:p>
    <w:p>
      <w:pPr>
        <w:jc w:val="both"/>
      </w:pPr>
      <w:r>
        <w:t>ả</w:t>
      </w:r>
    </w:p>
    <w:p>
      <w:pPr>
        <w:jc w:val="both"/>
      </w:pPr>
      <w:r>
        <w:t>n liên quan</w:t>
      </w:r>
    </w:p>
    <w:p>
      <w:pPr>
        <w:jc w:val="both"/>
      </w:pPr>
      <w:r>
        <w:t>đề</w:t>
      </w:r>
    </w:p>
    <w:p>
      <w:pPr>
        <w:jc w:val="both"/>
      </w:pPr>
      <w:r>
        <w:t>c</w:t>
      </w:r>
    </w:p>
    <w:p>
      <w:pPr>
        <w:jc w:val="both"/>
      </w:pPr>
      <w:r>
        <w:t>ậ</w:t>
      </w:r>
    </w:p>
    <w:p>
      <w:pPr>
        <w:jc w:val="both"/>
      </w:pPr>
      <w:r>
        <w:t>p t</w:t>
      </w:r>
    </w:p>
    <w:p>
      <w:pPr>
        <w:jc w:val="both"/>
      </w:pPr>
      <w:r>
        <w:t>ạ</w:t>
      </w:r>
    </w:p>
    <w:p>
      <w:pPr>
        <w:jc w:val="both"/>
      </w:pPr>
      <w:r>
        <w:t>i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</w:t>
      </w:r>
    </w:p>
    <w:p>
      <w:pPr>
        <w:jc w:val="both"/>
      </w:pPr>
      <w:r>
        <w:t>này</w:t>
      </w:r>
    </w:p>
    <w:p>
      <w:pPr>
        <w:jc w:val="both"/>
      </w:pPr>
      <w:r>
        <w:t>đượ</w:t>
      </w:r>
    </w:p>
    <w:p>
      <w:pPr>
        <w:jc w:val="both"/>
      </w:pPr>
      <w:r>
        <w:t>c s</w:t>
      </w:r>
    </w:p>
    <w:p>
      <w:pPr>
        <w:jc w:val="both"/>
      </w:pPr>
      <w:r>
        <w:t>ử</w:t>
      </w:r>
    </w:p>
    <w:p>
      <w:pPr>
        <w:jc w:val="both"/>
      </w:pPr>
      <w:r>
        <w:t>a</w:t>
      </w:r>
    </w:p>
    <w:p>
      <w:pPr>
        <w:jc w:val="both"/>
      </w:pPr>
      <w:r>
        <w:t>đổ</w:t>
      </w:r>
    </w:p>
    <w:p>
      <w:pPr>
        <w:jc w:val="both"/>
      </w:pPr>
      <w:r>
        <w:t>i, b</w:t>
      </w:r>
    </w:p>
    <w:p>
      <w:pPr>
        <w:jc w:val="both"/>
      </w:pPr>
      <w:r>
        <w:t>ổ</w:t>
      </w:r>
    </w:p>
    <w:p>
      <w:pPr>
        <w:jc w:val="both"/>
      </w:pPr>
      <w:r>
        <w:t>sung ho</w:t>
      </w:r>
    </w:p>
    <w:p>
      <w:pPr>
        <w:jc w:val="both"/>
      </w:pPr>
      <w:r>
        <w:t>ặ</w:t>
      </w:r>
    </w:p>
    <w:p>
      <w:pPr>
        <w:jc w:val="both"/>
      </w:pPr>
      <w:r>
        <w:t>c thay th</w:t>
      </w:r>
    </w:p>
    <w:p>
      <w:pPr>
        <w:jc w:val="both"/>
      </w:pPr>
      <w:r>
        <w:t>ế</w:t>
      </w:r>
    </w:p>
    <w:p>
      <w:pPr>
        <w:jc w:val="both"/>
      </w:pPr>
      <w:r>
        <w:t>thì th</w:t>
      </w:r>
    </w:p>
    <w:p>
      <w:pPr>
        <w:jc w:val="both"/>
      </w:pPr>
      <w:r>
        <w:t>ự</w:t>
      </w:r>
    </w:p>
    <w:p>
      <w:pPr>
        <w:jc w:val="both"/>
      </w:pPr>
      <w:r>
        <w:t>c hi</w:t>
      </w:r>
    </w:p>
    <w:p>
      <w:pPr>
        <w:jc w:val="both"/>
      </w:pPr>
      <w:r>
        <w:t>ệ</w:t>
      </w:r>
    </w:p>
    <w:p>
      <w:pPr>
        <w:jc w:val="both"/>
      </w:pPr>
      <w:r>
        <w:t>n theo v</w:t>
      </w:r>
    </w:p>
    <w:p>
      <w:pPr>
        <w:jc w:val="both"/>
      </w:pPr>
      <w:r>
        <w:t>ă</w:t>
      </w:r>
    </w:p>
    <w:p>
      <w:pPr>
        <w:jc w:val="both"/>
      </w:pPr>
      <w:r>
        <w:t>n b</w:t>
      </w:r>
    </w:p>
    <w:p>
      <w:pPr>
        <w:jc w:val="both"/>
      </w:pPr>
      <w:r>
        <w:t>ả</w:t>
      </w:r>
    </w:p>
    <w:p>
      <w:pPr>
        <w:jc w:val="both"/>
      </w:pPr>
      <w:r>
        <w:t>n m</w:t>
      </w:r>
    </w:p>
    <w:p>
      <w:pPr>
        <w:jc w:val="both"/>
      </w:pPr>
      <w:r>
        <w:t>ớ</w:t>
      </w:r>
    </w:p>
    <w:p>
      <w:pPr>
        <w:jc w:val="both"/>
      </w:pPr>
      <w:r>
        <w:t>i</w:t>
      </w:r>
    </w:p>
    <w:p>
      <w:pPr>
        <w:jc w:val="both"/>
      </w:pPr>
      <w:r>
        <w:t>đượ</w:t>
      </w:r>
    </w:p>
    <w:p>
      <w:pPr>
        <w:jc w:val="both"/>
      </w:pPr>
      <w:r>
        <w:t>c s</w:t>
      </w:r>
    </w:p>
    <w:p>
      <w:pPr>
        <w:jc w:val="both"/>
      </w:pPr>
      <w:r>
        <w:t>ử</w:t>
      </w:r>
    </w:p>
    <w:p>
      <w:pPr>
        <w:jc w:val="both"/>
      </w:pPr>
      <w:r>
        <w:t>a</w:t>
      </w:r>
    </w:p>
    <w:p>
      <w:pPr>
        <w:jc w:val="both"/>
      </w:pPr>
      <w:r>
        <w:t>đổ</w:t>
      </w:r>
    </w:p>
    <w:p>
      <w:pPr>
        <w:jc w:val="both"/>
      </w:pPr>
      <w:r>
        <w:t>i, b</w:t>
      </w:r>
    </w:p>
    <w:p>
      <w:pPr>
        <w:jc w:val="both"/>
      </w:pPr>
      <w:r>
        <w:t>ổ</w:t>
      </w:r>
    </w:p>
    <w:p>
      <w:pPr>
        <w:jc w:val="both"/>
      </w:pPr>
      <w:r>
        <w:t>sung ho</w:t>
      </w:r>
    </w:p>
    <w:p>
      <w:pPr>
        <w:jc w:val="both"/>
      </w:pPr>
      <w:r>
        <w:t>ặ</w:t>
      </w:r>
    </w:p>
    <w:p>
      <w:pPr>
        <w:jc w:val="both"/>
      </w:pPr>
      <w:r>
        <w:t>c thay th</w:t>
      </w:r>
    </w:p>
    <w:p>
      <w:pPr>
        <w:jc w:val="both"/>
      </w:pPr>
      <w:r>
        <w:t>ế</w:t>
      </w:r>
    </w:p>
    <w:p>
      <w:pPr>
        <w:jc w:val="both"/>
      </w:pPr>
      <w:r>
        <w:t>.</w:t>
      </w:r>
    </w:p>
    <w:p>
      <w:pPr>
        <w:jc w:val="both"/>
      </w:pPr>
      <w:r>
        <w:t>Đ</w:t>
      </w:r>
    </w:p>
    <w:p>
      <w:pPr>
        <w:jc w:val="both"/>
      </w:pPr>
      <w:r>
        <w:t>i</w:t>
      </w:r>
    </w:p>
    <w:p>
      <w:pPr>
        <w:jc w:val="both"/>
      </w:pPr>
      <w:r>
        <w:t>ề</w:t>
      </w:r>
    </w:p>
    <w:p>
      <w:pPr>
        <w:jc w:val="both"/>
      </w:pPr>
      <w:r>
        <w:t>u 3. Trách nhi</w:t>
      </w:r>
    </w:p>
    <w:p>
      <w:pPr>
        <w:jc w:val="both"/>
      </w:pPr>
      <w:r>
        <w:t>ệ</w:t>
      </w:r>
    </w:p>
    <w:p>
      <w:pPr>
        <w:jc w:val="both"/>
      </w:pPr>
      <w:r>
        <w:t>m h</w:t>
      </w:r>
    </w:p>
    <w:p>
      <w:pPr>
        <w:jc w:val="both"/>
      </w:pPr>
      <w:r>
        <w:t>ướ</w:t>
      </w:r>
    </w:p>
    <w:p>
      <w:pPr>
        <w:jc w:val="both"/>
      </w:pPr>
      <w:r>
        <w:t>ng d</w:t>
      </w:r>
    </w:p>
    <w:p>
      <w:pPr>
        <w:jc w:val="both"/>
      </w:pPr>
      <w:r>
        <w:t>ẫ</w:t>
      </w:r>
    </w:p>
    <w:p>
      <w:pPr>
        <w:jc w:val="both"/>
      </w:pPr>
      <w:r>
        <w:t>n, thi hành</w:t>
      </w:r>
    </w:p>
    <w:p>
      <w:pPr>
        <w:jc w:val="both"/>
      </w:pPr>
      <w:r>
        <w:t>Các B</w:t>
      </w:r>
    </w:p>
    <w:p>
      <w:pPr>
        <w:jc w:val="both"/>
      </w:pPr>
      <w:r>
        <w:t>ộ</w:t>
      </w:r>
    </w:p>
    <w:p>
      <w:pPr>
        <w:jc w:val="both"/>
      </w:pPr>
      <w:r>
        <w:t>tr</w:t>
      </w:r>
    </w:p>
    <w:p>
      <w:pPr>
        <w:jc w:val="both"/>
      </w:pPr>
      <w:r>
        <w:t>ưở</w:t>
      </w:r>
    </w:p>
    <w:p>
      <w:pPr>
        <w:jc w:val="both"/>
      </w:pPr>
      <w:r>
        <w:t>ng, Th</w:t>
      </w:r>
    </w:p>
    <w:p>
      <w:pPr>
        <w:jc w:val="both"/>
      </w:pPr>
      <w:r>
        <w:t>ủ</w:t>
      </w:r>
    </w:p>
    <w:p>
      <w:pPr>
        <w:jc w:val="both"/>
      </w:pPr>
      <w:r>
        <w:t>tr</w:t>
      </w:r>
    </w:p>
    <w:p>
      <w:pPr>
        <w:jc w:val="both"/>
      </w:pPr>
      <w:r>
        <w:t>ưở</w:t>
      </w:r>
    </w:p>
    <w:p>
      <w:pPr>
        <w:jc w:val="both"/>
      </w:pPr>
      <w:r>
        <w:t>ng c</w:t>
      </w:r>
    </w:p>
    <w:p>
      <w:pPr>
        <w:jc w:val="both"/>
      </w:pPr>
      <w:r>
        <w:t>ơ</w:t>
      </w:r>
    </w:p>
    <w:p>
      <w:pPr>
        <w:jc w:val="both"/>
      </w:pPr>
      <w:r>
        <w:t>quan ngang B</w:t>
      </w:r>
    </w:p>
    <w:p>
      <w:pPr>
        <w:jc w:val="both"/>
      </w:pPr>
      <w:r>
        <w:t>ộ</w:t>
      </w:r>
    </w:p>
    <w:p>
      <w:pPr>
        <w:jc w:val="both"/>
      </w:pPr>
      <w:r>
        <w:t>, Th</w:t>
      </w:r>
    </w:p>
    <w:p>
      <w:pPr>
        <w:jc w:val="both"/>
      </w:pPr>
      <w:r>
        <w:t>ủ</w:t>
      </w:r>
    </w:p>
    <w:p>
      <w:pPr>
        <w:jc w:val="both"/>
      </w:pPr>
      <w:r>
        <w:t>tr</w:t>
      </w:r>
    </w:p>
    <w:p>
      <w:pPr>
        <w:jc w:val="both"/>
      </w:pPr>
      <w:r>
        <w:t>ưở</w:t>
      </w:r>
    </w:p>
    <w:p>
      <w:pPr>
        <w:jc w:val="both"/>
      </w:pPr>
      <w:r>
        <w:t>ng c</w:t>
      </w:r>
    </w:p>
    <w:p>
      <w:pPr>
        <w:jc w:val="both"/>
      </w:pPr>
      <w:r>
        <w:t>ơ</w:t>
      </w:r>
    </w:p>
    <w:p>
      <w:pPr>
        <w:jc w:val="both"/>
      </w:pPr>
      <w:r>
        <w:t>quan thu</w:t>
      </w:r>
    </w:p>
    <w:p>
      <w:pPr>
        <w:jc w:val="both"/>
      </w:pPr>
      <w:r>
        <w:t>ộ</w:t>
      </w:r>
    </w:p>
    <w:p>
      <w:pPr>
        <w:jc w:val="both"/>
      </w:pPr>
      <w:r>
        <w:t>c</w:t>
      </w:r>
    </w:p>
    <w:p>
      <w:pPr>
        <w:jc w:val="both"/>
      </w:pPr>
      <w:r>
        <w:t>Chính ph</w:t>
      </w:r>
    </w:p>
    <w:p>
      <w:pPr>
        <w:jc w:val="both"/>
      </w:pPr>
      <w:r>
        <w:t>ủ</w:t>
      </w:r>
    </w:p>
    <w:p>
      <w:pPr>
        <w:jc w:val="both"/>
      </w:pPr>
      <w:r>
        <w:t>, Ch</w:t>
      </w:r>
    </w:p>
    <w:p>
      <w:pPr>
        <w:jc w:val="both"/>
      </w:pPr>
      <w:r>
        <w:t>ủ</w:t>
      </w:r>
    </w:p>
    <w:p>
      <w:pPr>
        <w:jc w:val="both"/>
      </w:pPr>
      <w:r>
        <w:t>t</w:t>
      </w:r>
    </w:p>
    <w:p>
      <w:pPr>
        <w:jc w:val="both"/>
      </w:pPr>
      <w:r>
        <w:t>ị</w:t>
      </w:r>
    </w:p>
    <w:p>
      <w:pPr>
        <w:jc w:val="both"/>
      </w:pPr>
      <w:r>
        <w:t>ch</w:t>
      </w:r>
    </w:p>
    <w:p>
      <w:pPr>
        <w:jc w:val="both"/>
      </w:pPr>
      <w:r>
        <w:t>Ủ</w:t>
      </w:r>
    </w:p>
    <w:p>
      <w:pPr>
        <w:jc w:val="both"/>
      </w:pPr>
      <w:r>
        <w:t>y ban nhân dân các t</w:t>
      </w:r>
    </w:p>
    <w:p>
      <w:pPr>
        <w:jc w:val="both"/>
      </w:pPr>
      <w:r>
        <w:t>ỉ</w:t>
      </w:r>
    </w:p>
    <w:p>
      <w:pPr>
        <w:jc w:val="both"/>
      </w:pPr>
      <w:r>
        <w:t>nh, thành ph</w:t>
      </w:r>
    </w:p>
    <w:p>
      <w:pPr>
        <w:jc w:val="both"/>
      </w:pPr>
      <w:r>
        <w:t>ố</w:t>
      </w:r>
    </w:p>
    <w:p>
      <w:pPr>
        <w:jc w:val="both"/>
      </w:pPr>
      <w:r>
        <w:t>tr</w:t>
      </w:r>
    </w:p>
    <w:p>
      <w:pPr>
        <w:jc w:val="both"/>
      </w:pPr>
      <w:r>
        <w:t>ự</w:t>
      </w:r>
    </w:p>
    <w:p>
      <w:pPr>
        <w:jc w:val="both"/>
      </w:pPr>
      <w:r>
        <w:t>c thu</w:t>
      </w:r>
    </w:p>
    <w:p>
      <w:pPr>
        <w:jc w:val="both"/>
      </w:pPr>
      <w:r>
        <w:t>ộ</w:t>
      </w:r>
    </w:p>
    <w:p>
      <w:pPr>
        <w:jc w:val="both"/>
      </w:pPr>
      <w:r>
        <w:t>c Trung</w:t>
      </w:r>
    </w:p>
    <w:p>
      <w:pPr>
        <w:jc w:val="both"/>
      </w:pPr>
      <w:r>
        <w:t>ươ</w:t>
      </w:r>
    </w:p>
    <w:p>
      <w:pPr>
        <w:jc w:val="both"/>
      </w:pPr>
      <w:r>
        <w:t>ng</w:t>
      </w:r>
    </w:p>
    <w:p>
      <w:pPr>
        <w:jc w:val="both"/>
      </w:pPr>
      <w:r>
        <w:t>và các t</w:t>
      </w:r>
    </w:p>
    <w:p>
      <w:pPr>
        <w:jc w:val="both"/>
      </w:pPr>
      <w:r>
        <w:t>ổ</w:t>
      </w:r>
    </w:p>
    <w:p>
      <w:pPr>
        <w:jc w:val="both"/>
      </w:pPr>
      <w:r>
        <w:t>ch</w:t>
      </w:r>
    </w:p>
    <w:p>
      <w:pPr>
        <w:jc w:val="both"/>
      </w:pPr>
      <w:r>
        <w:t>ứ</w:t>
      </w:r>
    </w:p>
    <w:p>
      <w:pPr>
        <w:jc w:val="both"/>
      </w:pPr>
      <w:r>
        <w:t>c, cá nhân có liên quan ch</w:t>
      </w:r>
    </w:p>
    <w:p>
      <w:pPr>
        <w:jc w:val="both"/>
      </w:pPr>
      <w:r>
        <w:t>ị</w:t>
      </w:r>
    </w:p>
    <w:p>
      <w:pPr>
        <w:jc w:val="both"/>
      </w:pPr>
      <w:r>
        <w:t>u trách nhi</w:t>
      </w:r>
    </w:p>
    <w:p>
      <w:pPr>
        <w:jc w:val="both"/>
      </w:pPr>
      <w:r>
        <w:t>ệ</w:t>
      </w:r>
    </w:p>
    <w:p>
      <w:pPr>
        <w:jc w:val="both"/>
      </w:pPr>
      <w:r>
        <w:t>m thi hành Quy</w:t>
      </w:r>
    </w:p>
    <w:p>
      <w:pPr>
        <w:jc w:val="both"/>
      </w:pPr>
      <w:r>
        <w:t>ế</w:t>
      </w:r>
    </w:p>
    <w:p>
      <w:pPr>
        <w:jc w:val="both"/>
      </w:pPr>
      <w:r>
        <w:t>t</w:t>
      </w:r>
    </w:p>
    <w:p>
      <w:pPr>
        <w:jc w:val="both"/>
      </w:pPr>
      <w:r>
        <w:t>đị</w:t>
      </w:r>
    </w:p>
    <w:p>
      <w:pPr>
        <w:jc w:val="both"/>
      </w:pPr>
      <w:r>
        <w:t>nh này./</w:t>
      </w:r>
    </w:p>
    <w:p>
      <w:r>
        <w:rPr>
          <w:i/>
        </w:rPr>
        <w:t>Nguồn: Cơ sở dữ liệu quốc gia về văn bản pháp luật (Bộ Tư pháp). VietSmart Legal, legal.giangpham.asia/van-ban/128862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