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w:t>
      </w:r>
    </w:p>
    <w:p>
      <w:pPr>
        <w:jc w:val="both"/>
      </w:pPr>
      <w:r>
        <w:t>Số: 01/2018/TT-BGDĐT</w:t>
      </w:r>
    </w:p>
    <w:p>
      <w:pPr>
        <w:jc w:val="both"/>
      </w:pPr>
      <w:r>
        <w:t>CỘNG HÒA XÃ HỘI CHỦ NGHĨA VIỆT NAM</w:t>
      </w:r>
    </w:p>
    <w:p>
      <w:pPr>
        <w:jc w:val="both"/>
      </w:pPr>
      <w:r>
        <w:t>Độc lập - Tự do - Hạnh phúc</w:t>
      </w:r>
    </w:p>
    <w:p>
      <w:pPr>
        <w:jc w:val="both"/>
      </w:pPr>
      <w:r>
        <w:t>---------------</w:t>
      </w:r>
    </w:p>
    <w:p>
      <w:pPr>
        <w:jc w:val="both"/>
      </w:pPr>
      <w:r>
        <w:t>Hà Nội, ngày 26 tháng 01 năm 2018</w:t>
      </w:r>
    </w:p>
    <w:p>
      <w:pPr>
        <w:jc w:val="center"/>
      </w:pPr>
      <w:r>
        <w:rPr>
          <w:b/>
        </w:rPr>
        <w:t>THÔNG TƯ</w:t>
      </w:r>
    </w:p>
    <w:p>
      <w:pPr>
        <w:jc w:val="both"/>
      </w:pPr>
      <w:r>
        <w:t>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pPr>
        <w:jc w:val="both"/>
      </w:pPr>
      <w:r>
        <w:t>Căn cứ Luật Giáo dục quốc phòng và an ninh ngày 19 tháng 6 năm 2013;</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13/2014/NĐ-CP ngày 25 tháng 02 năm 2014 của Chính phủ quy định chi tiết và biện pháp thi hành Luật Giáo dục quốc phòng và an ninh;</w:t>
      </w:r>
    </w:p>
    <w:p>
      <w:pPr>
        <w:jc w:val="both"/>
      </w:pPr>
      <w:r>
        <w:t>Căn cứ Thông tư số 01/2017/TT-BGDĐT ngày 13 tháng 01 năm 2017 của Bộ trưởng Bộ Giáo dục và Đào tạo hướng dẫn giáo dục quốc phòng và an ninh trong trường tiểu học, trung học cơ sở;</w:t>
      </w:r>
    </w:p>
    <w:p>
      <w:pPr>
        <w:jc w:val="both"/>
      </w:pPr>
      <w:r>
        <w:t>Căn cứ Thông tư số 02/2017/TT-BGDĐT ngày 13 tháng 01 năm 2017 của Bộ trưởng Bộ Giáo dục và Đào tạo ban hành Chương trình giáo dục quốc phòng và an ninh trong trường trung học phổ thông;</w:t>
      </w:r>
    </w:p>
    <w:p>
      <w:pPr>
        <w:jc w:val="both"/>
      </w:pPr>
      <w:r>
        <w:t>Căn cứ Thông tư số 03/2017/TT-BGDĐT ngày 13 tháng 01 năm 2017 của Bộ trưởng Bộ Giáo dục và Đào tạo ban hành Chương trình giáo dục quốc phòng và an ninh trong trường trung cấp sư phạm, cao đẳng sư phạm và cơ sở giáo dục đại học;</w:t>
      </w:r>
    </w:p>
    <w:p>
      <w:pPr>
        <w:jc w:val="both"/>
      </w:pPr>
      <w:r>
        <w:t>Xét đề nghị của Vụ trưởng Vụ Giáo dục Quốc phòng và An ninh; Cục trưởng Cục Cơ sở vật chất,</w:t>
      </w:r>
    </w:p>
    <w:p>
      <w:pPr>
        <w:jc w:val="both"/>
      </w:pPr>
      <w:r>
        <w:t>Bộ trưởng Bộ Giáo dục và Đào tạo ban hành Thông tư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pPr>
        <w:jc w:val="both"/>
      </w:pPr>
      <w:r>
        <w:rPr>
          <w:b/>
        </w:rPr>
        <w:t>Điều 1. Ban hành kèm theo Thông tư này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pPr>
        <w:jc w:val="both"/>
      </w:pPr>
      <w:r>
        <w:rPr>
          <w:b/>
        </w:rPr>
        <w:t>Điều 2. Thông tư này có hiệu lực thi hành kể từ ngày 14 tháng 3 năm 2018.</w:t>
      </w:r>
    </w:p>
    <w:p>
      <w:pPr>
        <w:jc w:val="both"/>
      </w:pPr>
      <w:r>
        <w:t>Thông tư này thay thế Thông tư số 33/2009/TT-BGDĐT ngày 13 tháng 11 năm 2009 của Bộ trưởng Bộ Giáo dục và Đào tạo ban hành Danh mục thiết bị dạy học tối thiểu môn học giáo dục quốc phòng - an ninh trong các trường đại học, cao đẳng, trung cấp chuyên nghiệp, trung học phổ thông và trường phổ thông có nhiều cấp học (có cấp trung học phổ thông) và Thông tư số 05/2013/TT-BGDĐT ngày 01 tháng 3 năm 2013 của Bộ trưởng Bộ Giáo dục và Đào tạo sửa đổi, bổ sung mục I.6, II.6, III.6 của Danh mục thiết bị dạy học tối thiểu môn học giáo dục quốc phòng - an ninh trong các trường đại học, cao đẳng, trung cấp chuyên nghiệp, trung học phổ thông và trường phổ thông có nhiều cấp học (có cấp trung học phổ thông) ban hành kèm theo Thông tư số 33/2009/TT-BGDĐT ngày 13 tháng 11 năm 2009 của Bộ trưởng Bộ Giáo dục và Đào tạo.</w:t>
      </w:r>
    </w:p>
    <w:p>
      <w:pPr>
        <w:jc w:val="both"/>
      </w:pPr>
      <w:r>
        <w:rPr>
          <w:b/>
        </w:rPr>
        <w:t>Điều 3. Căn cứ vào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 ban hành kèm theo Thông tư này, Giám đốc các đại học, học viện, Hiệu trưởng các trường đại học, cao đẳng sư phạm (sau đây gọi là cơ sở giáo dục đại học), Giám đốc các sở giáo dục và đào tạo, các trung tâm giáo dục quốc phòng và an ninh thực hiện mua sắm, sử dụng và quản lý thiết bị dạy học.</w:t>
      </w:r>
    </w:p>
    <w:p>
      <w:pPr>
        <w:jc w:val="both"/>
      </w:pPr>
      <w:r>
        <w:rPr>
          <w:b/>
        </w:rPr>
        <w:t>Điều 4. Chánh Văn phòng, Vụ trưởng Vụ Giáo dục Quốc phòng và An ninh, Cục trưởng Cục Cơ sở vật chất, Thủ trưởng các đơn vị có liên quan thuộc Bộ Giáo dục và Đào tạo; Giám đốc các đại học, học viện; Hiệu trưởng các trường đại học, cao đẳng sư phạm, Giám đốc các sở giáo dục và đào tạo, các trung tâm giáo dục quốc phòng và an ninh chịu trách nhiệm thi hành Thông tư này./.</w:t>
      </w:r>
    </w:p>
    <w:p>
      <w:pPr>
        <w:jc w:val="both"/>
      </w:pPr>
      <w:r>
        <w:t>Nơi nhận:</w:t>
      </w:r>
    </w:p>
    <w:p>
      <w:pPr>
        <w:jc w:val="both"/>
      </w:pPr>
      <w:r>
        <w:t>- Văn phòng Quốc hội;</w:t>
      </w:r>
    </w:p>
    <w:p>
      <w:pPr>
        <w:jc w:val="both"/>
      </w:pPr>
      <w:r>
        <w:t>- Văn phòng Chính phủ;</w:t>
      </w:r>
    </w:p>
    <w:p>
      <w:pPr>
        <w:jc w:val="both"/>
      </w:pPr>
      <w:r>
        <w:t>- Hội đồng Quốc gia giáo dục;</w:t>
      </w:r>
    </w:p>
    <w:p>
      <w:pPr>
        <w:jc w:val="both"/>
      </w:pPr>
      <w:r>
        <w:t>- Hội đồng Giáo dục QP&amp;AN TW;</w:t>
      </w:r>
    </w:p>
    <w:p>
      <w:pPr>
        <w:jc w:val="both"/>
      </w:pPr>
      <w:r>
        <w:t>- Ban Tuyên giáo TW;</w:t>
      </w:r>
    </w:p>
    <w:p>
      <w:pPr>
        <w:jc w:val="both"/>
      </w:pPr>
      <w:r>
        <w:t>- Ủy ban VHGD TN, TNNĐ của QH;</w:t>
      </w:r>
    </w:p>
    <w:p>
      <w:pPr>
        <w:jc w:val="both"/>
      </w:pPr>
      <w:r>
        <w:t>- Ủy ban ND tỉnh, thành phố trực thuộc TW;</w:t>
      </w:r>
    </w:p>
    <w:p>
      <w:pPr>
        <w:jc w:val="both"/>
      </w:pPr>
      <w:r>
        <w:t>- Kiểm toán Nhà nước;</w:t>
      </w:r>
    </w:p>
    <w:p>
      <w:pPr>
        <w:jc w:val="both"/>
      </w:pPr>
      <w:r>
        <w:t>- Bộ Tư pháp (Cục KTVBQPPL);</w:t>
      </w:r>
    </w:p>
    <w:p>
      <w:pPr>
        <w:jc w:val="both"/>
      </w:pPr>
      <w:r>
        <w:t>- Công báo;</w:t>
      </w:r>
    </w:p>
    <w:p>
      <w:pPr>
        <w:jc w:val="both"/>
      </w:pPr>
      <w:r>
        <w:t>- Website Chính phủ;</w:t>
      </w:r>
    </w:p>
    <w:p>
      <w:pPr>
        <w:jc w:val="both"/>
      </w:pPr>
      <w:r>
        <w:t>- Website Bộ GD&amp;ĐT;</w:t>
      </w:r>
    </w:p>
    <w:p>
      <w:pPr>
        <w:jc w:val="both"/>
      </w:pPr>
      <w:r>
        <w:t>- Như Điều 4 (để thực hiện);</w:t>
      </w:r>
    </w:p>
    <w:p>
      <w:pPr>
        <w:jc w:val="both"/>
      </w:pPr>
      <w:r>
        <w:t>- Lưu: VT, Vụ PC, Cục CSVC, Vụ GDQPAN. (100b)</w:t>
      </w:r>
    </w:p>
    <w:p>
      <w:pPr>
        <w:jc w:val="both"/>
      </w:pPr>
      <w:r>
        <w:t>KT. BỘ TRƯỞNG</w:t>
      </w:r>
    </w:p>
    <w:p>
      <w:pPr>
        <w:jc w:val="both"/>
      </w:pPr>
      <w:r>
        <w:t>THỨ TRƯỞNG</w:t>
      </w:r>
    </w:p>
    <w:p>
      <w:pPr>
        <w:jc w:val="both"/>
      </w:pPr>
      <w:r>
        <w:t>(Đã ký)</w:t>
      </w:r>
    </w:p>
    <w:p>
      <w:pPr>
        <w:jc w:val="both"/>
      </w:pPr>
      <w:r>
        <w:t>Phạm Mạnh Hùng</w:t>
      </w:r>
    </w:p>
    <w:p>
      <w:pPr>
        <w:jc w:val="both"/>
      </w:pPr>
      <w:r>
        <w:t>DANH MỤC</w:t>
      </w:r>
    </w:p>
    <w:p>
      <w:pPr>
        <w:jc w:val="both"/>
      </w:pPr>
      <w:r>
        <w:t>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pPr>
        <w:jc w:val="both"/>
      </w:pPr>
      <w:r>
        <w:t>(Ban hành kèm theo Thông tư số 01/2018/TT-BGDĐT ngày 26 tháng 01 năm 2018 của Bộ trưởng Bộ Giáo dục và Đào tạo)</w:t>
      </w:r>
    </w:p>
    <w:p>
      <w:pPr>
        <w:jc w:val="both"/>
      </w:pPr>
      <w:r>
        <w:t>I. Trường tiểu học, trung học cơ sở</w:t>
      </w:r>
    </w:p>
    <w:p>
      <w:pPr>
        <w:jc w:val="both"/>
      </w:pPr>
      <w:r>
        <w:t>1. Trường tiểu học</w:t>
      </w:r>
    </w:p>
    <w:p>
      <w:pPr>
        <w:jc w:val="both"/>
      </w:pPr>
      <w:r>
        <w:t>TT</w:t>
      </w:r>
    </w:p>
    <w:p>
      <w:pPr>
        <w:jc w:val="both"/>
      </w:pPr>
      <w:r>
        <w:t>Tên thiết bị</w:t>
      </w:r>
    </w:p>
    <w:p>
      <w:pPr>
        <w:jc w:val="both"/>
      </w:pPr>
      <w:r>
        <w:t>Đơn vị tính</w:t>
      </w:r>
    </w:p>
    <w:p>
      <w:pPr>
        <w:jc w:val="both"/>
      </w:pPr>
      <w:r>
        <w:t>Số l ượ ng cần cho 1 lớp</w:t>
      </w:r>
    </w:p>
    <w:p>
      <w:pPr>
        <w:jc w:val="both"/>
      </w:pPr>
      <w:r>
        <w:t>Ghi chú</w:t>
      </w:r>
    </w:p>
    <w:p>
      <w:pPr>
        <w:jc w:val="both"/>
      </w:pPr>
      <w:r>
        <w:t>1.1</w:t>
      </w:r>
    </w:p>
    <w:p>
      <w:pPr>
        <w:jc w:val="both"/>
      </w:pPr>
      <w:r>
        <w:t>Tài liệu</w:t>
      </w:r>
    </w:p>
    <w:p>
      <w:pPr>
        <w:jc w:val="both"/>
      </w:pPr>
      <w:r>
        <w:t>Một bộ gồm 02 đĩa DVD</w:t>
      </w:r>
    </w:p>
    <w:p>
      <w:pPr>
        <w:jc w:val="both"/>
      </w:pPr>
      <w:r>
        <w:t>1.1.1</w:t>
      </w:r>
    </w:p>
    <w:p>
      <w:pPr>
        <w:jc w:val="both"/>
      </w:pPr>
      <w:r>
        <w:t>Đĩa hình GDQPAN Lớp 1</w:t>
      </w:r>
    </w:p>
    <w:p>
      <w:pPr>
        <w:jc w:val="both"/>
      </w:pPr>
      <w:r>
        <w:t>Bộ</w:t>
      </w:r>
    </w:p>
    <w:p>
      <w:pPr>
        <w:jc w:val="both"/>
      </w:pPr>
      <w:r>
        <w:t>01</w:t>
      </w:r>
    </w:p>
    <w:p>
      <w:pPr>
        <w:jc w:val="both"/>
      </w:pPr>
      <w:r>
        <w:t>1.1.2</w:t>
      </w:r>
    </w:p>
    <w:p>
      <w:pPr>
        <w:jc w:val="both"/>
      </w:pPr>
      <w:r>
        <w:t>Đĩa hình GDQPAN Lớp 2</w:t>
      </w:r>
    </w:p>
    <w:p>
      <w:pPr>
        <w:jc w:val="both"/>
      </w:pPr>
      <w:r>
        <w:t>Bộ</w:t>
      </w:r>
    </w:p>
    <w:p>
      <w:pPr>
        <w:jc w:val="both"/>
      </w:pPr>
      <w:r>
        <w:t>01</w:t>
      </w:r>
    </w:p>
    <w:p>
      <w:pPr>
        <w:jc w:val="both"/>
      </w:pPr>
      <w:r>
        <w:t>1.1.3</w:t>
      </w:r>
    </w:p>
    <w:p>
      <w:pPr>
        <w:jc w:val="both"/>
      </w:pPr>
      <w:r>
        <w:t>Đĩa hình GDQPAN Lớp 3</w:t>
      </w:r>
    </w:p>
    <w:p>
      <w:pPr>
        <w:jc w:val="both"/>
      </w:pPr>
      <w:r>
        <w:t>Bộ</w:t>
      </w:r>
    </w:p>
    <w:p>
      <w:pPr>
        <w:jc w:val="both"/>
      </w:pPr>
      <w:r>
        <w:t>01</w:t>
      </w:r>
    </w:p>
    <w:p>
      <w:pPr>
        <w:jc w:val="both"/>
      </w:pPr>
      <w:r>
        <w:t>1.1.4</w:t>
      </w:r>
    </w:p>
    <w:p>
      <w:pPr>
        <w:jc w:val="both"/>
      </w:pPr>
      <w:r>
        <w:t>Đĩa hình GDQPAN Lớp 4</w:t>
      </w:r>
    </w:p>
    <w:p>
      <w:pPr>
        <w:jc w:val="both"/>
      </w:pPr>
      <w:r>
        <w:t>Bộ</w:t>
      </w:r>
    </w:p>
    <w:p>
      <w:pPr>
        <w:jc w:val="both"/>
      </w:pPr>
      <w:r>
        <w:t>01</w:t>
      </w:r>
    </w:p>
    <w:p>
      <w:pPr>
        <w:jc w:val="both"/>
      </w:pPr>
      <w:r>
        <w:t>1.1.5</w:t>
      </w:r>
    </w:p>
    <w:p>
      <w:pPr>
        <w:jc w:val="both"/>
      </w:pPr>
      <w:r>
        <w:t>Đĩa hình GDQPAN Lớp 5</w:t>
      </w:r>
    </w:p>
    <w:p>
      <w:pPr>
        <w:jc w:val="both"/>
      </w:pPr>
      <w:r>
        <w:t>Bộ</w:t>
      </w:r>
    </w:p>
    <w:p>
      <w:pPr>
        <w:jc w:val="both"/>
      </w:pPr>
      <w:r>
        <w:t>01</w:t>
      </w:r>
    </w:p>
    <w:p>
      <w:pPr>
        <w:jc w:val="both"/>
      </w:pPr>
      <w:r>
        <w:t>1.2</w:t>
      </w:r>
    </w:p>
    <w:p>
      <w:pPr>
        <w:jc w:val="both"/>
      </w:pPr>
      <w:r>
        <w:t>Tranh in hoặc tranh điện tử</w:t>
      </w:r>
    </w:p>
    <w:p>
      <w:pPr>
        <w:jc w:val="both"/>
      </w:pPr>
      <w:r>
        <w:t>1.2.1</w:t>
      </w:r>
    </w:p>
    <w:p>
      <w:pPr>
        <w:jc w:val="both"/>
      </w:pPr>
      <w:r>
        <w:t>Bộ tranh GDQPAN Lớp 1</w:t>
      </w:r>
    </w:p>
    <w:p>
      <w:pPr>
        <w:jc w:val="both"/>
      </w:pPr>
      <w:r>
        <w:t>Bộ</w:t>
      </w:r>
    </w:p>
    <w:p>
      <w:pPr>
        <w:jc w:val="both"/>
      </w:pPr>
      <w:r>
        <w:t>01</w:t>
      </w:r>
    </w:p>
    <w:p>
      <w:pPr>
        <w:jc w:val="both"/>
      </w:pPr>
      <w:r>
        <w:t>Một bộ gồm 06 tờ</w:t>
      </w:r>
    </w:p>
    <w:p>
      <w:pPr>
        <w:jc w:val="both"/>
      </w:pPr>
      <w:r>
        <w:t>1.2.2</w:t>
      </w:r>
    </w:p>
    <w:p>
      <w:pPr>
        <w:jc w:val="both"/>
      </w:pPr>
      <w:r>
        <w:t>Bộ tranh GDQPAN Lớp 2</w:t>
      </w:r>
    </w:p>
    <w:p>
      <w:pPr>
        <w:jc w:val="both"/>
      </w:pPr>
      <w:r>
        <w:t>Bộ</w:t>
      </w:r>
    </w:p>
    <w:p>
      <w:pPr>
        <w:jc w:val="both"/>
      </w:pPr>
      <w:r>
        <w:t>01</w:t>
      </w:r>
    </w:p>
    <w:p>
      <w:pPr>
        <w:jc w:val="both"/>
      </w:pPr>
      <w:r>
        <w:t>Một bộ gồm 06 tờ</w:t>
      </w:r>
    </w:p>
    <w:p>
      <w:pPr>
        <w:jc w:val="both"/>
      </w:pPr>
      <w:r>
        <w:t>1.2.3</w:t>
      </w:r>
    </w:p>
    <w:p>
      <w:pPr>
        <w:jc w:val="both"/>
      </w:pPr>
      <w:r>
        <w:t>Bộ tranh GDQPAN Lớp 3</w:t>
      </w:r>
    </w:p>
    <w:p>
      <w:pPr>
        <w:jc w:val="both"/>
      </w:pPr>
      <w:r>
        <w:t>Bộ</w:t>
      </w:r>
    </w:p>
    <w:p>
      <w:pPr>
        <w:jc w:val="both"/>
      </w:pPr>
      <w:r>
        <w:t>01</w:t>
      </w:r>
    </w:p>
    <w:p>
      <w:pPr>
        <w:jc w:val="both"/>
      </w:pPr>
      <w:r>
        <w:t>Một bộ gồm 06 tờ</w:t>
      </w:r>
    </w:p>
    <w:p>
      <w:pPr>
        <w:jc w:val="both"/>
      </w:pPr>
      <w:r>
        <w:t>1.2.4</w:t>
      </w:r>
    </w:p>
    <w:p>
      <w:pPr>
        <w:jc w:val="both"/>
      </w:pPr>
      <w:r>
        <w:t>Bộ tranh GDQPAN Lớp 4</w:t>
      </w:r>
    </w:p>
    <w:p>
      <w:pPr>
        <w:jc w:val="both"/>
      </w:pPr>
      <w:r>
        <w:t>Bộ</w:t>
      </w:r>
    </w:p>
    <w:p>
      <w:pPr>
        <w:jc w:val="both"/>
      </w:pPr>
      <w:r>
        <w:t>01</w:t>
      </w:r>
    </w:p>
    <w:p>
      <w:pPr>
        <w:jc w:val="both"/>
      </w:pPr>
      <w:r>
        <w:t>Một bộ gồm 06 tờ</w:t>
      </w:r>
    </w:p>
    <w:p>
      <w:pPr>
        <w:jc w:val="both"/>
      </w:pPr>
      <w:r>
        <w:t>1.2.5</w:t>
      </w:r>
    </w:p>
    <w:p>
      <w:pPr>
        <w:jc w:val="both"/>
      </w:pPr>
      <w:r>
        <w:t>Bộ tranh GDQPAN Lớp 5</w:t>
      </w:r>
    </w:p>
    <w:p>
      <w:pPr>
        <w:jc w:val="both"/>
      </w:pPr>
      <w:r>
        <w:t>Bộ</w:t>
      </w:r>
    </w:p>
    <w:p>
      <w:pPr>
        <w:jc w:val="both"/>
      </w:pPr>
      <w:r>
        <w:t>01</w:t>
      </w:r>
    </w:p>
    <w:p>
      <w:pPr>
        <w:jc w:val="both"/>
      </w:pPr>
      <w:r>
        <w:t>Một bộ gồm 06 tờ</w:t>
      </w:r>
    </w:p>
    <w:p>
      <w:pPr>
        <w:jc w:val="both"/>
      </w:pPr>
      <w:r>
        <w:t>2. Trường trung học cơ s ở</w:t>
      </w:r>
    </w:p>
    <w:p>
      <w:pPr>
        <w:jc w:val="both"/>
      </w:pPr>
      <w:r>
        <w:t>TT</w:t>
      </w:r>
    </w:p>
    <w:p>
      <w:pPr>
        <w:jc w:val="both"/>
      </w:pPr>
      <w:r>
        <w:t>Tên thiết bị</w:t>
      </w:r>
    </w:p>
    <w:p>
      <w:pPr>
        <w:jc w:val="both"/>
      </w:pPr>
      <w:r>
        <w:t>Đ ơ n vị tính</w:t>
      </w:r>
    </w:p>
    <w:p>
      <w:pPr>
        <w:jc w:val="both"/>
      </w:pPr>
      <w:r>
        <w:t>Số lượng cần cho 1 tr ườ ng</w:t>
      </w:r>
    </w:p>
    <w:p>
      <w:pPr>
        <w:jc w:val="both"/>
      </w:pPr>
      <w:r>
        <w:t>Ghi chú</w:t>
      </w:r>
    </w:p>
    <w:p>
      <w:pPr>
        <w:jc w:val="both"/>
      </w:pPr>
      <w:r>
        <w:t>2.1</w:t>
      </w:r>
    </w:p>
    <w:p>
      <w:pPr>
        <w:jc w:val="both"/>
      </w:pPr>
      <w:r>
        <w:t>Tài liệu</w:t>
      </w:r>
    </w:p>
    <w:p>
      <w:pPr>
        <w:jc w:val="both"/>
      </w:pPr>
      <w:r>
        <w:t>2.1.1</w:t>
      </w:r>
    </w:p>
    <w:p>
      <w:pPr>
        <w:jc w:val="both"/>
      </w:pPr>
      <w:r>
        <w:t>Đĩa hình GDQPAN Lớp 6</w:t>
      </w:r>
    </w:p>
    <w:p>
      <w:pPr>
        <w:jc w:val="both"/>
      </w:pPr>
      <w:r>
        <w:t>Bộ</w:t>
      </w:r>
    </w:p>
    <w:p>
      <w:pPr>
        <w:jc w:val="both"/>
      </w:pPr>
      <w:r>
        <w:t>02</w:t>
      </w:r>
    </w:p>
    <w:p>
      <w:pPr>
        <w:jc w:val="both"/>
      </w:pPr>
      <w:r>
        <w:t>Một bộ gồm 02 đĩa DVD</w:t>
      </w:r>
    </w:p>
    <w:p>
      <w:pPr>
        <w:jc w:val="both"/>
      </w:pPr>
      <w:r>
        <w:t>2.1.2</w:t>
      </w:r>
    </w:p>
    <w:p>
      <w:pPr>
        <w:jc w:val="both"/>
      </w:pPr>
      <w:r>
        <w:t>Đĩa hình GDQPAN Lớp 7</w:t>
      </w:r>
    </w:p>
    <w:p>
      <w:pPr>
        <w:jc w:val="both"/>
      </w:pPr>
      <w:r>
        <w:t>Bộ</w:t>
      </w:r>
    </w:p>
    <w:p>
      <w:pPr>
        <w:jc w:val="both"/>
      </w:pPr>
      <w:r>
        <w:t>02</w:t>
      </w:r>
    </w:p>
    <w:p>
      <w:pPr>
        <w:jc w:val="both"/>
      </w:pPr>
      <w:r>
        <w:t>2.1.3</w:t>
      </w:r>
    </w:p>
    <w:p>
      <w:pPr>
        <w:jc w:val="both"/>
      </w:pPr>
      <w:r>
        <w:t>Đĩa hình GDQPAN Lớp 8</w:t>
      </w:r>
    </w:p>
    <w:p>
      <w:pPr>
        <w:jc w:val="both"/>
      </w:pPr>
      <w:r>
        <w:t>Bộ</w:t>
      </w:r>
    </w:p>
    <w:p>
      <w:pPr>
        <w:jc w:val="both"/>
      </w:pPr>
      <w:r>
        <w:t>02</w:t>
      </w:r>
    </w:p>
    <w:p>
      <w:pPr>
        <w:jc w:val="both"/>
      </w:pPr>
      <w:r>
        <w:t>2.1.4</w:t>
      </w:r>
    </w:p>
    <w:p>
      <w:pPr>
        <w:jc w:val="both"/>
      </w:pPr>
      <w:r>
        <w:t>Đĩa hình GDQPAN Lớp 9</w:t>
      </w:r>
    </w:p>
    <w:p>
      <w:pPr>
        <w:jc w:val="both"/>
      </w:pPr>
      <w:r>
        <w:t>Bộ</w:t>
      </w:r>
    </w:p>
    <w:p>
      <w:pPr>
        <w:jc w:val="both"/>
      </w:pPr>
      <w:r>
        <w:t>02</w:t>
      </w:r>
    </w:p>
    <w:p>
      <w:pPr>
        <w:jc w:val="both"/>
      </w:pPr>
      <w:r>
        <w:t>2.2</w:t>
      </w:r>
    </w:p>
    <w:p>
      <w:pPr>
        <w:jc w:val="both"/>
      </w:pPr>
      <w:r>
        <w:t>Tranh in hoặc tranh điện t ử</w:t>
      </w:r>
    </w:p>
    <w:p>
      <w:pPr>
        <w:jc w:val="both"/>
      </w:pPr>
      <w:r>
        <w:t>2.2.1</w:t>
      </w:r>
    </w:p>
    <w:p>
      <w:pPr>
        <w:jc w:val="both"/>
      </w:pPr>
      <w:r>
        <w:t>Bộ tranh GDQPAN Lớp 6</w:t>
      </w:r>
    </w:p>
    <w:p>
      <w:pPr>
        <w:jc w:val="both"/>
      </w:pPr>
      <w:r>
        <w:t>Bộ</w:t>
      </w:r>
    </w:p>
    <w:p>
      <w:pPr>
        <w:jc w:val="both"/>
      </w:pPr>
      <w:r>
        <w:t>02</w:t>
      </w:r>
    </w:p>
    <w:p>
      <w:pPr>
        <w:jc w:val="both"/>
      </w:pPr>
      <w:r>
        <w:t>Một bộ gồm 06 tờ</w:t>
      </w:r>
    </w:p>
    <w:p>
      <w:pPr>
        <w:jc w:val="both"/>
      </w:pPr>
      <w:r>
        <w:t>2.2.2</w:t>
      </w:r>
    </w:p>
    <w:p>
      <w:pPr>
        <w:jc w:val="both"/>
      </w:pPr>
      <w:r>
        <w:t>Bộ tranh GDQPAN Lớp 7</w:t>
      </w:r>
    </w:p>
    <w:p>
      <w:pPr>
        <w:jc w:val="both"/>
      </w:pPr>
      <w:r>
        <w:t>Bộ</w:t>
      </w:r>
    </w:p>
    <w:p>
      <w:pPr>
        <w:jc w:val="both"/>
      </w:pPr>
      <w:r>
        <w:t>02</w:t>
      </w:r>
    </w:p>
    <w:p>
      <w:pPr>
        <w:jc w:val="both"/>
      </w:pPr>
      <w:r>
        <w:t>Một bộ gồm 06 tờ</w:t>
      </w:r>
    </w:p>
    <w:p>
      <w:pPr>
        <w:jc w:val="both"/>
      </w:pPr>
      <w:r>
        <w:t>2.2.3</w:t>
      </w:r>
    </w:p>
    <w:p>
      <w:pPr>
        <w:jc w:val="both"/>
      </w:pPr>
      <w:r>
        <w:t>Bộ tranh GDQPAN Lớp 8</w:t>
      </w:r>
    </w:p>
    <w:p>
      <w:pPr>
        <w:jc w:val="both"/>
      </w:pPr>
      <w:r>
        <w:t>Bộ</w:t>
      </w:r>
    </w:p>
    <w:p>
      <w:pPr>
        <w:jc w:val="both"/>
      </w:pPr>
      <w:r>
        <w:t>02</w:t>
      </w:r>
    </w:p>
    <w:p>
      <w:pPr>
        <w:jc w:val="both"/>
      </w:pPr>
      <w:r>
        <w:t>Một bộ gồm 06 tờ</w:t>
      </w:r>
    </w:p>
    <w:p>
      <w:pPr>
        <w:jc w:val="both"/>
      </w:pPr>
      <w:r>
        <w:t>2.2.4</w:t>
      </w:r>
    </w:p>
    <w:p>
      <w:pPr>
        <w:jc w:val="both"/>
      </w:pPr>
      <w:r>
        <w:t>Bộ tranh GDQPAN Lớp 9</w:t>
      </w:r>
    </w:p>
    <w:p>
      <w:pPr>
        <w:jc w:val="both"/>
      </w:pPr>
      <w:r>
        <w:t>Bộ</w:t>
      </w:r>
    </w:p>
    <w:p>
      <w:pPr>
        <w:jc w:val="both"/>
      </w:pPr>
      <w:r>
        <w:t>02</w:t>
      </w:r>
    </w:p>
    <w:p>
      <w:pPr>
        <w:jc w:val="both"/>
      </w:pPr>
      <w:r>
        <w:t>Một bộ gồm 06 tờ</w:t>
      </w:r>
    </w:p>
    <w:p>
      <w:pPr>
        <w:jc w:val="both"/>
      </w:pPr>
      <w:r>
        <w:t>II. Trường trung học phổ thông</w:t>
      </w:r>
    </w:p>
    <w:p>
      <w:pPr>
        <w:jc w:val="both"/>
      </w:pPr>
      <w:r>
        <w:t>TT</w:t>
      </w:r>
    </w:p>
    <w:p>
      <w:pPr>
        <w:jc w:val="both"/>
      </w:pPr>
      <w:r>
        <w:t>Tên thiết bị</w:t>
      </w:r>
    </w:p>
    <w:p>
      <w:pPr>
        <w:jc w:val="both"/>
      </w:pPr>
      <w:r>
        <w:t>Đ ơ n vị tính</w:t>
      </w:r>
    </w:p>
    <w:p>
      <w:pPr>
        <w:jc w:val="both"/>
      </w:pPr>
      <w:r>
        <w:t>Số lượng cần cho 1 trường</w:t>
      </w:r>
    </w:p>
    <w:p>
      <w:pPr>
        <w:jc w:val="both"/>
      </w:pPr>
      <w:r>
        <w:t>Ghi chú</w:t>
      </w:r>
    </w:p>
    <w:p>
      <w:pPr>
        <w:jc w:val="both"/>
      </w:pPr>
      <w:r>
        <w:t>1</w:t>
      </w:r>
    </w:p>
    <w:p>
      <w:pPr>
        <w:jc w:val="both"/>
      </w:pPr>
      <w:r>
        <w:t>Tài liệu</w:t>
      </w:r>
    </w:p>
    <w:p>
      <w:pPr>
        <w:jc w:val="both"/>
      </w:pPr>
      <w:r>
        <w:t>1.1</w:t>
      </w:r>
    </w:p>
    <w:p>
      <w:pPr>
        <w:jc w:val="both"/>
      </w:pPr>
      <w:r>
        <w:t>Sách giáo viên GDQPAN lớp 10, 11, 12</w:t>
      </w:r>
    </w:p>
    <w:p>
      <w:pPr>
        <w:jc w:val="both"/>
      </w:pPr>
      <w:r>
        <w:t>Bộ</w:t>
      </w:r>
    </w:p>
    <w:p>
      <w:pPr>
        <w:jc w:val="both"/>
      </w:pPr>
      <w:r>
        <w:t>Mỗi giáo viên 01 bộ gồm 03 quyển</w:t>
      </w:r>
    </w:p>
    <w:p>
      <w:pPr>
        <w:jc w:val="both"/>
      </w:pPr>
      <w:r>
        <w:t>2</w:t>
      </w:r>
    </w:p>
    <w:p>
      <w:pPr>
        <w:jc w:val="both"/>
      </w:pPr>
      <w:r>
        <w:t>Tranh in hoặc tranh điện tử</w:t>
      </w:r>
    </w:p>
    <w:p>
      <w:pPr>
        <w:jc w:val="both"/>
      </w:pPr>
      <w:r>
        <w:t>2.1</w:t>
      </w:r>
    </w:p>
    <w:p>
      <w:pPr>
        <w:jc w:val="both"/>
      </w:pPr>
      <w:r>
        <w:t>Bộ tranh dùng cho lớp 10: Đội ngũ từng người không có súng; Đội ngũ tiểu đội; Một số loại bom, mìn, đạn; Cấp cứu ban đầu và chuyển thương; Mắc tăng võng; Bếp hoàng cầm; Điều lệnh Công an nhân dân.</w:t>
      </w:r>
    </w:p>
    <w:p>
      <w:pPr>
        <w:jc w:val="both"/>
      </w:pPr>
      <w:r>
        <w:t>Bộ</w:t>
      </w:r>
    </w:p>
    <w:p>
      <w:pPr>
        <w:jc w:val="both"/>
      </w:pPr>
      <w:r>
        <w:t>02</w:t>
      </w:r>
    </w:p>
    <w:p>
      <w:pPr>
        <w:jc w:val="both"/>
      </w:pPr>
      <w:r>
        <w:t>Một bộ gồm 10 tờ</w:t>
      </w:r>
    </w:p>
    <w:p>
      <w:pPr>
        <w:jc w:val="both"/>
      </w:pPr>
      <w:r>
        <w:t>2.2</w:t>
      </w:r>
    </w:p>
    <w:p>
      <w:pPr>
        <w:jc w:val="both"/>
      </w:pPr>
      <w:r>
        <w:t>Bộ tranh dùng cho lớp 11: Súng trường CKC; Súng tiểu liên AK; Súng chống tăng B40, B41; Cấu tạo, sử dụng một số loại lựu đạn; Thuốc nổ, đồ dùng gây nổ và kỹ thuật sử dụng; Bộ tranh mìn bộ binh; Các tư thế, động tác cơ bản vận động trong chiến đấu; Vật cản, vũ khí tự tạo; Bản đồ biên giới quốc gia; Các loại vũ khí, vật liệu nổ và công cụ hỗ trợ trang bị trong Công an nhân dân.</w:t>
      </w:r>
    </w:p>
    <w:p>
      <w:pPr>
        <w:jc w:val="both"/>
      </w:pPr>
      <w:r>
        <w:t>Bộ</w:t>
      </w:r>
    </w:p>
    <w:p>
      <w:pPr>
        <w:jc w:val="both"/>
      </w:pPr>
      <w:r>
        <w:t>02</w:t>
      </w:r>
    </w:p>
    <w:p>
      <w:pPr>
        <w:jc w:val="both"/>
      </w:pPr>
      <w:r>
        <w:t>Một bộ gồm 12 tờ</w:t>
      </w:r>
    </w:p>
    <w:p>
      <w:pPr>
        <w:jc w:val="both"/>
      </w:pPr>
      <w:r>
        <w:t>2.3</w:t>
      </w:r>
    </w:p>
    <w:p>
      <w:pPr>
        <w:jc w:val="both"/>
      </w:pPr>
      <w:r>
        <w:t>Bộ tranh dùng cho lớp 12: Sơ đồ Tổ chức quân đội và công an; Tổ chức hệ thống nhà trường quân đội, công an; Kỹ thuật bắn súng tiểu liên AK; Tìm và giữ phương hướng; Đội hình chiến đấu cơ bản của tổ bộ binh; Giới thiệu quân hiệu, cấp hiệu, phù hiệu của Quân đội và Công an.</w:t>
      </w:r>
    </w:p>
    <w:p>
      <w:pPr>
        <w:jc w:val="both"/>
      </w:pPr>
      <w:r>
        <w:t>Bộ</w:t>
      </w:r>
    </w:p>
    <w:p>
      <w:pPr>
        <w:jc w:val="both"/>
      </w:pPr>
      <w:r>
        <w:t>02</w:t>
      </w:r>
    </w:p>
    <w:p>
      <w:pPr>
        <w:jc w:val="both"/>
      </w:pPr>
      <w:r>
        <w:t>Một bộ gồm 10 tờ</w:t>
      </w:r>
    </w:p>
    <w:p>
      <w:pPr>
        <w:jc w:val="both"/>
      </w:pPr>
      <w:r>
        <w:t>2.4</w:t>
      </w:r>
    </w:p>
    <w:p>
      <w:pPr>
        <w:jc w:val="both"/>
      </w:pPr>
      <w:r>
        <w:t>Đĩa hình GDQPAN</w:t>
      </w:r>
    </w:p>
    <w:p>
      <w:pPr>
        <w:jc w:val="both"/>
      </w:pPr>
      <w:r>
        <w:t>Bộ</w:t>
      </w:r>
    </w:p>
    <w:p>
      <w:pPr>
        <w:jc w:val="both"/>
      </w:pPr>
      <w:r>
        <w:t>02</w:t>
      </w:r>
    </w:p>
    <w:p>
      <w:pPr>
        <w:jc w:val="both"/>
      </w:pPr>
      <w:r>
        <w:t>Một bộ gồm 05 đĩa DVD</w:t>
      </w:r>
    </w:p>
    <w:p>
      <w:pPr>
        <w:jc w:val="both"/>
      </w:pPr>
      <w:r>
        <w:t>3</w:t>
      </w:r>
    </w:p>
    <w:p>
      <w:pPr>
        <w:jc w:val="both"/>
      </w:pPr>
      <w:r>
        <w:t>Mô hình vũ khí</w:t>
      </w:r>
    </w:p>
    <w:p>
      <w:pPr>
        <w:jc w:val="both"/>
      </w:pPr>
      <w:r>
        <w:t>3.1</w:t>
      </w:r>
    </w:p>
    <w:p>
      <w:pPr>
        <w:jc w:val="both"/>
      </w:pPr>
      <w:r>
        <w:t>Mô hình súng AK-47, CKC, B40, B41 cắt bổ</w:t>
      </w:r>
    </w:p>
    <w:p>
      <w:pPr>
        <w:jc w:val="both"/>
      </w:pPr>
      <w:r>
        <w:t>Bộ</w:t>
      </w:r>
    </w:p>
    <w:p>
      <w:pPr>
        <w:jc w:val="both"/>
      </w:pPr>
      <w:r>
        <w:t>01</w:t>
      </w:r>
    </w:p>
    <w:p>
      <w:pPr>
        <w:jc w:val="both"/>
      </w:pPr>
      <w:r>
        <w:t>Một bộ gồm 04 khẩu</w:t>
      </w:r>
    </w:p>
    <w:p>
      <w:pPr>
        <w:jc w:val="both"/>
      </w:pPr>
      <w:r>
        <w:t>3.2</w:t>
      </w:r>
    </w:p>
    <w:p>
      <w:pPr>
        <w:jc w:val="both"/>
      </w:pPr>
      <w:r>
        <w:t>Mô hình súng tiểu liên AK-47 luyện tập</w:t>
      </w:r>
    </w:p>
    <w:p>
      <w:pPr>
        <w:jc w:val="both"/>
      </w:pPr>
      <w:r>
        <w:t>Khẩu</w:t>
      </w:r>
    </w:p>
    <w:p>
      <w:pPr>
        <w:jc w:val="both"/>
      </w:pPr>
      <w:r>
        <w:t>25</w:t>
      </w:r>
    </w:p>
    <w:p>
      <w:pPr>
        <w:jc w:val="both"/>
      </w:pPr>
      <w:r>
        <w:t>Với trường có quy mô lớp 12 trên 10 lớp có thể trang bị 50 khẩu</w:t>
      </w:r>
    </w:p>
    <w:p>
      <w:pPr>
        <w:jc w:val="both"/>
      </w:pPr>
      <w:r>
        <w:t>3.3</w:t>
      </w:r>
    </w:p>
    <w:p>
      <w:pPr>
        <w:jc w:val="both"/>
      </w:pPr>
      <w:r>
        <w:t>Mô hình lựu đạn cắt bổ</w:t>
      </w:r>
    </w:p>
    <w:p>
      <w:pPr>
        <w:jc w:val="both"/>
      </w:pPr>
      <w:r>
        <w:t>Quả</w:t>
      </w:r>
    </w:p>
    <w:p>
      <w:pPr>
        <w:jc w:val="both"/>
      </w:pPr>
      <w:r>
        <w:t>5</w:t>
      </w:r>
    </w:p>
    <w:p>
      <w:pPr>
        <w:jc w:val="both"/>
      </w:pPr>
      <w:r>
        <w:t>3.4</w:t>
      </w:r>
    </w:p>
    <w:p>
      <w:pPr>
        <w:jc w:val="both"/>
      </w:pPr>
      <w:r>
        <w:t>Mô hình lựu đạn luyện tập</w:t>
      </w:r>
    </w:p>
    <w:p>
      <w:pPr>
        <w:jc w:val="both"/>
      </w:pPr>
      <w:r>
        <w:t>Quả</w:t>
      </w:r>
    </w:p>
    <w:p>
      <w:pPr>
        <w:jc w:val="both"/>
      </w:pPr>
      <w:r>
        <w:t>50</w:t>
      </w:r>
    </w:p>
    <w:p>
      <w:pPr>
        <w:jc w:val="both"/>
      </w:pPr>
      <w:r>
        <w:t>3.5</w:t>
      </w:r>
    </w:p>
    <w:p>
      <w:pPr>
        <w:jc w:val="both"/>
      </w:pPr>
      <w:r>
        <w:t>Mô hình thuốc nổ bánh</w:t>
      </w:r>
    </w:p>
    <w:p>
      <w:pPr>
        <w:jc w:val="both"/>
      </w:pPr>
      <w:r>
        <w:t>Bánh</w:t>
      </w:r>
    </w:p>
    <w:p>
      <w:pPr>
        <w:jc w:val="both"/>
      </w:pPr>
      <w:r>
        <w:t>02</w:t>
      </w:r>
    </w:p>
    <w:p>
      <w:pPr>
        <w:jc w:val="both"/>
      </w:pPr>
      <w:r>
        <w:t>3.6</w:t>
      </w:r>
    </w:p>
    <w:p>
      <w:pPr>
        <w:jc w:val="both"/>
      </w:pPr>
      <w:r>
        <w:t>Mô hình vũ khí tự tạo</w:t>
      </w:r>
    </w:p>
    <w:p>
      <w:pPr>
        <w:jc w:val="both"/>
      </w:pPr>
      <w:r>
        <w:t>Hộp</w:t>
      </w:r>
    </w:p>
    <w:p>
      <w:pPr>
        <w:jc w:val="both"/>
      </w:pPr>
      <w:r>
        <w:t>02</w:t>
      </w:r>
    </w:p>
    <w:p>
      <w:pPr>
        <w:jc w:val="both"/>
      </w:pPr>
      <w:r>
        <w:t>3.7</w:t>
      </w:r>
    </w:p>
    <w:p>
      <w:pPr>
        <w:jc w:val="both"/>
      </w:pPr>
      <w:r>
        <w:t>Mô hình mìn bộ binh cắt bổ và tập</w:t>
      </w:r>
    </w:p>
    <w:p>
      <w:pPr>
        <w:jc w:val="both"/>
      </w:pPr>
      <w:r>
        <w:t>Bộ</w:t>
      </w:r>
    </w:p>
    <w:p>
      <w:pPr>
        <w:jc w:val="both"/>
      </w:pPr>
      <w:r>
        <w:t>01</w:t>
      </w:r>
    </w:p>
    <w:p>
      <w:pPr>
        <w:jc w:val="both"/>
      </w:pPr>
      <w:r>
        <w:t>3.8</w:t>
      </w:r>
    </w:p>
    <w:p>
      <w:pPr>
        <w:jc w:val="both"/>
      </w:pPr>
      <w:r>
        <w:t>Bình xịt hơi cay</w:t>
      </w:r>
    </w:p>
    <w:p>
      <w:pPr>
        <w:jc w:val="both"/>
      </w:pPr>
      <w:r>
        <w:t>Bộ</w:t>
      </w:r>
    </w:p>
    <w:p>
      <w:pPr>
        <w:jc w:val="both"/>
      </w:pPr>
      <w:r>
        <w:t>10</w:t>
      </w:r>
    </w:p>
    <w:p>
      <w:pPr>
        <w:jc w:val="both"/>
      </w:pPr>
      <w:r>
        <w:t>3.9</w:t>
      </w:r>
    </w:p>
    <w:p>
      <w:pPr>
        <w:jc w:val="both"/>
      </w:pPr>
      <w:r>
        <w:t>Mô hình Súng bắn đạn cao su</w:t>
      </w:r>
    </w:p>
    <w:p>
      <w:pPr>
        <w:jc w:val="both"/>
      </w:pPr>
      <w:r>
        <w:t>Khẩu</w:t>
      </w:r>
    </w:p>
    <w:p>
      <w:pPr>
        <w:jc w:val="both"/>
      </w:pPr>
      <w:r>
        <w:t>10</w:t>
      </w:r>
    </w:p>
    <w:p>
      <w:pPr>
        <w:jc w:val="both"/>
      </w:pPr>
      <w:r>
        <w:t>4</w:t>
      </w:r>
    </w:p>
    <w:p>
      <w:pPr>
        <w:jc w:val="both"/>
      </w:pPr>
      <w:r>
        <w:t>Máy bắn tập</w:t>
      </w:r>
    </w:p>
    <w:p>
      <w:pPr>
        <w:jc w:val="both"/>
      </w:pPr>
      <w:r>
        <w:t>4.1</w:t>
      </w:r>
    </w:p>
    <w:p>
      <w:pPr>
        <w:jc w:val="both"/>
      </w:pPr>
      <w:r>
        <w:t>Máy bắn MBT-03</w:t>
      </w:r>
    </w:p>
    <w:p>
      <w:pPr>
        <w:jc w:val="both"/>
      </w:pPr>
      <w:r>
        <w:t>Bộ</w:t>
      </w:r>
    </w:p>
    <w:p>
      <w:pPr>
        <w:jc w:val="both"/>
      </w:pPr>
      <w:r>
        <w:t>01</w:t>
      </w:r>
    </w:p>
    <w:p>
      <w:pPr>
        <w:jc w:val="both"/>
      </w:pPr>
      <w:r>
        <w:t>Với trường có quy mô lớp 12 trên 10 lớp có thể trang bị 02 bộ</w:t>
      </w:r>
    </w:p>
    <w:p>
      <w:pPr>
        <w:jc w:val="both"/>
      </w:pPr>
      <w:r>
        <w:t>4.2</w:t>
      </w:r>
    </w:p>
    <w:p>
      <w:pPr>
        <w:jc w:val="both"/>
      </w:pPr>
      <w:r>
        <w:t>Thiết bị tạo tiếng nổ và lực giật cho máy bắn tập MBT-03 TNAK-12</w:t>
      </w:r>
    </w:p>
    <w:p>
      <w:pPr>
        <w:jc w:val="both"/>
      </w:pPr>
      <w:r>
        <w:t>Bộ</w:t>
      </w:r>
    </w:p>
    <w:p>
      <w:pPr>
        <w:jc w:val="both"/>
      </w:pPr>
      <w:r>
        <w:t>01</w:t>
      </w:r>
    </w:p>
    <w:p>
      <w:pPr>
        <w:jc w:val="both"/>
      </w:pPr>
      <w:r>
        <w:t>4.3</w:t>
      </w:r>
    </w:p>
    <w:p>
      <w:pPr>
        <w:jc w:val="both"/>
      </w:pPr>
      <w:r>
        <w:t>Thiết bị theo dõi đường ngắm RDS-07</w:t>
      </w:r>
    </w:p>
    <w:p>
      <w:pPr>
        <w:jc w:val="both"/>
      </w:pPr>
      <w:r>
        <w:t>Bộ</w:t>
      </w:r>
    </w:p>
    <w:p>
      <w:pPr>
        <w:jc w:val="both"/>
      </w:pPr>
      <w:r>
        <w:t>01</w:t>
      </w:r>
    </w:p>
    <w:p>
      <w:pPr>
        <w:jc w:val="both"/>
      </w:pPr>
      <w:r>
        <w:t>4.4</w:t>
      </w:r>
    </w:p>
    <w:p>
      <w:pPr>
        <w:jc w:val="both"/>
      </w:pPr>
      <w:r>
        <w:t>Lựu đạn tập nổ nhiều lần sử dụng CO2 lỏng (LĐT-15)</w:t>
      </w:r>
    </w:p>
    <w:p>
      <w:pPr>
        <w:jc w:val="both"/>
      </w:pPr>
      <w:r>
        <w:t>Bộ</w:t>
      </w:r>
    </w:p>
    <w:p>
      <w:pPr>
        <w:jc w:val="both"/>
      </w:pPr>
      <w:r>
        <w:t>01</w:t>
      </w:r>
    </w:p>
    <w:p>
      <w:pPr>
        <w:jc w:val="both"/>
      </w:pPr>
      <w:r>
        <w:t>5</w:t>
      </w:r>
    </w:p>
    <w:p>
      <w:pPr>
        <w:jc w:val="both"/>
      </w:pPr>
      <w:r>
        <w:t>Thiết bị khác</w:t>
      </w:r>
    </w:p>
    <w:p>
      <w:pPr>
        <w:jc w:val="both"/>
      </w:pPr>
      <w:r>
        <w:t>5.1</w:t>
      </w:r>
    </w:p>
    <w:p>
      <w:pPr>
        <w:jc w:val="both"/>
      </w:pPr>
      <w:r>
        <w:t>Bao đạn, túi đựng lựu đạn</w:t>
      </w:r>
    </w:p>
    <w:p>
      <w:pPr>
        <w:jc w:val="both"/>
      </w:pPr>
      <w:r>
        <w:t>Chiếc</w:t>
      </w:r>
    </w:p>
    <w:p>
      <w:pPr>
        <w:jc w:val="both"/>
      </w:pPr>
      <w:r>
        <w:t>20</w:t>
      </w:r>
    </w:p>
    <w:p>
      <w:pPr>
        <w:jc w:val="both"/>
      </w:pPr>
      <w:r>
        <w:t>5.2</w:t>
      </w:r>
    </w:p>
    <w:p>
      <w:pPr>
        <w:jc w:val="both"/>
      </w:pPr>
      <w:r>
        <w:t>Bộ bia (khung + mặt bia số 4)</w:t>
      </w:r>
    </w:p>
    <w:p>
      <w:pPr>
        <w:jc w:val="both"/>
      </w:pPr>
      <w:r>
        <w:t>Bộ</w:t>
      </w:r>
    </w:p>
    <w:p>
      <w:pPr>
        <w:jc w:val="both"/>
      </w:pPr>
      <w:r>
        <w:t>20</w:t>
      </w:r>
    </w:p>
    <w:p>
      <w:pPr>
        <w:jc w:val="both"/>
      </w:pPr>
      <w:r>
        <w:t>5.3</w:t>
      </w:r>
    </w:p>
    <w:p>
      <w:pPr>
        <w:jc w:val="both"/>
      </w:pPr>
      <w:r>
        <w:t>Giá đặt bia đa năng</w:t>
      </w:r>
    </w:p>
    <w:p>
      <w:pPr>
        <w:jc w:val="both"/>
      </w:pPr>
      <w:r>
        <w:t>Chiếc</w:t>
      </w:r>
    </w:p>
    <w:p>
      <w:pPr>
        <w:jc w:val="both"/>
      </w:pPr>
      <w:r>
        <w:t>20</w:t>
      </w:r>
    </w:p>
    <w:p>
      <w:pPr>
        <w:jc w:val="both"/>
      </w:pPr>
      <w:r>
        <w:t>5.4</w:t>
      </w:r>
    </w:p>
    <w:p>
      <w:pPr>
        <w:jc w:val="both"/>
      </w:pPr>
      <w:r>
        <w:t>Kính kiểm tra ngắm</w:t>
      </w:r>
    </w:p>
    <w:p>
      <w:pPr>
        <w:jc w:val="both"/>
      </w:pPr>
      <w:r>
        <w:t>Chiếc</w:t>
      </w:r>
    </w:p>
    <w:p>
      <w:pPr>
        <w:jc w:val="both"/>
      </w:pPr>
      <w:r>
        <w:t>04</w:t>
      </w:r>
    </w:p>
    <w:p>
      <w:pPr>
        <w:jc w:val="both"/>
      </w:pPr>
      <w:r>
        <w:t>5.5</w:t>
      </w:r>
    </w:p>
    <w:p>
      <w:pPr>
        <w:jc w:val="both"/>
      </w:pPr>
      <w:r>
        <w:t>Đồng tiền di động</w:t>
      </w:r>
    </w:p>
    <w:p>
      <w:pPr>
        <w:jc w:val="both"/>
      </w:pPr>
      <w:r>
        <w:t>Chiếc</w:t>
      </w:r>
    </w:p>
    <w:p>
      <w:pPr>
        <w:jc w:val="both"/>
      </w:pPr>
      <w:r>
        <w:t>02</w:t>
      </w:r>
    </w:p>
    <w:p>
      <w:pPr>
        <w:jc w:val="both"/>
      </w:pPr>
      <w:r>
        <w:t>5.6</w:t>
      </w:r>
    </w:p>
    <w:p>
      <w:pPr>
        <w:jc w:val="both"/>
      </w:pPr>
      <w:r>
        <w:t>Mô hình đường đạn trong không khí</w:t>
      </w:r>
    </w:p>
    <w:p>
      <w:pPr>
        <w:jc w:val="both"/>
      </w:pPr>
      <w:r>
        <w:t>Chiếc</w:t>
      </w:r>
    </w:p>
    <w:p>
      <w:pPr>
        <w:jc w:val="both"/>
      </w:pPr>
      <w:r>
        <w:t>02</w:t>
      </w:r>
    </w:p>
    <w:p>
      <w:pPr>
        <w:jc w:val="both"/>
      </w:pPr>
      <w:r>
        <w:t>5.7</w:t>
      </w:r>
    </w:p>
    <w:p>
      <w:pPr>
        <w:jc w:val="both"/>
      </w:pPr>
      <w:r>
        <w:t>Hộp dụng cụ huấn luyện</w:t>
      </w:r>
    </w:p>
    <w:p>
      <w:pPr>
        <w:jc w:val="both"/>
      </w:pPr>
      <w:r>
        <w:t>Bộ</w:t>
      </w:r>
    </w:p>
    <w:p>
      <w:pPr>
        <w:jc w:val="both"/>
      </w:pPr>
      <w:r>
        <w:t>04</w:t>
      </w:r>
    </w:p>
    <w:p>
      <w:pPr>
        <w:jc w:val="both"/>
      </w:pPr>
      <w:r>
        <w:t>5.8</w:t>
      </w:r>
    </w:p>
    <w:p>
      <w:pPr>
        <w:jc w:val="both"/>
      </w:pPr>
      <w:r>
        <w:t>Thiết bị tạo tiếng súng và tiếng nổ giả</w:t>
      </w:r>
    </w:p>
    <w:p>
      <w:pPr>
        <w:jc w:val="both"/>
      </w:pPr>
      <w:r>
        <w:t>Chiếc</w:t>
      </w:r>
    </w:p>
    <w:p>
      <w:pPr>
        <w:jc w:val="both"/>
      </w:pPr>
      <w:r>
        <w:t>01</w:t>
      </w:r>
    </w:p>
    <w:p>
      <w:pPr>
        <w:jc w:val="both"/>
      </w:pPr>
      <w:r>
        <w:t>5.9</w:t>
      </w:r>
    </w:p>
    <w:p>
      <w:pPr>
        <w:jc w:val="both"/>
      </w:pPr>
      <w:r>
        <w:t>Dụng cụ băng bó cứu thương</w:t>
      </w:r>
    </w:p>
    <w:p>
      <w:pPr>
        <w:jc w:val="both"/>
      </w:pPr>
      <w:r>
        <w:t>Bộ</w:t>
      </w:r>
    </w:p>
    <w:p>
      <w:pPr>
        <w:jc w:val="both"/>
      </w:pPr>
      <w:r>
        <w:t>15</w:t>
      </w:r>
    </w:p>
    <w:p>
      <w:pPr>
        <w:jc w:val="both"/>
      </w:pPr>
      <w:r>
        <w:t>5.10</w:t>
      </w:r>
    </w:p>
    <w:p>
      <w:pPr>
        <w:jc w:val="both"/>
      </w:pPr>
      <w:r>
        <w:t>Cáng cứu thương</w:t>
      </w:r>
    </w:p>
    <w:p>
      <w:pPr>
        <w:jc w:val="both"/>
      </w:pPr>
      <w:r>
        <w:t>Chiếc</w:t>
      </w:r>
    </w:p>
    <w:p>
      <w:pPr>
        <w:jc w:val="both"/>
      </w:pPr>
      <w:r>
        <w:t>05</w:t>
      </w:r>
    </w:p>
    <w:p>
      <w:pPr>
        <w:jc w:val="both"/>
      </w:pPr>
      <w:r>
        <w:t>5.11</w:t>
      </w:r>
    </w:p>
    <w:p>
      <w:pPr>
        <w:jc w:val="both"/>
      </w:pPr>
      <w:r>
        <w:t>Giá súng và bàn thao tác</w:t>
      </w:r>
    </w:p>
    <w:p>
      <w:pPr>
        <w:jc w:val="both"/>
      </w:pPr>
      <w:r>
        <w:t>Bộ</w:t>
      </w:r>
    </w:p>
    <w:p>
      <w:pPr>
        <w:jc w:val="both"/>
      </w:pPr>
      <w:r>
        <w:t>Theo nhu cầu sử dụng của từng trường</w:t>
      </w:r>
    </w:p>
    <w:p>
      <w:pPr>
        <w:jc w:val="both"/>
      </w:pPr>
      <w:r>
        <w:t>5.12</w:t>
      </w:r>
    </w:p>
    <w:p>
      <w:pPr>
        <w:jc w:val="both"/>
      </w:pPr>
      <w:r>
        <w:t>Tủ đựng súng và đựng thiết bị</w:t>
      </w:r>
    </w:p>
    <w:p>
      <w:pPr>
        <w:jc w:val="both"/>
      </w:pPr>
      <w:r>
        <w:t>Bộ</w:t>
      </w:r>
    </w:p>
    <w:p>
      <w:pPr>
        <w:jc w:val="both"/>
      </w:pPr>
      <w:r>
        <w:t>5.13</w:t>
      </w:r>
    </w:p>
    <w:p>
      <w:pPr>
        <w:jc w:val="both"/>
      </w:pPr>
      <w:r>
        <w:t>Mặt nạ phòng độc</w:t>
      </w:r>
    </w:p>
    <w:p>
      <w:pPr>
        <w:jc w:val="both"/>
      </w:pPr>
      <w:r>
        <w:t>Chiếc</w:t>
      </w:r>
    </w:p>
    <w:p>
      <w:pPr>
        <w:jc w:val="both"/>
      </w:pPr>
      <w:r>
        <w:t>20</w:t>
      </w:r>
    </w:p>
    <w:p>
      <w:pPr>
        <w:jc w:val="both"/>
      </w:pPr>
      <w:r>
        <w:t>6</w:t>
      </w:r>
    </w:p>
    <w:p>
      <w:pPr>
        <w:jc w:val="both"/>
      </w:pPr>
      <w:r>
        <w:t>Trang phục</w:t>
      </w:r>
    </w:p>
    <w:p>
      <w:pPr>
        <w:jc w:val="both"/>
      </w:pPr>
      <w:r>
        <w:t>6.1</w:t>
      </w:r>
    </w:p>
    <w:p>
      <w:pPr>
        <w:jc w:val="both"/>
      </w:pPr>
      <w:r>
        <w:t>Trang phục giáo viên GDQPAN</w:t>
      </w:r>
    </w:p>
    <w:p>
      <w:pPr>
        <w:jc w:val="both"/>
      </w:pPr>
      <w:r>
        <w:t>Số lượng cần cho 1 người</w:t>
      </w:r>
    </w:p>
    <w:p>
      <w:pPr>
        <w:jc w:val="both"/>
      </w:pPr>
      <w:r>
        <w:t>6.1.1</w:t>
      </w:r>
    </w:p>
    <w:p>
      <w:pPr>
        <w:jc w:val="both"/>
      </w:pPr>
      <w:r>
        <w:t>Trang phục mùa đông</w:t>
      </w:r>
    </w:p>
    <w:p>
      <w:pPr>
        <w:jc w:val="both"/>
      </w:pPr>
      <w:r>
        <w:t>Bộ</w:t>
      </w:r>
    </w:p>
    <w:p>
      <w:pPr>
        <w:jc w:val="both"/>
      </w:pPr>
      <w:r>
        <w:t>01</w:t>
      </w:r>
    </w:p>
    <w:p>
      <w:pPr>
        <w:jc w:val="both"/>
      </w:pPr>
      <w:r>
        <w:t>6.1.2</w:t>
      </w:r>
    </w:p>
    <w:p>
      <w:pPr>
        <w:jc w:val="both"/>
      </w:pPr>
      <w:r>
        <w:t>Trang phục mùa hè</w:t>
      </w:r>
    </w:p>
    <w:p>
      <w:pPr>
        <w:jc w:val="both"/>
      </w:pPr>
      <w:r>
        <w:t>Bộ</w:t>
      </w:r>
    </w:p>
    <w:p>
      <w:pPr>
        <w:jc w:val="both"/>
      </w:pPr>
      <w:r>
        <w:t>01</w:t>
      </w:r>
    </w:p>
    <w:p>
      <w:pPr>
        <w:jc w:val="both"/>
      </w:pPr>
      <w:r>
        <w:t>6.1.3</w:t>
      </w:r>
    </w:p>
    <w:p>
      <w:pPr>
        <w:jc w:val="both"/>
      </w:pPr>
      <w:r>
        <w:t>Trang phục dã chiến</w:t>
      </w:r>
    </w:p>
    <w:p>
      <w:pPr>
        <w:jc w:val="both"/>
      </w:pPr>
      <w:r>
        <w:t>Bộ</w:t>
      </w:r>
    </w:p>
    <w:p>
      <w:pPr>
        <w:jc w:val="both"/>
      </w:pPr>
      <w:r>
        <w:t>01</w:t>
      </w:r>
    </w:p>
    <w:p>
      <w:pPr>
        <w:jc w:val="both"/>
      </w:pPr>
      <w:r>
        <w:t>6.1.4</w:t>
      </w:r>
    </w:p>
    <w:p>
      <w:pPr>
        <w:jc w:val="both"/>
      </w:pPr>
      <w:r>
        <w:t>Mũ Kêpi</w:t>
      </w:r>
    </w:p>
    <w:p>
      <w:pPr>
        <w:jc w:val="both"/>
      </w:pPr>
      <w:r>
        <w:t>Chiếc</w:t>
      </w:r>
    </w:p>
    <w:p>
      <w:pPr>
        <w:jc w:val="both"/>
      </w:pPr>
      <w:r>
        <w:t>01</w:t>
      </w:r>
    </w:p>
    <w:p>
      <w:pPr>
        <w:jc w:val="both"/>
      </w:pPr>
      <w:r>
        <w:t>6.1.5</w:t>
      </w:r>
    </w:p>
    <w:p>
      <w:pPr>
        <w:jc w:val="both"/>
      </w:pPr>
      <w:r>
        <w:t>Mũ cứng</w:t>
      </w:r>
    </w:p>
    <w:p>
      <w:pPr>
        <w:jc w:val="both"/>
      </w:pPr>
      <w:r>
        <w:t>Chiếc</w:t>
      </w:r>
    </w:p>
    <w:p>
      <w:pPr>
        <w:jc w:val="both"/>
      </w:pPr>
      <w:r>
        <w:t>01</w:t>
      </w:r>
    </w:p>
    <w:p>
      <w:pPr>
        <w:jc w:val="both"/>
      </w:pPr>
      <w:r>
        <w:t>6.1.6</w:t>
      </w:r>
    </w:p>
    <w:p>
      <w:pPr>
        <w:jc w:val="both"/>
      </w:pPr>
      <w:r>
        <w:t>Mũ mềm</w:t>
      </w:r>
    </w:p>
    <w:p>
      <w:pPr>
        <w:jc w:val="both"/>
      </w:pPr>
      <w:r>
        <w:t>Chiếc</w:t>
      </w:r>
    </w:p>
    <w:p>
      <w:pPr>
        <w:jc w:val="both"/>
      </w:pPr>
      <w:r>
        <w:t>01</w:t>
      </w:r>
    </w:p>
    <w:p>
      <w:pPr>
        <w:jc w:val="both"/>
      </w:pPr>
      <w:r>
        <w:t>6.1.7</w:t>
      </w:r>
    </w:p>
    <w:p>
      <w:pPr>
        <w:jc w:val="both"/>
      </w:pPr>
      <w:r>
        <w:t>Thắt lưng</w:t>
      </w:r>
    </w:p>
    <w:p>
      <w:pPr>
        <w:jc w:val="both"/>
      </w:pPr>
      <w:r>
        <w:t>Chiếc</w:t>
      </w:r>
    </w:p>
    <w:p>
      <w:pPr>
        <w:jc w:val="both"/>
      </w:pPr>
      <w:r>
        <w:t>01</w:t>
      </w:r>
    </w:p>
    <w:p>
      <w:pPr>
        <w:jc w:val="both"/>
      </w:pPr>
      <w:r>
        <w:t>6.1.8</w:t>
      </w:r>
    </w:p>
    <w:p>
      <w:pPr>
        <w:jc w:val="both"/>
      </w:pPr>
      <w:r>
        <w:t>Giầy da</w:t>
      </w:r>
    </w:p>
    <w:p>
      <w:pPr>
        <w:jc w:val="both"/>
      </w:pPr>
      <w:r>
        <w:t>Đôi</w:t>
      </w:r>
    </w:p>
    <w:p>
      <w:pPr>
        <w:jc w:val="both"/>
      </w:pPr>
      <w:r>
        <w:t>01</w:t>
      </w:r>
    </w:p>
    <w:p>
      <w:pPr>
        <w:jc w:val="both"/>
      </w:pPr>
      <w:r>
        <w:t>6.1.9</w:t>
      </w:r>
    </w:p>
    <w:p>
      <w:pPr>
        <w:jc w:val="both"/>
      </w:pPr>
      <w:r>
        <w:t>Tất sợi</w:t>
      </w:r>
    </w:p>
    <w:p>
      <w:pPr>
        <w:jc w:val="both"/>
      </w:pPr>
      <w:r>
        <w:t>Đôi</w:t>
      </w:r>
    </w:p>
    <w:p>
      <w:pPr>
        <w:jc w:val="both"/>
      </w:pPr>
      <w:r>
        <w:t>02</w:t>
      </w:r>
    </w:p>
    <w:p>
      <w:pPr>
        <w:jc w:val="both"/>
      </w:pPr>
      <w:r>
        <w:t>6.1.10</w:t>
      </w:r>
    </w:p>
    <w:p>
      <w:pPr>
        <w:jc w:val="both"/>
      </w:pPr>
      <w:r>
        <w:t>Sao mũ Kêpi GDQPAN</w:t>
      </w:r>
    </w:p>
    <w:p>
      <w:pPr>
        <w:jc w:val="both"/>
      </w:pPr>
      <w:r>
        <w:t>Chiếc</w:t>
      </w:r>
    </w:p>
    <w:p>
      <w:pPr>
        <w:jc w:val="both"/>
      </w:pPr>
      <w:r>
        <w:t>01</w:t>
      </w:r>
    </w:p>
    <w:p>
      <w:pPr>
        <w:jc w:val="both"/>
      </w:pPr>
      <w:r>
        <w:t>6.1.11</w:t>
      </w:r>
    </w:p>
    <w:p>
      <w:pPr>
        <w:jc w:val="both"/>
      </w:pPr>
      <w:r>
        <w:t>Sao mũ cứng GDQPAN</w:t>
      </w:r>
    </w:p>
    <w:p>
      <w:pPr>
        <w:jc w:val="both"/>
      </w:pPr>
      <w:r>
        <w:t>Chiếc</w:t>
      </w:r>
    </w:p>
    <w:p>
      <w:pPr>
        <w:jc w:val="both"/>
      </w:pPr>
      <w:r>
        <w:t>01</w:t>
      </w:r>
    </w:p>
    <w:p>
      <w:pPr>
        <w:jc w:val="both"/>
      </w:pPr>
      <w:r>
        <w:t>6.1.12</w:t>
      </w:r>
    </w:p>
    <w:p>
      <w:pPr>
        <w:jc w:val="both"/>
      </w:pPr>
      <w:r>
        <w:t>Sao mũ mềm GDQPAN</w:t>
      </w:r>
    </w:p>
    <w:p>
      <w:pPr>
        <w:jc w:val="both"/>
      </w:pPr>
      <w:r>
        <w:t>Chiếc</w:t>
      </w:r>
    </w:p>
    <w:p>
      <w:pPr>
        <w:jc w:val="both"/>
      </w:pPr>
      <w:r>
        <w:t>01</w:t>
      </w:r>
    </w:p>
    <w:p>
      <w:pPr>
        <w:jc w:val="both"/>
      </w:pPr>
      <w:r>
        <w:t>6.1.13</w:t>
      </w:r>
    </w:p>
    <w:p>
      <w:pPr>
        <w:jc w:val="both"/>
      </w:pPr>
      <w:r>
        <w:t>Nền cấp hiệu GDQPAN</w:t>
      </w:r>
    </w:p>
    <w:p>
      <w:pPr>
        <w:jc w:val="both"/>
      </w:pPr>
      <w:r>
        <w:t>Đôi</w:t>
      </w:r>
    </w:p>
    <w:p>
      <w:pPr>
        <w:jc w:val="both"/>
      </w:pPr>
      <w:r>
        <w:t>01</w:t>
      </w:r>
    </w:p>
    <w:p>
      <w:pPr>
        <w:jc w:val="both"/>
      </w:pPr>
      <w:r>
        <w:t>6.1.14</w:t>
      </w:r>
    </w:p>
    <w:p>
      <w:pPr>
        <w:jc w:val="both"/>
      </w:pPr>
      <w:r>
        <w:t>Nền phù hiệu GDQPAN</w:t>
      </w:r>
    </w:p>
    <w:p>
      <w:pPr>
        <w:jc w:val="both"/>
      </w:pPr>
      <w:r>
        <w:t>Đôi</w:t>
      </w:r>
    </w:p>
    <w:p>
      <w:pPr>
        <w:jc w:val="both"/>
      </w:pPr>
      <w:r>
        <w:t>01</w:t>
      </w:r>
    </w:p>
    <w:p>
      <w:pPr>
        <w:jc w:val="both"/>
      </w:pPr>
      <w:r>
        <w:t>6.1.15</w:t>
      </w:r>
    </w:p>
    <w:p>
      <w:pPr>
        <w:jc w:val="both"/>
      </w:pPr>
      <w:r>
        <w:t>Biển tên</w:t>
      </w:r>
    </w:p>
    <w:p>
      <w:pPr>
        <w:jc w:val="both"/>
      </w:pPr>
      <w:r>
        <w:t>Chiếc</w:t>
      </w:r>
    </w:p>
    <w:p>
      <w:pPr>
        <w:jc w:val="both"/>
      </w:pPr>
      <w:r>
        <w:t>01</w:t>
      </w:r>
    </w:p>
    <w:p>
      <w:pPr>
        <w:jc w:val="both"/>
      </w:pPr>
      <w:r>
        <w:t>6.1.16</w:t>
      </w:r>
    </w:p>
    <w:p>
      <w:pPr>
        <w:jc w:val="both"/>
      </w:pPr>
      <w:r>
        <w:t>Ca vát</w:t>
      </w:r>
    </w:p>
    <w:p>
      <w:pPr>
        <w:jc w:val="both"/>
      </w:pPr>
      <w:r>
        <w:t>Chiếc</w:t>
      </w:r>
    </w:p>
    <w:p>
      <w:pPr>
        <w:jc w:val="both"/>
      </w:pPr>
      <w:r>
        <w:t>01</w:t>
      </w:r>
    </w:p>
    <w:p>
      <w:pPr>
        <w:jc w:val="both"/>
      </w:pPr>
      <w:r>
        <w:t>6.2</w:t>
      </w:r>
    </w:p>
    <w:p>
      <w:pPr>
        <w:jc w:val="both"/>
      </w:pPr>
      <w:r>
        <w:t>Trang phục học sinh GDQPAN</w:t>
      </w:r>
    </w:p>
    <w:p>
      <w:pPr>
        <w:jc w:val="both"/>
      </w:pPr>
      <w:r>
        <w:t>Nhà trường mua để dùng chung và cho học sinh mượn khi học GDQPAN</w:t>
      </w:r>
    </w:p>
    <w:p>
      <w:pPr>
        <w:jc w:val="both"/>
      </w:pPr>
      <w:r>
        <w:t>6.2.1</w:t>
      </w:r>
    </w:p>
    <w:p>
      <w:pPr>
        <w:jc w:val="both"/>
      </w:pPr>
      <w:r>
        <w:t>Trang phục (dùng chung hai mùa)</w:t>
      </w:r>
    </w:p>
    <w:p>
      <w:pPr>
        <w:jc w:val="both"/>
      </w:pPr>
      <w:r>
        <w:t>Bộ</w:t>
      </w:r>
    </w:p>
    <w:p>
      <w:pPr>
        <w:jc w:val="both"/>
      </w:pPr>
      <w:r>
        <w:t>100</w:t>
      </w:r>
    </w:p>
    <w:p>
      <w:pPr>
        <w:jc w:val="both"/>
      </w:pPr>
      <w:r>
        <w:t>6.2.2</w:t>
      </w:r>
    </w:p>
    <w:p>
      <w:pPr>
        <w:jc w:val="both"/>
      </w:pPr>
      <w:r>
        <w:t>Áo bông</w:t>
      </w:r>
    </w:p>
    <w:p>
      <w:pPr>
        <w:jc w:val="both"/>
      </w:pPr>
      <w:r>
        <w:t>Chiếc</w:t>
      </w:r>
    </w:p>
    <w:p>
      <w:pPr>
        <w:jc w:val="both"/>
      </w:pPr>
      <w:r>
        <w:t>100</w:t>
      </w:r>
    </w:p>
    <w:p>
      <w:pPr>
        <w:jc w:val="both"/>
      </w:pPr>
      <w:r>
        <w:t>Dùng cho các tỉnh phía Bắc</w:t>
      </w:r>
    </w:p>
    <w:p>
      <w:pPr>
        <w:jc w:val="both"/>
      </w:pPr>
      <w:r>
        <w:t>6.2.3</w:t>
      </w:r>
    </w:p>
    <w:p>
      <w:pPr>
        <w:jc w:val="both"/>
      </w:pPr>
      <w:r>
        <w:t>Mũ cứng</w:t>
      </w:r>
    </w:p>
    <w:p>
      <w:pPr>
        <w:jc w:val="both"/>
      </w:pPr>
      <w:r>
        <w:t>Chiếc</w:t>
      </w:r>
    </w:p>
    <w:p>
      <w:pPr>
        <w:jc w:val="both"/>
      </w:pPr>
      <w:r>
        <w:t>100</w:t>
      </w:r>
    </w:p>
    <w:p>
      <w:pPr>
        <w:jc w:val="both"/>
      </w:pPr>
      <w:r>
        <w:t>6.2.4</w:t>
      </w:r>
    </w:p>
    <w:p>
      <w:pPr>
        <w:jc w:val="both"/>
      </w:pPr>
      <w:r>
        <w:t>Mũ mềm</w:t>
      </w:r>
    </w:p>
    <w:p>
      <w:pPr>
        <w:jc w:val="both"/>
      </w:pPr>
      <w:r>
        <w:t>Chiếc</w:t>
      </w:r>
    </w:p>
    <w:p>
      <w:pPr>
        <w:jc w:val="both"/>
      </w:pPr>
      <w:r>
        <w:t>100</w:t>
      </w:r>
    </w:p>
    <w:p>
      <w:pPr>
        <w:jc w:val="both"/>
      </w:pPr>
      <w:r>
        <w:t>6.2.5</w:t>
      </w:r>
    </w:p>
    <w:p>
      <w:pPr>
        <w:jc w:val="both"/>
      </w:pPr>
      <w:r>
        <w:t>Giầy vải</w:t>
      </w:r>
    </w:p>
    <w:p>
      <w:pPr>
        <w:jc w:val="both"/>
      </w:pPr>
      <w:r>
        <w:t>Đôi</w:t>
      </w:r>
    </w:p>
    <w:p>
      <w:pPr>
        <w:jc w:val="both"/>
      </w:pPr>
      <w:r>
        <w:t>100</w:t>
      </w:r>
    </w:p>
    <w:p>
      <w:pPr>
        <w:jc w:val="both"/>
      </w:pPr>
      <w:r>
        <w:t>6.2.6</w:t>
      </w:r>
    </w:p>
    <w:p>
      <w:pPr>
        <w:jc w:val="both"/>
      </w:pPr>
      <w:r>
        <w:t>Tất sợi</w:t>
      </w:r>
    </w:p>
    <w:p>
      <w:pPr>
        <w:jc w:val="both"/>
      </w:pPr>
      <w:r>
        <w:t>Đôi</w:t>
      </w:r>
    </w:p>
    <w:p>
      <w:pPr>
        <w:jc w:val="both"/>
      </w:pPr>
      <w:r>
        <w:t>100</w:t>
      </w:r>
    </w:p>
    <w:p>
      <w:pPr>
        <w:jc w:val="both"/>
      </w:pPr>
      <w:r>
        <w:t>6.2.7</w:t>
      </w:r>
    </w:p>
    <w:p>
      <w:pPr>
        <w:jc w:val="both"/>
      </w:pPr>
      <w:r>
        <w:t>Thắt lưng</w:t>
      </w:r>
    </w:p>
    <w:p>
      <w:pPr>
        <w:jc w:val="both"/>
      </w:pPr>
      <w:r>
        <w:t>Chiếc</w:t>
      </w:r>
    </w:p>
    <w:p>
      <w:pPr>
        <w:jc w:val="both"/>
      </w:pPr>
      <w:r>
        <w:t>100</w:t>
      </w:r>
    </w:p>
    <w:p>
      <w:pPr>
        <w:jc w:val="both"/>
      </w:pPr>
      <w:r>
        <w:t>6.2.8</w:t>
      </w:r>
    </w:p>
    <w:p>
      <w:pPr>
        <w:jc w:val="both"/>
      </w:pPr>
      <w:r>
        <w:t>Sao mũ cứng GDQPAN</w:t>
      </w:r>
    </w:p>
    <w:p>
      <w:pPr>
        <w:jc w:val="both"/>
      </w:pPr>
      <w:r>
        <w:t>Chiếc</w:t>
      </w:r>
    </w:p>
    <w:p>
      <w:pPr>
        <w:jc w:val="both"/>
      </w:pPr>
      <w:r>
        <w:t>100</w:t>
      </w:r>
    </w:p>
    <w:p>
      <w:pPr>
        <w:jc w:val="both"/>
      </w:pPr>
      <w:r>
        <w:t>6.2.9</w:t>
      </w:r>
    </w:p>
    <w:p>
      <w:pPr>
        <w:jc w:val="both"/>
      </w:pPr>
      <w:r>
        <w:t>Sao mũ mềm GDQPAN</w:t>
      </w:r>
    </w:p>
    <w:p>
      <w:pPr>
        <w:jc w:val="both"/>
      </w:pPr>
      <w:r>
        <w:t>Chiếc</w:t>
      </w:r>
    </w:p>
    <w:p>
      <w:pPr>
        <w:jc w:val="both"/>
      </w:pPr>
      <w:r>
        <w:t>100</w:t>
      </w:r>
    </w:p>
    <w:p>
      <w:pPr>
        <w:jc w:val="both"/>
      </w:pPr>
      <w:r>
        <w:t>III. Trường trung cấp sư phạm, cao đẳng sư phạm, cơ sở giáo dục đại học và trung tâm giáo dục quốc phòng và an ninh</w:t>
      </w:r>
    </w:p>
    <w:p>
      <w:pPr>
        <w:jc w:val="both"/>
      </w:pPr>
      <w:r>
        <w:t>1. Trường trung cấp sư phạm</w:t>
      </w:r>
    </w:p>
    <w:p>
      <w:pPr>
        <w:jc w:val="both"/>
      </w:pPr>
      <w:r>
        <w:t>TT</w:t>
      </w:r>
    </w:p>
    <w:p>
      <w:pPr>
        <w:jc w:val="both"/>
      </w:pPr>
      <w:r>
        <w:t>Tên thiết bị</w:t>
      </w:r>
    </w:p>
    <w:p>
      <w:pPr>
        <w:jc w:val="both"/>
      </w:pPr>
      <w:r>
        <w:t>Đ ơ n vị tính</w:t>
      </w:r>
    </w:p>
    <w:p>
      <w:pPr>
        <w:jc w:val="both"/>
      </w:pPr>
      <w:r>
        <w:t>Số lượng cần cho 1 tr ườn g</w:t>
      </w:r>
    </w:p>
    <w:p>
      <w:pPr>
        <w:jc w:val="both"/>
      </w:pPr>
      <w:r>
        <w:t>Ghi chú</w:t>
      </w:r>
    </w:p>
    <w:p>
      <w:pPr>
        <w:jc w:val="both"/>
      </w:pPr>
      <w:r>
        <w:t>1</w:t>
      </w:r>
    </w:p>
    <w:p>
      <w:pPr>
        <w:jc w:val="both"/>
      </w:pPr>
      <w:r>
        <w:t>Tài liệu</w:t>
      </w:r>
    </w:p>
    <w:p>
      <w:pPr>
        <w:jc w:val="both"/>
      </w:pPr>
      <w:r>
        <w:t>1.1</w:t>
      </w:r>
    </w:p>
    <w:p>
      <w:pPr>
        <w:jc w:val="both"/>
      </w:pPr>
      <w:r>
        <w:t>Giáo trình GDQPAN trung cấp sư phạm (Tập 1)</w:t>
      </w:r>
    </w:p>
    <w:p>
      <w:pPr>
        <w:jc w:val="both"/>
      </w:pPr>
      <w:r>
        <w:t>Mỗi giáo viên 01 bộ gồm 02 quyển</w:t>
      </w:r>
    </w:p>
    <w:p>
      <w:pPr>
        <w:jc w:val="both"/>
      </w:pPr>
      <w:r>
        <w:t>1.2</w:t>
      </w:r>
    </w:p>
    <w:p>
      <w:pPr>
        <w:jc w:val="both"/>
      </w:pPr>
      <w:r>
        <w:t>Giáo trình GDQPAN trung cấp sư phạm (Tập 2)</w:t>
      </w:r>
    </w:p>
    <w:p>
      <w:pPr>
        <w:jc w:val="both"/>
      </w:pPr>
      <w:r>
        <w:t>2</w:t>
      </w:r>
    </w:p>
    <w:p>
      <w:pPr>
        <w:jc w:val="both"/>
      </w:pPr>
      <w:r>
        <w:t>Tranh in hoặc tranh điện tử</w:t>
      </w:r>
    </w:p>
    <w:p>
      <w:pPr>
        <w:jc w:val="both"/>
      </w:pPr>
      <w:r>
        <w:t>2.1</w:t>
      </w:r>
    </w:p>
    <w:p>
      <w:pPr>
        <w:jc w:val="both"/>
      </w:pPr>
      <w:r>
        <w:t>Sơ đồ Tổ chức Quân đội và Công an</w:t>
      </w:r>
    </w:p>
    <w:p>
      <w:pPr>
        <w:jc w:val="both"/>
      </w:pPr>
      <w:r>
        <w:t>Bộ</w:t>
      </w:r>
    </w:p>
    <w:p>
      <w:pPr>
        <w:jc w:val="both"/>
      </w:pPr>
      <w:r>
        <w:t>01</w:t>
      </w:r>
    </w:p>
    <w:p>
      <w:pPr>
        <w:jc w:val="both"/>
      </w:pPr>
      <w:r>
        <w:t>Một bộ gồm 06 tờ</w:t>
      </w:r>
    </w:p>
    <w:p>
      <w:pPr>
        <w:jc w:val="both"/>
      </w:pPr>
      <w:r>
        <w:t>2.2</w:t>
      </w:r>
    </w:p>
    <w:p>
      <w:pPr>
        <w:jc w:val="both"/>
      </w:pPr>
      <w:r>
        <w:t>Cấu tạo, sử dụng một số loại lựu đạn</w:t>
      </w:r>
    </w:p>
    <w:p>
      <w:pPr>
        <w:jc w:val="both"/>
      </w:pPr>
      <w:r>
        <w:t>Bộ</w:t>
      </w:r>
    </w:p>
    <w:p>
      <w:pPr>
        <w:jc w:val="both"/>
      </w:pPr>
      <w:r>
        <w:t>01</w:t>
      </w:r>
    </w:p>
    <w:p>
      <w:pPr>
        <w:jc w:val="both"/>
      </w:pPr>
      <w:r>
        <w:t>Một bộ gồm 02 tờ</w:t>
      </w:r>
    </w:p>
    <w:p>
      <w:pPr>
        <w:jc w:val="both"/>
      </w:pPr>
      <w:r>
        <w:t>2.3</w:t>
      </w:r>
    </w:p>
    <w:p>
      <w:pPr>
        <w:jc w:val="both"/>
      </w:pPr>
      <w:r>
        <w:t>Kỹ thuật băng bó cấp cứu, chuyển thương</w:t>
      </w:r>
    </w:p>
    <w:p>
      <w:pPr>
        <w:jc w:val="both"/>
      </w:pPr>
      <w:r>
        <w:t>Bộ</w:t>
      </w:r>
    </w:p>
    <w:p>
      <w:pPr>
        <w:jc w:val="both"/>
      </w:pPr>
      <w:r>
        <w:t>01</w:t>
      </w:r>
    </w:p>
    <w:p>
      <w:pPr>
        <w:jc w:val="both"/>
      </w:pPr>
      <w:r>
        <w:t>Một bộ gồm 03 tờ</w:t>
      </w:r>
    </w:p>
    <w:p>
      <w:pPr>
        <w:jc w:val="both"/>
      </w:pPr>
      <w:r>
        <w:t>2.4</w:t>
      </w:r>
    </w:p>
    <w:p>
      <w:pPr>
        <w:jc w:val="both"/>
      </w:pPr>
      <w:r>
        <w:t>Súng tiểu liên AK, súng trường CKC, súng chống tăng B40, B41</w:t>
      </w:r>
    </w:p>
    <w:p>
      <w:pPr>
        <w:jc w:val="both"/>
      </w:pPr>
      <w:r>
        <w:t>Bộ</w:t>
      </w:r>
    </w:p>
    <w:p>
      <w:pPr>
        <w:jc w:val="both"/>
      </w:pPr>
      <w:r>
        <w:t>01</w:t>
      </w:r>
    </w:p>
    <w:p>
      <w:pPr>
        <w:jc w:val="both"/>
      </w:pPr>
      <w:r>
        <w:t>Một bộ gồm 04 tờ</w:t>
      </w:r>
    </w:p>
    <w:p>
      <w:pPr>
        <w:jc w:val="both"/>
      </w:pPr>
      <w:r>
        <w:t>2.5</w:t>
      </w:r>
    </w:p>
    <w:p>
      <w:pPr>
        <w:jc w:val="both"/>
      </w:pPr>
      <w:r>
        <w:t>Đội hình chiến đấu cơ bản của tổ bộ binh</w:t>
      </w:r>
    </w:p>
    <w:p>
      <w:pPr>
        <w:jc w:val="both"/>
      </w:pPr>
      <w:r>
        <w:t>Bộ</w:t>
      </w:r>
    </w:p>
    <w:p>
      <w:pPr>
        <w:jc w:val="both"/>
      </w:pPr>
      <w:r>
        <w:t>01</w:t>
      </w:r>
    </w:p>
    <w:p>
      <w:pPr>
        <w:jc w:val="both"/>
      </w:pPr>
      <w:r>
        <w:t>Một bộ gồm 02 tờ</w:t>
      </w:r>
    </w:p>
    <w:p>
      <w:pPr>
        <w:jc w:val="both"/>
      </w:pPr>
      <w:r>
        <w:t>2.6</w:t>
      </w:r>
    </w:p>
    <w:p>
      <w:pPr>
        <w:jc w:val="both"/>
      </w:pPr>
      <w:r>
        <w:t>Các tư thế, động tác bắn súng AK</w:t>
      </w:r>
    </w:p>
    <w:p>
      <w:pPr>
        <w:jc w:val="both"/>
      </w:pPr>
      <w:r>
        <w:t>Tờ</w:t>
      </w:r>
    </w:p>
    <w:p>
      <w:pPr>
        <w:jc w:val="both"/>
      </w:pPr>
      <w:r>
        <w:t>01</w:t>
      </w:r>
    </w:p>
    <w:p>
      <w:pPr>
        <w:jc w:val="both"/>
      </w:pPr>
      <w:r>
        <w:t>Một bộ gồm 03 tờ</w:t>
      </w:r>
    </w:p>
    <w:p>
      <w:pPr>
        <w:jc w:val="both"/>
      </w:pPr>
      <w:r>
        <w:t>2.7</w:t>
      </w:r>
    </w:p>
    <w:p>
      <w:pPr>
        <w:jc w:val="both"/>
      </w:pPr>
      <w:r>
        <w:t>Cấu tạo và động tác sử dụng lựu đạn Ф1</w:t>
      </w:r>
    </w:p>
    <w:p>
      <w:pPr>
        <w:jc w:val="both"/>
      </w:pPr>
      <w:r>
        <w:t>Tờ</w:t>
      </w:r>
    </w:p>
    <w:p>
      <w:pPr>
        <w:jc w:val="both"/>
      </w:pPr>
      <w:r>
        <w:t>01</w:t>
      </w:r>
    </w:p>
    <w:p>
      <w:pPr>
        <w:jc w:val="both"/>
      </w:pPr>
      <w:r>
        <w:t>Một bộ gồm 02 tờ</w:t>
      </w:r>
    </w:p>
    <w:p>
      <w:pPr>
        <w:jc w:val="both"/>
      </w:pPr>
      <w:r>
        <w:t>2.8</w:t>
      </w:r>
    </w:p>
    <w:p>
      <w:pPr>
        <w:jc w:val="both"/>
      </w:pPr>
      <w:r>
        <w:t>Các động tác vận động trong chiến đấu</w:t>
      </w:r>
    </w:p>
    <w:p>
      <w:pPr>
        <w:jc w:val="both"/>
      </w:pPr>
      <w:r>
        <w:t>Bộ</w:t>
      </w:r>
    </w:p>
    <w:p>
      <w:pPr>
        <w:jc w:val="both"/>
      </w:pPr>
      <w:r>
        <w:t>01</w:t>
      </w:r>
    </w:p>
    <w:p>
      <w:pPr>
        <w:jc w:val="both"/>
      </w:pPr>
      <w:r>
        <w:t>Một bộ gồm 02 tờ</w:t>
      </w:r>
    </w:p>
    <w:p>
      <w:pPr>
        <w:jc w:val="both"/>
      </w:pPr>
      <w:r>
        <w:t>2.9</w:t>
      </w:r>
    </w:p>
    <w:p>
      <w:pPr>
        <w:jc w:val="both"/>
      </w:pPr>
      <w:r>
        <w:t>Thuốc nổ, đồ dùng gây nổ, vật cản, vũ khí tự tạo</w:t>
      </w:r>
    </w:p>
    <w:p>
      <w:pPr>
        <w:jc w:val="both"/>
      </w:pPr>
      <w:r>
        <w:t>Bộ</w:t>
      </w:r>
    </w:p>
    <w:p>
      <w:pPr>
        <w:jc w:val="both"/>
      </w:pPr>
      <w:r>
        <w:t>01</w:t>
      </w:r>
    </w:p>
    <w:p>
      <w:pPr>
        <w:jc w:val="both"/>
      </w:pPr>
      <w:r>
        <w:t>Một bộ gồm 04 tờ</w:t>
      </w:r>
    </w:p>
    <w:p>
      <w:pPr>
        <w:jc w:val="both"/>
      </w:pPr>
      <w:r>
        <w:t>2.10</w:t>
      </w:r>
    </w:p>
    <w:p>
      <w:pPr>
        <w:jc w:val="both"/>
      </w:pPr>
      <w:r>
        <w:t>Đĩa hình GDQPAN</w:t>
      </w:r>
    </w:p>
    <w:p>
      <w:pPr>
        <w:jc w:val="both"/>
      </w:pPr>
      <w:r>
        <w:t>Bộ</w:t>
      </w:r>
    </w:p>
    <w:p>
      <w:pPr>
        <w:jc w:val="both"/>
      </w:pPr>
      <w:r>
        <w:t>02</w:t>
      </w:r>
    </w:p>
    <w:p>
      <w:pPr>
        <w:jc w:val="both"/>
      </w:pPr>
      <w:r>
        <w:t>Một bộ gồm 05 đĩa DVD</w:t>
      </w:r>
    </w:p>
    <w:p>
      <w:pPr>
        <w:jc w:val="both"/>
      </w:pPr>
      <w:r>
        <w:t>3</w:t>
      </w:r>
    </w:p>
    <w:p>
      <w:pPr>
        <w:jc w:val="both"/>
      </w:pPr>
      <w:r>
        <w:t>Mô hình vũ khí</w:t>
      </w:r>
    </w:p>
    <w:p>
      <w:pPr>
        <w:jc w:val="both"/>
      </w:pPr>
      <w:r>
        <w:t>3.1</w:t>
      </w:r>
    </w:p>
    <w:p>
      <w:pPr>
        <w:jc w:val="both"/>
      </w:pPr>
      <w:r>
        <w:t>Mô hình súng AK-47, CKC, B40, B41 cắt bổ</w:t>
      </w:r>
    </w:p>
    <w:p>
      <w:pPr>
        <w:jc w:val="both"/>
      </w:pPr>
      <w:r>
        <w:t>Bộ</w:t>
      </w:r>
    </w:p>
    <w:p>
      <w:pPr>
        <w:jc w:val="both"/>
      </w:pPr>
      <w:r>
        <w:t>01</w:t>
      </w:r>
    </w:p>
    <w:p>
      <w:pPr>
        <w:jc w:val="both"/>
      </w:pPr>
      <w:r>
        <w:t>Một bộ gồm 04 khẩu</w:t>
      </w:r>
    </w:p>
    <w:p>
      <w:pPr>
        <w:jc w:val="both"/>
      </w:pPr>
      <w:r>
        <w:t>3.2</w:t>
      </w:r>
    </w:p>
    <w:p>
      <w:pPr>
        <w:jc w:val="both"/>
      </w:pPr>
      <w:r>
        <w:t>Mô hình súng tiểu liên AK-47 luyện tập</w:t>
      </w:r>
    </w:p>
    <w:p>
      <w:pPr>
        <w:jc w:val="both"/>
      </w:pPr>
      <w:r>
        <w:t>Khẩu</w:t>
      </w:r>
    </w:p>
    <w:p>
      <w:pPr>
        <w:jc w:val="both"/>
      </w:pPr>
      <w:r>
        <w:t>25</w:t>
      </w:r>
    </w:p>
    <w:p>
      <w:pPr>
        <w:jc w:val="both"/>
      </w:pPr>
      <w:r>
        <w:t>Trường có quy mô trên 10 lớp có thể trang bị 50 khẩu</w:t>
      </w:r>
    </w:p>
    <w:p>
      <w:pPr>
        <w:jc w:val="both"/>
      </w:pPr>
      <w:r>
        <w:t>3.3</w:t>
      </w:r>
    </w:p>
    <w:p>
      <w:pPr>
        <w:jc w:val="both"/>
      </w:pPr>
      <w:r>
        <w:t>Mô hình lựu đạn cắt bổ</w:t>
      </w:r>
    </w:p>
    <w:p>
      <w:pPr>
        <w:jc w:val="both"/>
      </w:pPr>
      <w:r>
        <w:t>Quả</w:t>
      </w:r>
    </w:p>
    <w:p>
      <w:pPr>
        <w:jc w:val="both"/>
      </w:pPr>
      <w:r>
        <w:t>05</w:t>
      </w:r>
    </w:p>
    <w:p>
      <w:pPr>
        <w:jc w:val="both"/>
      </w:pPr>
      <w:r>
        <w:t>3.4</w:t>
      </w:r>
    </w:p>
    <w:p>
      <w:pPr>
        <w:jc w:val="both"/>
      </w:pPr>
      <w:r>
        <w:t>Mô hình lựu đạn luyện tập</w:t>
      </w:r>
    </w:p>
    <w:p>
      <w:pPr>
        <w:jc w:val="both"/>
      </w:pPr>
      <w:r>
        <w:t>Quả</w:t>
      </w:r>
    </w:p>
    <w:p>
      <w:pPr>
        <w:jc w:val="both"/>
      </w:pPr>
      <w:r>
        <w:t>50</w:t>
      </w:r>
    </w:p>
    <w:p>
      <w:pPr>
        <w:jc w:val="both"/>
      </w:pPr>
      <w:r>
        <w:t>3.5</w:t>
      </w:r>
    </w:p>
    <w:p>
      <w:pPr>
        <w:jc w:val="both"/>
      </w:pPr>
      <w:r>
        <w:t>Mô hình thuốc nổ bánh</w:t>
      </w:r>
    </w:p>
    <w:p>
      <w:pPr>
        <w:jc w:val="both"/>
      </w:pPr>
      <w:r>
        <w:t>Bánh</w:t>
      </w:r>
    </w:p>
    <w:p>
      <w:pPr>
        <w:jc w:val="both"/>
      </w:pPr>
      <w:r>
        <w:t>02</w:t>
      </w:r>
    </w:p>
    <w:p>
      <w:pPr>
        <w:jc w:val="both"/>
      </w:pPr>
      <w:r>
        <w:t>3.6</w:t>
      </w:r>
    </w:p>
    <w:p>
      <w:pPr>
        <w:jc w:val="both"/>
      </w:pPr>
      <w:r>
        <w:t>Mô hình vũ khí tự tạo</w:t>
      </w:r>
    </w:p>
    <w:p>
      <w:pPr>
        <w:jc w:val="both"/>
      </w:pPr>
      <w:r>
        <w:t>Hộp</w:t>
      </w:r>
    </w:p>
    <w:p>
      <w:pPr>
        <w:jc w:val="both"/>
      </w:pPr>
      <w:r>
        <w:t>02</w:t>
      </w:r>
    </w:p>
    <w:p>
      <w:pPr>
        <w:jc w:val="both"/>
      </w:pPr>
      <w:r>
        <w:t>3.7</w:t>
      </w:r>
    </w:p>
    <w:p>
      <w:pPr>
        <w:jc w:val="both"/>
      </w:pPr>
      <w:r>
        <w:t>Mô hình mìn bộ binh cắt bổ và tập</w:t>
      </w:r>
    </w:p>
    <w:p>
      <w:pPr>
        <w:jc w:val="both"/>
      </w:pPr>
      <w:r>
        <w:t>Bộ</w:t>
      </w:r>
    </w:p>
    <w:p>
      <w:pPr>
        <w:jc w:val="both"/>
      </w:pPr>
      <w:r>
        <w:t>01</w:t>
      </w:r>
    </w:p>
    <w:p>
      <w:pPr>
        <w:jc w:val="both"/>
      </w:pPr>
      <w:r>
        <w:t>4</w:t>
      </w:r>
    </w:p>
    <w:p>
      <w:pPr>
        <w:jc w:val="both"/>
      </w:pPr>
      <w:r>
        <w:t>Máy bắn tập</w:t>
      </w:r>
    </w:p>
    <w:p>
      <w:pPr>
        <w:jc w:val="both"/>
      </w:pPr>
      <w:r>
        <w:t>4.1</w:t>
      </w:r>
    </w:p>
    <w:p>
      <w:pPr>
        <w:jc w:val="both"/>
      </w:pPr>
      <w:r>
        <w:t>Máy bắn MBT-03</w:t>
      </w:r>
    </w:p>
    <w:p>
      <w:pPr>
        <w:jc w:val="both"/>
      </w:pPr>
      <w:r>
        <w:t>Bộ</w:t>
      </w:r>
    </w:p>
    <w:p>
      <w:pPr>
        <w:jc w:val="both"/>
      </w:pPr>
      <w:r>
        <w:t>01</w:t>
      </w:r>
    </w:p>
    <w:p>
      <w:pPr>
        <w:jc w:val="both"/>
      </w:pPr>
      <w:r>
        <w:t>Trường có quy mô trên 10 lớp có thể trang bị 02 bộ</w:t>
      </w:r>
    </w:p>
    <w:p>
      <w:pPr>
        <w:jc w:val="both"/>
      </w:pPr>
      <w:r>
        <w:t>4.2</w:t>
      </w:r>
    </w:p>
    <w:p>
      <w:pPr>
        <w:jc w:val="both"/>
      </w:pPr>
      <w:r>
        <w:t>Thiết bị tạo tiếng nổ và lực giật cho máy bắn tập MBT-03 TNAK-12</w:t>
      </w:r>
    </w:p>
    <w:p>
      <w:pPr>
        <w:jc w:val="both"/>
      </w:pPr>
      <w:r>
        <w:t>Bộ</w:t>
      </w:r>
    </w:p>
    <w:p>
      <w:pPr>
        <w:jc w:val="both"/>
      </w:pPr>
      <w:r>
        <w:t>01</w:t>
      </w:r>
    </w:p>
    <w:p>
      <w:pPr>
        <w:jc w:val="both"/>
      </w:pPr>
      <w:r>
        <w:t>4.3</w:t>
      </w:r>
    </w:p>
    <w:p>
      <w:pPr>
        <w:jc w:val="both"/>
      </w:pPr>
      <w:r>
        <w:t>Thiết bị theo dõi đường ngắm RDS-07</w:t>
      </w:r>
    </w:p>
    <w:p>
      <w:pPr>
        <w:jc w:val="both"/>
      </w:pPr>
      <w:r>
        <w:t>Bộ</w:t>
      </w:r>
    </w:p>
    <w:p>
      <w:pPr>
        <w:jc w:val="both"/>
      </w:pPr>
      <w:r>
        <w:t>01</w:t>
      </w:r>
    </w:p>
    <w:p>
      <w:pPr>
        <w:jc w:val="both"/>
      </w:pPr>
      <w:r>
        <w:t>4.4</w:t>
      </w:r>
    </w:p>
    <w:p>
      <w:pPr>
        <w:jc w:val="both"/>
      </w:pPr>
      <w:r>
        <w:t>Lựu đạn tập nổ nhiều lần sử dụng CO2 lỏng (LĐT-15)</w:t>
      </w:r>
    </w:p>
    <w:p>
      <w:pPr>
        <w:jc w:val="both"/>
      </w:pPr>
      <w:r>
        <w:t>Bộ</w:t>
      </w:r>
    </w:p>
    <w:p>
      <w:pPr>
        <w:jc w:val="both"/>
      </w:pPr>
      <w:r>
        <w:t>01</w:t>
      </w:r>
    </w:p>
    <w:p>
      <w:pPr>
        <w:jc w:val="both"/>
      </w:pPr>
      <w:r>
        <w:t>5</w:t>
      </w:r>
    </w:p>
    <w:p>
      <w:pPr>
        <w:jc w:val="both"/>
      </w:pPr>
      <w:r>
        <w:t>Thiết bị khác</w:t>
      </w:r>
    </w:p>
    <w:p>
      <w:pPr>
        <w:jc w:val="both"/>
      </w:pPr>
      <w:r>
        <w:t>5.1</w:t>
      </w:r>
    </w:p>
    <w:p>
      <w:pPr>
        <w:jc w:val="both"/>
      </w:pPr>
      <w:r>
        <w:t>Bao đạn, túi đựng lựu đạn</w:t>
      </w:r>
    </w:p>
    <w:p>
      <w:pPr>
        <w:jc w:val="both"/>
      </w:pPr>
      <w:r>
        <w:t>Chiếc</w:t>
      </w:r>
    </w:p>
    <w:p>
      <w:pPr>
        <w:jc w:val="both"/>
      </w:pPr>
      <w:r>
        <w:t>20</w:t>
      </w:r>
    </w:p>
    <w:p>
      <w:pPr>
        <w:jc w:val="both"/>
      </w:pPr>
      <w:r>
        <w:t>5.2</w:t>
      </w:r>
    </w:p>
    <w:p>
      <w:pPr>
        <w:jc w:val="both"/>
      </w:pPr>
      <w:r>
        <w:t>Bộ bia (khung + mặt bia số 4)</w:t>
      </w:r>
    </w:p>
    <w:p>
      <w:pPr>
        <w:jc w:val="both"/>
      </w:pPr>
      <w:r>
        <w:t>Bộ</w:t>
      </w:r>
    </w:p>
    <w:p>
      <w:pPr>
        <w:jc w:val="both"/>
      </w:pPr>
      <w:r>
        <w:t>20</w:t>
      </w:r>
    </w:p>
    <w:p>
      <w:pPr>
        <w:jc w:val="both"/>
      </w:pPr>
      <w:r>
        <w:t>5.3</w:t>
      </w:r>
    </w:p>
    <w:p>
      <w:pPr>
        <w:jc w:val="both"/>
      </w:pPr>
      <w:r>
        <w:t>Giá đặt bia đa năng</w:t>
      </w:r>
    </w:p>
    <w:p>
      <w:pPr>
        <w:jc w:val="both"/>
      </w:pPr>
      <w:r>
        <w:t>Chiếc</w:t>
      </w:r>
    </w:p>
    <w:p>
      <w:pPr>
        <w:jc w:val="both"/>
      </w:pPr>
      <w:r>
        <w:t>20</w:t>
      </w:r>
    </w:p>
    <w:p>
      <w:pPr>
        <w:jc w:val="both"/>
      </w:pPr>
      <w:r>
        <w:t>5.4</w:t>
      </w:r>
    </w:p>
    <w:p>
      <w:pPr>
        <w:jc w:val="both"/>
      </w:pPr>
      <w:r>
        <w:t>Kính kiểm tra ngắm</w:t>
      </w:r>
    </w:p>
    <w:p>
      <w:pPr>
        <w:jc w:val="both"/>
      </w:pPr>
      <w:r>
        <w:t>Chiếc</w:t>
      </w:r>
    </w:p>
    <w:p>
      <w:pPr>
        <w:jc w:val="both"/>
      </w:pPr>
      <w:r>
        <w:t>04</w:t>
      </w:r>
    </w:p>
    <w:p>
      <w:pPr>
        <w:jc w:val="both"/>
      </w:pPr>
      <w:r>
        <w:t>5.5</w:t>
      </w:r>
    </w:p>
    <w:p>
      <w:pPr>
        <w:jc w:val="both"/>
      </w:pPr>
      <w:r>
        <w:t>Đồng tiền di động</w:t>
      </w:r>
    </w:p>
    <w:p>
      <w:pPr>
        <w:jc w:val="both"/>
      </w:pPr>
      <w:r>
        <w:t>Chiếc</w:t>
      </w:r>
    </w:p>
    <w:p>
      <w:pPr>
        <w:jc w:val="both"/>
      </w:pPr>
      <w:r>
        <w:t>02</w:t>
      </w:r>
    </w:p>
    <w:p>
      <w:pPr>
        <w:jc w:val="both"/>
      </w:pPr>
      <w:r>
        <w:t>5.6</w:t>
      </w:r>
    </w:p>
    <w:p>
      <w:pPr>
        <w:jc w:val="both"/>
      </w:pPr>
      <w:r>
        <w:t>Mô hình đường đạn trong không khí</w:t>
      </w:r>
    </w:p>
    <w:p>
      <w:pPr>
        <w:jc w:val="both"/>
      </w:pPr>
      <w:r>
        <w:t>Chiếc</w:t>
      </w:r>
    </w:p>
    <w:p>
      <w:pPr>
        <w:jc w:val="both"/>
      </w:pPr>
      <w:r>
        <w:t>02</w:t>
      </w:r>
    </w:p>
    <w:p>
      <w:pPr>
        <w:jc w:val="both"/>
      </w:pPr>
      <w:r>
        <w:t>5.7</w:t>
      </w:r>
    </w:p>
    <w:p>
      <w:pPr>
        <w:jc w:val="both"/>
      </w:pPr>
      <w:r>
        <w:t>Hộp dụng cụ huấn luyện</w:t>
      </w:r>
    </w:p>
    <w:p>
      <w:pPr>
        <w:jc w:val="both"/>
      </w:pPr>
      <w:r>
        <w:t>Bộ</w:t>
      </w:r>
    </w:p>
    <w:p>
      <w:pPr>
        <w:jc w:val="both"/>
      </w:pPr>
      <w:r>
        <w:t>04</w:t>
      </w:r>
    </w:p>
    <w:p>
      <w:pPr>
        <w:jc w:val="both"/>
      </w:pPr>
      <w:r>
        <w:t>5.8</w:t>
      </w:r>
    </w:p>
    <w:p>
      <w:pPr>
        <w:jc w:val="both"/>
      </w:pPr>
      <w:r>
        <w:t>Thiết bị tạo tiếng súng và tiếng nổ giả</w:t>
      </w:r>
    </w:p>
    <w:p>
      <w:pPr>
        <w:jc w:val="both"/>
      </w:pPr>
      <w:r>
        <w:t>Chiếc</w:t>
      </w:r>
    </w:p>
    <w:p>
      <w:pPr>
        <w:jc w:val="both"/>
      </w:pPr>
      <w:r>
        <w:t>01</w:t>
      </w:r>
    </w:p>
    <w:p>
      <w:pPr>
        <w:jc w:val="both"/>
      </w:pPr>
      <w:r>
        <w:t>5.9</w:t>
      </w:r>
    </w:p>
    <w:p>
      <w:pPr>
        <w:jc w:val="both"/>
      </w:pPr>
      <w:r>
        <w:t>Dụng cụ băng bó cứu thương</w:t>
      </w:r>
    </w:p>
    <w:p>
      <w:pPr>
        <w:jc w:val="both"/>
      </w:pPr>
      <w:r>
        <w:t>Bộ</w:t>
      </w:r>
    </w:p>
    <w:p>
      <w:pPr>
        <w:jc w:val="both"/>
      </w:pPr>
      <w:r>
        <w:t>20</w:t>
      </w:r>
    </w:p>
    <w:p>
      <w:pPr>
        <w:jc w:val="both"/>
      </w:pPr>
      <w:r>
        <w:t>5.10</w:t>
      </w:r>
    </w:p>
    <w:p>
      <w:pPr>
        <w:jc w:val="both"/>
      </w:pPr>
      <w:r>
        <w:t>Cáng cứu thương</w:t>
      </w:r>
    </w:p>
    <w:p>
      <w:pPr>
        <w:jc w:val="both"/>
      </w:pPr>
      <w:r>
        <w:t>Chiếc</w:t>
      </w:r>
    </w:p>
    <w:p>
      <w:pPr>
        <w:jc w:val="both"/>
      </w:pPr>
      <w:r>
        <w:t>05</w:t>
      </w:r>
    </w:p>
    <w:p>
      <w:pPr>
        <w:jc w:val="both"/>
      </w:pPr>
      <w:r>
        <w:t>5.11</w:t>
      </w:r>
    </w:p>
    <w:p>
      <w:pPr>
        <w:jc w:val="both"/>
      </w:pPr>
      <w:r>
        <w:t>Mặt nạ phòng độc</w:t>
      </w:r>
    </w:p>
    <w:p>
      <w:pPr>
        <w:jc w:val="both"/>
      </w:pPr>
      <w:r>
        <w:t>Chiếc</w:t>
      </w:r>
    </w:p>
    <w:p>
      <w:pPr>
        <w:jc w:val="both"/>
      </w:pPr>
      <w:r>
        <w:t>20</w:t>
      </w:r>
    </w:p>
    <w:p>
      <w:pPr>
        <w:jc w:val="both"/>
      </w:pPr>
      <w:r>
        <w:t>5.12</w:t>
      </w:r>
    </w:p>
    <w:p>
      <w:pPr>
        <w:jc w:val="both"/>
      </w:pPr>
      <w:r>
        <w:t>Giá súng và bàn thao tác</w:t>
      </w:r>
    </w:p>
    <w:p>
      <w:pPr>
        <w:jc w:val="both"/>
      </w:pPr>
      <w:r>
        <w:t>Bộ</w:t>
      </w:r>
    </w:p>
    <w:p>
      <w:pPr>
        <w:jc w:val="both"/>
      </w:pPr>
      <w:r>
        <w:t>Theo nhu cầu sử dụng của từng trường</w:t>
      </w:r>
    </w:p>
    <w:p>
      <w:pPr>
        <w:jc w:val="both"/>
      </w:pPr>
      <w:r>
        <w:t>5.13</w:t>
      </w:r>
    </w:p>
    <w:p>
      <w:pPr>
        <w:jc w:val="both"/>
      </w:pPr>
      <w:r>
        <w:t>Tủ đựng súng và thiết bị</w:t>
      </w:r>
    </w:p>
    <w:p>
      <w:pPr>
        <w:jc w:val="both"/>
      </w:pPr>
      <w:r>
        <w:t>Bộ</w:t>
      </w:r>
    </w:p>
    <w:p>
      <w:pPr>
        <w:jc w:val="both"/>
      </w:pPr>
      <w:r>
        <w:t>6</w:t>
      </w:r>
    </w:p>
    <w:p>
      <w:pPr>
        <w:jc w:val="both"/>
      </w:pPr>
      <w:r>
        <w:t>Trang phục</w:t>
      </w:r>
    </w:p>
    <w:p>
      <w:pPr>
        <w:jc w:val="both"/>
      </w:pPr>
      <w:r>
        <w:t>6.1</w:t>
      </w:r>
    </w:p>
    <w:p>
      <w:pPr>
        <w:jc w:val="both"/>
      </w:pPr>
      <w:r>
        <w:t>Trang phục giáo viên và cán bộ quản lý GDQPAN</w:t>
      </w:r>
    </w:p>
    <w:p>
      <w:pPr>
        <w:jc w:val="both"/>
      </w:pPr>
      <w:r>
        <w:t>Số lượng cần cho 1 người</w:t>
      </w:r>
    </w:p>
    <w:p>
      <w:pPr>
        <w:jc w:val="both"/>
      </w:pPr>
      <w:r>
        <w:t>6.1.1</w:t>
      </w:r>
    </w:p>
    <w:p>
      <w:pPr>
        <w:jc w:val="both"/>
      </w:pPr>
      <w:r>
        <w:t>Trang phục mùa đông</w:t>
      </w:r>
    </w:p>
    <w:p>
      <w:pPr>
        <w:jc w:val="both"/>
      </w:pPr>
      <w:r>
        <w:t>Bộ</w:t>
      </w:r>
    </w:p>
    <w:p>
      <w:pPr>
        <w:jc w:val="both"/>
      </w:pPr>
      <w:r>
        <w:t>01</w:t>
      </w:r>
    </w:p>
    <w:p>
      <w:pPr>
        <w:jc w:val="both"/>
      </w:pPr>
      <w:r>
        <w:t>6.1.2</w:t>
      </w:r>
    </w:p>
    <w:p>
      <w:pPr>
        <w:jc w:val="both"/>
      </w:pPr>
      <w:r>
        <w:t>Trang phục mùa hè</w:t>
      </w:r>
    </w:p>
    <w:p>
      <w:pPr>
        <w:jc w:val="both"/>
      </w:pPr>
      <w:r>
        <w:t>Bộ</w:t>
      </w:r>
    </w:p>
    <w:p>
      <w:pPr>
        <w:jc w:val="both"/>
      </w:pPr>
      <w:r>
        <w:t>01</w:t>
      </w:r>
    </w:p>
    <w:p>
      <w:pPr>
        <w:jc w:val="both"/>
      </w:pPr>
      <w:r>
        <w:t>6.1.3</w:t>
      </w:r>
    </w:p>
    <w:p>
      <w:pPr>
        <w:jc w:val="both"/>
      </w:pPr>
      <w:r>
        <w:t>Trang phục dã chiến</w:t>
      </w:r>
    </w:p>
    <w:p>
      <w:pPr>
        <w:jc w:val="both"/>
      </w:pPr>
      <w:r>
        <w:t>Bộ</w:t>
      </w:r>
    </w:p>
    <w:p>
      <w:pPr>
        <w:jc w:val="both"/>
      </w:pPr>
      <w:r>
        <w:t>01</w:t>
      </w:r>
    </w:p>
    <w:p>
      <w:pPr>
        <w:jc w:val="both"/>
      </w:pPr>
      <w:r>
        <w:t>6.1.4</w:t>
      </w:r>
    </w:p>
    <w:p>
      <w:pPr>
        <w:jc w:val="both"/>
      </w:pPr>
      <w:r>
        <w:t>Mũ Kêpi</w:t>
      </w:r>
    </w:p>
    <w:p>
      <w:pPr>
        <w:jc w:val="both"/>
      </w:pPr>
      <w:r>
        <w:t>Chiếc</w:t>
      </w:r>
    </w:p>
    <w:p>
      <w:pPr>
        <w:jc w:val="both"/>
      </w:pPr>
      <w:r>
        <w:t>01</w:t>
      </w:r>
    </w:p>
    <w:p>
      <w:pPr>
        <w:jc w:val="both"/>
      </w:pPr>
      <w:r>
        <w:t>6.1.5</w:t>
      </w:r>
    </w:p>
    <w:p>
      <w:pPr>
        <w:jc w:val="both"/>
      </w:pPr>
      <w:r>
        <w:t>Mũ cứng</w:t>
      </w:r>
    </w:p>
    <w:p>
      <w:pPr>
        <w:jc w:val="both"/>
      </w:pPr>
      <w:r>
        <w:t>Chiếc</w:t>
      </w:r>
    </w:p>
    <w:p>
      <w:pPr>
        <w:jc w:val="both"/>
      </w:pPr>
      <w:r>
        <w:t>01</w:t>
      </w:r>
    </w:p>
    <w:p>
      <w:pPr>
        <w:jc w:val="both"/>
      </w:pPr>
      <w:r>
        <w:t>6.1.6</w:t>
      </w:r>
    </w:p>
    <w:p>
      <w:pPr>
        <w:jc w:val="both"/>
      </w:pPr>
      <w:r>
        <w:t>Mũ mềm</w:t>
      </w:r>
    </w:p>
    <w:p>
      <w:pPr>
        <w:jc w:val="both"/>
      </w:pPr>
      <w:r>
        <w:t>Chiếc</w:t>
      </w:r>
    </w:p>
    <w:p>
      <w:pPr>
        <w:jc w:val="both"/>
      </w:pPr>
      <w:r>
        <w:t>01</w:t>
      </w:r>
    </w:p>
    <w:p>
      <w:pPr>
        <w:jc w:val="both"/>
      </w:pPr>
      <w:r>
        <w:t>6.1.7</w:t>
      </w:r>
    </w:p>
    <w:p>
      <w:pPr>
        <w:jc w:val="both"/>
      </w:pPr>
      <w:r>
        <w:t>Thắt lưng</w:t>
      </w:r>
    </w:p>
    <w:p>
      <w:pPr>
        <w:jc w:val="both"/>
      </w:pPr>
      <w:r>
        <w:t>Chiếc</w:t>
      </w:r>
    </w:p>
    <w:p>
      <w:pPr>
        <w:jc w:val="both"/>
      </w:pPr>
      <w:r>
        <w:t>01</w:t>
      </w:r>
    </w:p>
    <w:p>
      <w:pPr>
        <w:jc w:val="both"/>
      </w:pPr>
      <w:r>
        <w:t>6.1.8</w:t>
      </w:r>
    </w:p>
    <w:p>
      <w:pPr>
        <w:jc w:val="both"/>
      </w:pPr>
      <w:r>
        <w:t>Giầy da</w:t>
      </w:r>
    </w:p>
    <w:p>
      <w:pPr>
        <w:jc w:val="both"/>
      </w:pPr>
      <w:r>
        <w:t>Đôi</w:t>
      </w:r>
    </w:p>
    <w:p>
      <w:pPr>
        <w:jc w:val="both"/>
      </w:pPr>
      <w:r>
        <w:t>01</w:t>
      </w:r>
    </w:p>
    <w:p>
      <w:pPr>
        <w:jc w:val="both"/>
      </w:pPr>
      <w:r>
        <w:t>6.1.9</w:t>
      </w:r>
    </w:p>
    <w:p>
      <w:pPr>
        <w:jc w:val="both"/>
      </w:pPr>
      <w:r>
        <w:t>Tất sợi</w:t>
      </w:r>
    </w:p>
    <w:p>
      <w:pPr>
        <w:jc w:val="both"/>
      </w:pPr>
      <w:r>
        <w:t>Đôi</w:t>
      </w:r>
    </w:p>
    <w:p>
      <w:pPr>
        <w:jc w:val="both"/>
      </w:pPr>
      <w:r>
        <w:t>01</w:t>
      </w:r>
    </w:p>
    <w:p>
      <w:pPr>
        <w:jc w:val="both"/>
      </w:pPr>
      <w:r>
        <w:t>6.1.10</w:t>
      </w:r>
    </w:p>
    <w:p>
      <w:pPr>
        <w:jc w:val="both"/>
      </w:pPr>
      <w:r>
        <w:t>Sao mũ Kêpi GDQPAN</w:t>
      </w:r>
    </w:p>
    <w:p>
      <w:pPr>
        <w:jc w:val="both"/>
      </w:pPr>
      <w:r>
        <w:t>Chiếc</w:t>
      </w:r>
    </w:p>
    <w:p>
      <w:pPr>
        <w:jc w:val="both"/>
      </w:pPr>
      <w:r>
        <w:t>01</w:t>
      </w:r>
    </w:p>
    <w:p>
      <w:pPr>
        <w:jc w:val="both"/>
      </w:pPr>
      <w:r>
        <w:t>6.1.11</w:t>
      </w:r>
    </w:p>
    <w:p>
      <w:pPr>
        <w:jc w:val="both"/>
      </w:pPr>
      <w:r>
        <w:t>Sao mũ cứng GDQPAN</w:t>
      </w:r>
    </w:p>
    <w:p>
      <w:pPr>
        <w:jc w:val="both"/>
      </w:pPr>
      <w:r>
        <w:t>Chiếc</w:t>
      </w:r>
    </w:p>
    <w:p>
      <w:pPr>
        <w:jc w:val="both"/>
      </w:pPr>
      <w:r>
        <w:t>01</w:t>
      </w:r>
    </w:p>
    <w:p>
      <w:pPr>
        <w:jc w:val="both"/>
      </w:pPr>
      <w:r>
        <w:t>6.1.12</w:t>
      </w:r>
    </w:p>
    <w:p>
      <w:pPr>
        <w:jc w:val="both"/>
      </w:pPr>
      <w:r>
        <w:t>Sao mũ mềm GDQPAN</w:t>
      </w:r>
    </w:p>
    <w:p>
      <w:pPr>
        <w:jc w:val="both"/>
      </w:pPr>
      <w:r>
        <w:t>Chiếc</w:t>
      </w:r>
    </w:p>
    <w:p>
      <w:pPr>
        <w:jc w:val="both"/>
      </w:pPr>
      <w:r>
        <w:t>01</w:t>
      </w:r>
    </w:p>
    <w:p>
      <w:pPr>
        <w:jc w:val="both"/>
      </w:pPr>
      <w:r>
        <w:t>6.1.13</w:t>
      </w:r>
    </w:p>
    <w:p>
      <w:pPr>
        <w:jc w:val="both"/>
      </w:pPr>
      <w:r>
        <w:t>Nền cấp hiệu GDQPAN</w:t>
      </w:r>
    </w:p>
    <w:p>
      <w:pPr>
        <w:jc w:val="both"/>
      </w:pPr>
      <w:r>
        <w:t>Đôi</w:t>
      </w:r>
    </w:p>
    <w:p>
      <w:pPr>
        <w:jc w:val="both"/>
      </w:pPr>
      <w:r>
        <w:t>01</w:t>
      </w:r>
    </w:p>
    <w:p>
      <w:pPr>
        <w:jc w:val="both"/>
      </w:pPr>
      <w:r>
        <w:t>6.1.14</w:t>
      </w:r>
    </w:p>
    <w:p>
      <w:pPr>
        <w:jc w:val="both"/>
      </w:pPr>
      <w:r>
        <w:t>Nền phù hiệu GDQPAN</w:t>
      </w:r>
    </w:p>
    <w:p>
      <w:pPr>
        <w:jc w:val="both"/>
      </w:pPr>
      <w:r>
        <w:t>Đôi</w:t>
      </w:r>
    </w:p>
    <w:p>
      <w:pPr>
        <w:jc w:val="both"/>
      </w:pPr>
      <w:r>
        <w:t>01</w:t>
      </w:r>
    </w:p>
    <w:p>
      <w:pPr>
        <w:jc w:val="both"/>
      </w:pPr>
      <w:r>
        <w:t>6.1.15</w:t>
      </w:r>
    </w:p>
    <w:p>
      <w:pPr>
        <w:jc w:val="both"/>
      </w:pPr>
      <w:r>
        <w:t>Biển tên</w:t>
      </w:r>
    </w:p>
    <w:p>
      <w:pPr>
        <w:jc w:val="both"/>
      </w:pPr>
      <w:r>
        <w:t>Chiếc</w:t>
      </w:r>
    </w:p>
    <w:p>
      <w:pPr>
        <w:jc w:val="both"/>
      </w:pPr>
      <w:r>
        <w:t>01</w:t>
      </w:r>
    </w:p>
    <w:p>
      <w:pPr>
        <w:jc w:val="both"/>
      </w:pPr>
      <w:r>
        <w:t>6.1.16</w:t>
      </w:r>
    </w:p>
    <w:p>
      <w:pPr>
        <w:jc w:val="both"/>
      </w:pPr>
      <w:r>
        <w:t>Ca vát</w:t>
      </w:r>
    </w:p>
    <w:p>
      <w:pPr>
        <w:jc w:val="both"/>
      </w:pPr>
      <w:r>
        <w:t>Chiếc</w:t>
      </w:r>
    </w:p>
    <w:p>
      <w:pPr>
        <w:jc w:val="both"/>
      </w:pPr>
      <w:r>
        <w:t>01</w:t>
      </w:r>
    </w:p>
    <w:p>
      <w:pPr>
        <w:jc w:val="both"/>
      </w:pPr>
      <w:r>
        <w:t>6.2</w:t>
      </w:r>
    </w:p>
    <w:p>
      <w:pPr>
        <w:jc w:val="both"/>
      </w:pPr>
      <w:r>
        <w:t>Trang phục học sinh GDQPAN</w:t>
      </w:r>
    </w:p>
    <w:p>
      <w:pPr>
        <w:jc w:val="both"/>
      </w:pPr>
      <w:r>
        <w:t>Nhà trường mua để dùng chung và cho học sinh mượn khi học GDQPAN</w:t>
      </w:r>
    </w:p>
    <w:p>
      <w:pPr>
        <w:jc w:val="both"/>
      </w:pPr>
      <w:r>
        <w:t>6.2.1</w:t>
      </w:r>
    </w:p>
    <w:p>
      <w:pPr>
        <w:jc w:val="both"/>
      </w:pPr>
      <w:r>
        <w:t>Trang phục (dùng chung hai mùa)</w:t>
      </w:r>
    </w:p>
    <w:p>
      <w:pPr>
        <w:jc w:val="both"/>
      </w:pPr>
      <w:r>
        <w:t>Bộ</w:t>
      </w:r>
    </w:p>
    <w:p>
      <w:pPr>
        <w:jc w:val="both"/>
      </w:pPr>
      <w:r>
        <w:t>100</w:t>
      </w:r>
    </w:p>
    <w:p>
      <w:pPr>
        <w:jc w:val="both"/>
      </w:pPr>
      <w:r>
        <w:t>6.2.2</w:t>
      </w:r>
    </w:p>
    <w:p>
      <w:pPr>
        <w:jc w:val="both"/>
      </w:pPr>
      <w:r>
        <w:t>Áo bông</w:t>
      </w:r>
    </w:p>
    <w:p>
      <w:pPr>
        <w:jc w:val="both"/>
      </w:pPr>
      <w:r>
        <w:t>Chiếc</w:t>
      </w:r>
    </w:p>
    <w:p>
      <w:pPr>
        <w:jc w:val="both"/>
      </w:pPr>
      <w:r>
        <w:t>100</w:t>
      </w:r>
    </w:p>
    <w:p>
      <w:pPr>
        <w:jc w:val="both"/>
      </w:pPr>
      <w:r>
        <w:t>Dùng cho các tỉnh phía Bắc</w:t>
      </w:r>
    </w:p>
    <w:p>
      <w:pPr>
        <w:jc w:val="both"/>
      </w:pPr>
      <w:r>
        <w:t>6.2.3</w:t>
      </w:r>
    </w:p>
    <w:p>
      <w:pPr>
        <w:jc w:val="both"/>
      </w:pPr>
      <w:r>
        <w:t>Mũ cứng</w:t>
      </w:r>
    </w:p>
    <w:p>
      <w:pPr>
        <w:jc w:val="both"/>
      </w:pPr>
      <w:r>
        <w:t>Chiếc</w:t>
      </w:r>
    </w:p>
    <w:p>
      <w:pPr>
        <w:jc w:val="both"/>
      </w:pPr>
      <w:r>
        <w:t>100</w:t>
      </w:r>
    </w:p>
    <w:p>
      <w:pPr>
        <w:jc w:val="both"/>
      </w:pPr>
      <w:r>
        <w:t>6.2.4</w:t>
      </w:r>
    </w:p>
    <w:p>
      <w:pPr>
        <w:jc w:val="both"/>
      </w:pPr>
      <w:r>
        <w:t>Mũ mềm</w:t>
      </w:r>
    </w:p>
    <w:p>
      <w:pPr>
        <w:jc w:val="both"/>
      </w:pPr>
      <w:r>
        <w:t>Chiếc</w:t>
      </w:r>
    </w:p>
    <w:p>
      <w:pPr>
        <w:jc w:val="both"/>
      </w:pPr>
      <w:r>
        <w:t>100</w:t>
      </w:r>
    </w:p>
    <w:p>
      <w:pPr>
        <w:jc w:val="both"/>
      </w:pPr>
      <w:r>
        <w:t>6.2.5</w:t>
      </w:r>
    </w:p>
    <w:p>
      <w:pPr>
        <w:jc w:val="both"/>
      </w:pPr>
      <w:r>
        <w:t>Giầy vải</w:t>
      </w:r>
    </w:p>
    <w:p>
      <w:pPr>
        <w:jc w:val="both"/>
      </w:pPr>
      <w:r>
        <w:t>Đôi</w:t>
      </w:r>
    </w:p>
    <w:p>
      <w:pPr>
        <w:jc w:val="both"/>
      </w:pPr>
      <w:r>
        <w:t>100</w:t>
      </w:r>
    </w:p>
    <w:p>
      <w:pPr>
        <w:jc w:val="both"/>
      </w:pPr>
      <w:r>
        <w:t>6.2.6</w:t>
      </w:r>
    </w:p>
    <w:p>
      <w:pPr>
        <w:jc w:val="both"/>
      </w:pPr>
      <w:r>
        <w:t>Tất sợi</w:t>
      </w:r>
    </w:p>
    <w:p>
      <w:pPr>
        <w:jc w:val="both"/>
      </w:pPr>
      <w:r>
        <w:t>Đôi</w:t>
      </w:r>
    </w:p>
    <w:p>
      <w:pPr>
        <w:jc w:val="both"/>
      </w:pPr>
      <w:r>
        <w:t>100</w:t>
      </w:r>
    </w:p>
    <w:p>
      <w:pPr>
        <w:jc w:val="both"/>
      </w:pPr>
      <w:r>
        <w:t>6.2.7</w:t>
      </w:r>
    </w:p>
    <w:p>
      <w:pPr>
        <w:jc w:val="both"/>
      </w:pPr>
      <w:r>
        <w:t>Thắt lưng</w:t>
      </w:r>
    </w:p>
    <w:p>
      <w:pPr>
        <w:jc w:val="both"/>
      </w:pPr>
      <w:r>
        <w:t>Chiếc</w:t>
      </w:r>
    </w:p>
    <w:p>
      <w:pPr>
        <w:jc w:val="both"/>
      </w:pPr>
      <w:r>
        <w:t>100</w:t>
      </w:r>
    </w:p>
    <w:p>
      <w:pPr>
        <w:jc w:val="both"/>
      </w:pPr>
      <w:r>
        <w:t>6.2.8</w:t>
      </w:r>
    </w:p>
    <w:p>
      <w:pPr>
        <w:jc w:val="both"/>
      </w:pPr>
      <w:r>
        <w:t>Sao mũ cứng GDQPAN</w:t>
      </w:r>
    </w:p>
    <w:p>
      <w:pPr>
        <w:jc w:val="both"/>
      </w:pPr>
      <w:r>
        <w:t>Chiếc</w:t>
      </w:r>
    </w:p>
    <w:p>
      <w:pPr>
        <w:jc w:val="both"/>
      </w:pPr>
      <w:r>
        <w:t>100</w:t>
      </w:r>
    </w:p>
    <w:p>
      <w:pPr>
        <w:jc w:val="both"/>
      </w:pPr>
      <w:r>
        <w:t>6.2.9</w:t>
      </w:r>
    </w:p>
    <w:p>
      <w:pPr>
        <w:jc w:val="both"/>
      </w:pPr>
      <w:r>
        <w:t>Sao mũ mềm GDQPAN</w:t>
      </w:r>
    </w:p>
    <w:p>
      <w:pPr>
        <w:jc w:val="both"/>
      </w:pPr>
      <w:r>
        <w:t>Chiếc</w:t>
      </w:r>
    </w:p>
    <w:p>
      <w:pPr>
        <w:jc w:val="both"/>
      </w:pPr>
      <w:r>
        <w:t>100</w:t>
      </w:r>
    </w:p>
    <w:p>
      <w:pPr>
        <w:jc w:val="both"/>
      </w:pPr>
      <w:r>
        <w:t>2. Trường cao đẳng sư phạm, cơ sở giáo dục đại học</w:t>
      </w:r>
    </w:p>
    <w:p>
      <w:pPr>
        <w:jc w:val="both"/>
      </w:pPr>
      <w:r>
        <w:t>(Áp dụng cho các trường được giao tự chủ giảng dạy giáo dục quốc phòng và an ninh)</w:t>
      </w:r>
    </w:p>
    <w:p>
      <w:pPr>
        <w:jc w:val="both"/>
      </w:pPr>
      <w:r>
        <w:t>TT</w:t>
      </w:r>
    </w:p>
    <w:p>
      <w:pPr>
        <w:jc w:val="both"/>
      </w:pPr>
      <w:r>
        <w:t>Tên thiết bị</w:t>
      </w:r>
    </w:p>
    <w:p>
      <w:pPr>
        <w:jc w:val="both"/>
      </w:pPr>
      <w:r>
        <w:t>Đ ơ n vị tính</w:t>
      </w:r>
    </w:p>
    <w:p>
      <w:pPr>
        <w:jc w:val="both"/>
      </w:pPr>
      <w:r>
        <w:t>Số l ượ ng cần cho 1 tr ườn g</w:t>
      </w:r>
    </w:p>
    <w:p>
      <w:pPr>
        <w:jc w:val="both"/>
      </w:pPr>
      <w:r>
        <w:t>Ghi chú</w:t>
      </w:r>
    </w:p>
    <w:p>
      <w:pPr>
        <w:jc w:val="both"/>
      </w:pPr>
      <w:r>
        <w:t>1</w:t>
      </w:r>
    </w:p>
    <w:p>
      <w:pPr>
        <w:jc w:val="both"/>
      </w:pPr>
      <w:r>
        <w:t>Tài liệu</w:t>
      </w:r>
    </w:p>
    <w:p>
      <w:pPr>
        <w:jc w:val="both"/>
      </w:pPr>
      <w:r>
        <w:t>1.1</w:t>
      </w:r>
    </w:p>
    <w:p>
      <w:pPr>
        <w:jc w:val="both"/>
      </w:pPr>
      <w:r>
        <w:t>Giáo trình GDQPAN đại học, cao đẳng Tập 1</w:t>
      </w:r>
    </w:p>
    <w:p>
      <w:pPr>
        <w:jc w:val="both"/>
      </w:pPr>
      <w:r>
        <w:t>Quyển</w:t>
      </w:r>
    </w:p>
    <w:p>
      <w:pPr>
        <w:jc w:val="both"/>
      </w:pPr>
      <w:r>
        <w:t>Mỗi Giảng viên 1 bộ gồm 2 quyển</w:t>
      </w:r>
    </w:p>
    <w:p>
      <w:pPr>
        <w:jc w:val="both"/>
      </w:pPr>
      <w:r>
        <w:t>1.2</w:t>
      </w:r>
    </w:p>
    <w:p>
      <w:pPr>
        <w:jc w:val="both"/>
      </w:pPr>
      <w:r>
        <w:t>Giáo trình GDQPAN đại học, cao đẳng Tập 2</w:t>
      </w:r>
    </w:p>
    <w:p>
      <w:pPr>
        <w:jc w:val="both"/>
      </w:pPr>
      <w:r>
        <w:t>Quyển</w:t>
      </w:r>
    </w:p>
    <w:p>
      <w:pPr>
        <w:jc w:val="both"/>
      </w:pPr>
      <w:r>
        <w:t>2</w:t>
      </w:r>
    </w:p>
    <w:p>
      <w:pPr>
        <w:jc w:val="both"/>
      </w:pPr>
      <w:r>
        <w:t>Tranh in hoặc tranh đ iện tử</w:t>
      </w:r>
    </w:p>
    <w:p>
      <w:pPr>
        <w:jc w:val="both"/>
      </w:pPr>
      <w:r>
        <w:t>2.1</w:t>
      </w:r>
    </w:p>
    <w:p>
      <w:pPr>
        <w:jc w:val="both"/>
      </w:pPr>
      <w:r>
        <w:t>Bộ tranh vũ khí bộ binh (K54, AK, CKC, RPĐ, B40, B41)</w:t>
      </w:r>
    </w:p>
    <w:p>
      <w:pPr>
        <w:jc w:val="both"/>
      </w:pPr>
      <w:r>
        <w:t>Bộ</w:t>
      </w:r>
    </w:p>
    <w:p>
      <w:pPr>
        <w:jc w:val="both"/>
      </w:pPr>
      <w:r>
        <w:t>01</w:t>
      </w:r>
    </w:p>
    <w:p>
      <w:pPr>
        <w:jc w:val="both"/>
      </w:pPr>
      <w:r>
        <w:t>Một bộ gồm 06 tờ</w:t>
      </w:r>
    </w:p>
    <w:p>
      <w:pPr>
        <w:jc w:val="both"/>
      </w:pPr>
      <w:r>
        <w:t>2.2</w:t>
      </w:r>
    </w:p>
    <w:p>
      <w:pPr>
        <w:jc w:val="both"/>
      </w:pPr>
      <w:r>
        <w:t>Bộ tranh mìn bộ binh</w:t>
      </w:r>
    </w:p>
    <w:p>
      <w:pPr>
        <w:jc w:val="both"/>
      </w:pPr>
      <w:r>
        <w:t>Bộ</w:t>
      </w:r>
    </w:p>
    <w:p>
      <w:pPr>
        <w:jc w:val="both"/>
      </w:pPr>
      <w:r>
        <w:t>01</w:t>
      </w:r>
    </w:p>
    <w:p>
      <w:pPr>
        <w:jc w:val="both"/>
      </w:pPr>
      <w:r>
        <w:t>Một bộ gồm 09 tờ</w:t>
      </w:r>
    </w:p>
    <w:p>
      <w:pPr>
        <w:jc w:val="both"/>
      </w:pPr>
      <w:r>
        <w:t>2.3</w:t>
      </w:r>
    </w:p>
    <w:p>
      <w:pPr>
        <w:jc w:val="both"/>
      </w:pPr>
      <w:r>
        <w:t>Kỹ thuật bắn súng ngắn K54</w:t>
      </w:r>
    </w:p>
    <w:p>
      <w:pPr>
        <w:jc w:val="both"/>
      </w:pPr>
      <w:r>
        <w:t>Bộ</w:t>
      </w:r>
    </w:p>
    <w:p>
      <w:pPr>
        <w:jc w:val="both"/>
      </w:pPr>
      <w:r>
        <w:t>01</w:t>
      </w:r>
    </w:p>
    <w:p>
      <w:pPr>
        <w:jc w:val="both"/>
      </w:pPr>
      <w:r>
        <w:t>Một bộ gồm 02 tờ</w:t>
      </w:r>
    </w:p>
    <w:p>
      <w:pPr>
        <w:jc w:val="both"/>
      </w:pPr>
      <w:r>
        <w:t>2.4</w:t>
      </w:r>
    </w:p>
    <w:p>
      <w:pPr>
        <w:jc w:val="both"/>
      </w:pPr>
      <w:r>
        <w:t>Cấu tạo và động tác sử dụng lựu đạn</w:t>
      </w:r>
    </w:p>
    <w:p>
      <w:pPr>
        <w:jc w:val="both"/>
      </w:pPr>
      <w:r>
        <w:t>Tờ</w:t>
      </w:r>
    </w:p>
    <w:p>
      <w:pPr>
        <w:jc w:val="both"/>
      </w:pPr>
      <w:r>
        <w:t>01</w:t>
      </w:r>
    </w:p>
    <w:p>
      <w:pPr>
        <w:jc w:val="both"/>
      </w:pPr>
      <w:r>
        <w:t>Mộ t bộ gồm 02 tờ</w:t>
      </w:r>
    </w:p>
    <w:p>
      <w:pPr>
        <w:jc w:val="both"/>
      </w:pPr>
      <w:r>
        <w:t>2.5</w:t>
      </w:r>
    </w:p>
    <w:p>
      <w:pPr>
        <w:jc w:val="both"/>
      </w:pPr>
      <w:r>
        <w:t>Vũ khí hủy diệt lớn và cách phòng tránh</w:t>
      </w:r>
    </w:p>
    <w:p>
      <w:pPr>
        <w:jc w:val="both"/>
      </w:pPr>
      <w:r>
        <w:t>Bộ</w:t>
      </w:r>
    </w:p>
    <w:p>
      <w:pPr>
        <w:jc w:val="both"/>
      </w:pPr>
      <w:r>
        <w:t>01</w:t>
      </w:r>
    </w:p>
    <w:p>
      <w:pPr>
        <w:jc w:val="both"/>
      </w:pPr>
      <w:r>
        <w:t>Một bộ gồm 03 tờ</w:t>
      </w:r>
    </w:p>
    <w:p>
      <w:pPr>
        <w:jc w:val="both"/>
      </w:pPr>
      <w:r>
        <w:t>2.6</w:t>
      </w:r>
    </w:p>
    <w:p>
      <w:pPr>
        <w:jc w:val="both"/>
      </w:pPr>
      <w:r>
        <w:t>Sơ đồ đội hình chiến đấu a, b, c</w:t>
      </w:r>
    </w:p>
    <w:p>
      <w:pPr>
        <w:jc w:val="both"/>
      </w:pPr>
      <w:r>
        <w:t>Bộ</w:t>
      </w:r>
    </w:p>
    <w:p>
      <w:pPr>
        <w:jc w:val="both"/>
      </w:pPr>
      <w:r>
        <w:t>01</w:t>
      </w:r>
    </w:p>
    <w:p>
      <w:pPr>
        <w:jc w:val="both"/>
      </w:pPr>
      <w:r>
        <w:t>Một bộ gồm 06 tờ</w:t>
      </w:r>
    </w:p>
    <w:p>
      <w:pPr>
        <w:jc w:val="both"/>
      </w:pPr>
      <w:r>
        <w:t>2.7</w:t>
      </w:r>
    </w:p>
    <w:p>
      <w:pPr>
        <w:jc w:val="both"/>
      </w:pPr>
      <w:r>
        <w:t>Sơ đồ Tổ chức quân đội và Công an</w:t>
      </w:r>
    </w:p>
    <w:p>
      <w:pPr>
        <w:jc w:val="both"/>
      </w:pPr>
      <w:r>
        <w:t>Bộ</w:t>
      </w:r>
    </w:p>
    <w:p>
      <w:pPr>
        <w:jc w:val="both"/>
      </w:pPr>
      <w:r>
        <w:t>01</w:t>
      </w:r>
    </w:p>
    <w:p>
      <w:pPr>
        <w:jc w:val="both"/>
      </w:pPr>
      <w:r>
        <w:t>Một bộ gồm 06 tờ</w:t>
      </w:r>
    </w:p>
    <w:p>
      <w:pPr>
        <w:jc w:val="both"/>
      </w:pPr>
      <w:r>
        <w:t>2.8</w:t>
      </w:r>
    </w:p>
    <w:p>
      <w:pPr>
        <w:jc w:val="both"/>
      </w:pPr>
      <w:r>
        <w:t>Đĩa hình GDQPAN</w:t>
      </w:r>
    </w:p>
    <w:p>
      <w:pPr>
        <w:jc w:val="both"/>
      </w:pPr>
      <w:r>
        <w:t>Bộ</w:t>
      </w:r>
    </w:p>
    <w:p>
      <w:pPr>
        <w:jc w:val="both"/>
      </w:pPr>
      <w:r>
        <w:t>02</w:t>
      </w:r>
    </w:p>
    <w:p>
      <w:pPr>
        <w:jc w:val="both"/>
      </w:pPr>
      <w:r>
        <w:t>Một bộ gồm 05 đĩa DVD</w:t>
      </w:r>
    </w:p>
    <w:p>
      <w:pPr>
        <w:jc w:val="both"/>
      </w:pPr>
      <w:r>
        <w:t>3</w:t>
      </w:r>
    </w:p>
    <w:p>
      <w:pPr>
        <w:jc w:val="both"/>
      </w:pPr>
      <w:r>
        <w:t>Bản đồ quân sự</w:t>
      </w:r>
    </w:p>
    <w:p>
      <w:pPr>
        <w:jc w:val="both"/>
      </w:pPr>
      <w:r>
        <w:t>3.1</w:t>
      </w:r>
    </w:p>
    <w:p>
      <w:pPr>
        <w:jc w:val="both"/>
      </w:pPr>
      <w:r>
        <w:t>Ký hiệu quân sự</w:t>
      </w:r>
    </w:p>
    <w:p>
      <w:pPr>
        <w:jc w:val="both"/>
      </w:pPr>
      <w:r>
        <w:t>Quyển</w:t>
      </w:r>
    </w:p>
    <w:p>
      <w:pPr>
        <w:jc w:val="both"/>
      </w:pPr>
      <w:r>
        <w:t>10</w:t>
      </w:r>
    </w:p>
    <w:p>
      <w:pPr>
        <w:jc w:val="both"/>
      </w:pPr>
      <w:r>
        <w:t>3.2</w:t>
      </w:r>
    </w:p>
    <w:p>
      <w:pPr>
        <w:jc w:val="both"/>
      </w:pPr>
      <w:r>
        <w:t>Bản đồ địa hình quân sự</w:t>
      </w:r>
    </w:p>
    <w:p>
      <w:pPr>
        <w:jc w:val="both"/>
      </w:pPr>
      <w:r>
        <w:t>Bộ</w:t>
      </w:r>
    </w:p>
    <w:p>
      <w:pPr>
        <w:jc w:val="both"/>
      </w:pPr>
      <w:r>
        <w:t>20</w:t>
      </w:r>
    </w:p>
    <w:p>
      <w:pPr>
        <w:jc w:val="both"/>
      </w:pPr>
      <w:r>
        <w:t>Một bộ gồm 9 tờ</w:t>
      </w:r>
    </w:p>
    <w:p>
      <w:pPr>
        <w:jc w:val="both"/>
      </w:pPr>
      <w:r>
        <w:t>3.3</w:t>
      </w:r>
    </w:p>
    <w:p>
      <w:pPr>
        <w:jc w:val="both"/>
      </w:pPr>
      <w:r>
        <w:t>Ống nhòm</w:t>
      </w:r>
    </w:p>
    <w:p>
      <w:pPr>
        <w:jc w:val="both"/>
      </w:pPr>
      <w:r>
        <w:t>Chiếc</w:t>
      </w:r>
    </w:p>
    <w:p>
      <w:pPr>
        <w:jc w:val="both"/>
      </w:pPr>
      <w:r>
        <w:t>20</w:t>
      </w:r>
    </w:p>
    <w:p>
      <w:pPr>
        <w:jc w:val="both"/>
      </w:pPr>
      <w:r>
        <w:t>3.4</w:t>
      </w:r>
    </w:p>
    <w:p>
      <w:pPr>
        <w:jc w:val="both"/>
      </w:pPr>
      <w:r>
        <w:t>Địa bàn</w:t>
      </w:r>
    </w:p>
    <w:p>
      <w:pPr>
        <w:jc w:val="both"/>
      </w:pPr>
      <w:r>
        <w:t>Chiếc</w:t>
      </w:r>
    </w:p>
    <w:p>
      <w:pPr>
        <w:jc w:val="both"/>
      </w:pPr>
      <w:r>
        <w:t>20</w:t>
      </w:r>
    </w:p>
    <w:p>
      <w:pPr>
        <w:jc w:val="both"/>
      </w:pPr>
      <w:r>
        <w:t>3.5</w:t>
      </w:r>
    </w:p>
    <w:p>
      <w:pPr>
        <w:jc w:val="both"/>
      </w:pPr>
      <w:r>
        <w:t>Thước chỉ huy</w:t>
      </w:r>
    </w:p>
    <w:p>
      <w:pPr>
        <w:jc w:val="both"/>
      </w:pPr>
      <w:r>
        <w:t>Chiếc</w:t>
      </w:r>
    </w:p>
    <w:p>
      <w:pPr>
        <w:jc w:val="both"/>
      </w:pPr>
      <w:r>
        <w:t>20</w:t>
      </w:r>
    </w:p>
    <w:p>
      <w:pPr>
        <w:jc w:val="both"/>
      </w:pPr>
      <w:r>
        <w:t>3.6</w:t>
      </w:r>
    </w:p>
    <w:p>
      <w:pPr>
        <w:jc w:val="both"/>
      </w:pPr>
      <w:r>
        <w:t>Thước 3 cạnh</w:t>
      </w:r>
    </w:p>
    <w:p>
      <w:pPr>
        <w:jc w:val="both"/>
      </w:pPr>
      <w:r>
        <w:t>Chiếc</w:t>
      </w:r>
    </w:p>
    <w:p>
      <w:pPr>
        <w:jc w:val="both"/>
      </w:pPr>
      <w:r>
        <w:t>20</w:t>
      </w:r>
    </w:p>
    <w:p>
      <w:pPr>
        <w:jc w:val="both"/>
      </w:pPr>
      <w:r>
        <w:t>4</w:t>
      </w:r>
    </w:p>
    <w:p>
      <w:pPr>
        <w:jc w:val="both"/>
      </w:pPr>
      <w:r>
        <w:t>Mô hình vũ khí</w:t>
      </w:r>
    </w:p>
    <w:p>
      <w:pPr>
        <w:jc w:val="both"/>
      </w:pPr>
      <w:r>
        <w:t>4.1</w:t>
      </w:r>
    </w:p>
    <w:p>
      <w:pPr>
        <w:jc w:val="both"/>
      </w:pPr>
      <w:r>
        <w:t>Mô hình súng K54, AK-47, CKC, B40, B41 cắt bổ</w:t>
      </w:r>
    </w:p>
    <w:p>
      <w:pPr>
        <w:jc w:val="both"/>
      </w:pPr>
      <w:r>
        <w:t>Bộ</w:t>
      </w:r>
    </w:p>
    <w:p>
      <w:pPr>
        <w:jc w:val="both"/>
      </w:pPr>
      <w:r>
        <w:t>01</w:t>
      </w:r>
    </w:p>
    <w:p>
      <w:pPr>
        <w:jc w:val="both"/>
      </w:pPr>
      <w:r>
        <w:t>Một bộ gồm 05 khẩu</w:t>
      </w:r>
    </w:p>
    <w:p>
      <w:pPr>
        <w:jc w:val="both"/>
      </w:pPr>
      <w:r>
        <w:t>4.2</w:t>
      </w:r>
    </w:p>
    <w:p>
      <w:pPr>
        <w:jc w:val="both"/>
      </w:pPr>
      <w:r>
        <w:t>Mô hình súng tiểu liên AK-47 luyện tập</w:t>
      </w:r>
    </w:p>
    <w:p>
      <w:pPr>
        <w:jc w:val="both"/>
      </w:pPr>
      <w:r>
        <w:t>Khẩu</w:t>
      </w:r>
    </w:p>
    <w:p>
      <w:pPr>
        <w:jc w:val="both"/>
      </w:pPr>
      <w:r>
        <w:t>25</w:t>
      </w:r>
    </w:p>
    <w:p>
      <w:pPr>
        <w:jc w:val="both"/>
      </w:pPr>
      <w:r>
        <w:t>(50 học sinh/lớp học thực hành)</w:t>
      </w:r>
    </w:p>
    <w:p>
      <w:pPr>
        <w:jc w:val="both"/>
      </w:pPr>
      <w:r>
        <w:t>4.3</w:t>
      </w:r>
    </w:p>
    <w:p>
      <w:pPr>
        <w:jc w:val="both"/>
      </w:pPr>
      <w:r>
        <w:t>Mô hình súng ngắn K54 luyện tập</w:t>
      </w:r>
    </w:p>
    <w:p>
      <w:pPr>
        <w:jc w:val="both"/>
      </w:pPr>
      <w:r>
        <w:t>Khẩu</w:t>
      </w:r>
    </w:p>
    <w:p>
      <w:pPr>
        <w:jc w:val="both"/>
      </w:pPr>
      <w:r>
        <w:t>25</w:t>
      </w:r>
    </w:p>
    <w:p>
      <w:pPr>
        <w:jc w:val="both"/>
      </w:pPr>
      <w:r>
        <w:t>4.4</w:t>
      </w:r>
    </w:p>
    <w:p>
      <w:pPr>
        <w:jc w:val="both"/>
      </w:pPr>
      <w:r>
        <w:t>Mô hình lựu đạn cắt bổ</w:t>
      </w:r>
    </w:p>
    <w:p>
      <w:pPr>
        <w:jc w:val="both"/>
      </w:pPr>
      <w:r>
        <w:t>Quả</w:t>
      </w:r>
    </w:p>
    <w:p>
      <w:pPr>
        <w:jc w:val="both"/>
      </w:pPr>
      <w:r>
        <w:t>05</w:t>
      </w:r>
    </w:p>
    <w:p>
      <w:pPr>
        <w:jc w:val="both"/>
      </w:pPr>
      <w:r>
        <w:t>4.5</w:t>
      </w:r>
    </w:p>
    <w:p>
      <w:pPr>
        <w:jc w:val="both"/>
      </w:pPr>
      <w:r>
        <w:t>Mô hình lựu đạn luyện tập</w:t>
      </w:r>
    </w:p>
    <w:p>
      <w:pPr>
        <w:jc w:val="both"/>
      </w:pPr>
      <w:r>
        <w:t>Quả</w:t>
      </w:r>
    </w:p>
    <w:p>
      <w:pPr>
        <w:jc w:val="both"/>
      </w:pPr>
      <w:r>
        <w:t>50</w:t>
      </w:r>
    </w:p>
    <w:p>
      <w:pPr>
        <w:jc w:val="both"/>
      </w:pPr>
      <w:r>
        <w:t>4.7</w:t>
      </w:r>
    </w:p>
    <w:p>
      <w:pPr>
        <w:jc w:val="both"/>
      </w:pPr>
      <w:r>
        <w:t>Mô hình thuốc nổ bánh</w:t>
      </w:r>
    </w:p>
    <w:p>
      <w:pPr>
        <w:jc w:val="both"/>
      </w:pPr>
      <w:r>
        <w:t>Bánh</w:t>
      </w:r>
    </w:p>
    <w:p>
      <w:pPr>
        <w:jc w:val="both"/>
      </w:pPr>
      <w:r>
        <w:t>02</w:t>
      </w:r>
    </w:p>
    <w:p>
      <w:pPr>
        <w:jc w:val="both"/>
      </w:pPr>
      <w:r>
        <w:t>4.8</w:t>
      </w:r>
    </w:p>
    <w:p>
      <w:pPr>
        <w:jc w:val="both"/>
      </w:pPr>
      <w:r>
        <w:t>Mô hình vũ khí tự tạo</w:t>
      </w:r>
    </w:p>
    <w:p>
      <w:pPr>
        <w:jc w:val="both"/>
      </w:pPr>
      <w:r>
        <w:t>Hộp</w:t>
      </w:r>
    </w:p>
    <w:p>
      <w:pPr>
        <w:jc w:val="both"/>
      </w:pPr>
      <w:r>
        <w:t>02</w:t>
      </w:r>
    </w:p>
    <w:p>
      <w:pPr>
        <w:jc w:val="both"/>
      </w:pPr>
      <w:r>
        <w:t>4.9</w:t>
      </w:r>
    </w:p>
    <w:p>
      <w:pPr>
        <w:jc w:val="both"/>
      </w:pPr>
      <w:r>
        <w:t>Mô hình mìn bộ binh cắt bổ và tập</w:t>
      </w:r>
    </w:p>
    <w:p>
      <w:pPr>
        <w:jc w:val="both"/>
      </w:pPr>
      <w:r>
        <w:t>Bộ</w:t>
      </w:r>
    </w:p>
    <w:p>
      <w:pPr>
        <w:jc w:val="both"/>
      </w:pPr>
      <w:r>
        <w:t>01</w:t>
      </w:r>
    </w:p>
    <w:p>
      <w:pPr>
        <w:jc w:val="both"/>
      </w:pPr>
      <w:r>
        <w:t>5</w:t>
      </w:r>
    </w:p>
    <w:p>
      <w:pPr>
        <w:jc w:val="both"/>
      </w:pPr>
      <w:r>
        <w:t>Máy bắn tập</w:t>
      </w:r>
    </w:p>
    <w:p>
      <w:pPr>
        <w:jc w:val="both"/>
      </w:pPr>
      <w:r>
        <w:t>5.1</w:t>
      </w:r>
    </w:p>
    <w:p>
      <w:pPr>
        <w:jc w:val="both"/>
      </w:pPr>
      <w:r>
        <w:t>Máy bắn tập SNK54</w:t>
      </w:r>
    </w:p>
    <w:p>
      <w:pPr>
        <w:jc w:val="both"/>
      </w:pPr>
      <w:r>
        <w:t>Bộ</w:t>
      </w:r>
    </w:p>
    <w:p>
      <w:pPr>
        <w:jc w:val="both"/>
      </w:pPr>
      <w:r>
        <w:t>02</w:t>
      </w:r>
    </w:p>
    <w:p>
      <w:pPr>
        <w:jc w:val="both"/>
      </w:pPr>
      <w:r>
        <w:t>5.2</w:t>
      </w:r>
    </w:p>
    <w:p>
      <w:pPr>
        <w:jc w:val="both"/>
      </w:pPr>
      <w:r>
        <w:t>Thiết bị tạo tiếng nổ cho máy bắn tập SNK54</w:t>
      </w:r>
    </w:p>
    <w:p>
      <w:pPr>
        <w:jc w:val="both"/>
      </w:pPr>
      <w:r>
        <w:t>Bộ</w:t>
      </w:r>
    </w:p>
    <w:p>
      <w:pPr>
        <w:jc w:val="both"/>
      </w:pPr>
      <w:r>
        <w:t>02</w:t>
      </w:r>
    </w:p>
    <w:p>
      <w:pPr>
        <w:jc w:val="both"/>
      </w:pPr>
      <w:r>
        <w:t>5.3</w:t>
      </w:r>
    </w:p>
    <w:p>
      <w:pPr>
        <w:jc w:val="both"/>
      </w:pPr>
      <w:r>
        <w:t>Thiết bị theo dõi đường ngắm RDS-07</w:t>
      </w:r>
    </w:p>
    <w:p>
      <w:pPr>
        <w:jc w:val="both"/>
      </w:pPr>
      <w:r>
        <w:t>Bộ</w:t>
      </w:r>
    </w:p>
    <w:p>
      <w:pPr>
        <w:jc w:val="both"/>
      </w:pPr>
      <w:r>
        <w:t>02</w:t>
      </w:r>
    </w:p>
    <w:p>
      <w:pPr>
        <w:jc w:val="both"/>
      </w:pPr>
      <w:r>
        <w:t>5.4</w:t>
      </w:r>
    </w:p>
    <w:p>
      <w:pPr>
        <w:jc w:val="both"/>
      </w:pPr>
      <w:r>
        <w:t>Lựu đạn tập nổ nhiều lần sử dụng CO2 lỏng (LĐT-15)</w:t>
      </w:r>
    </w:p>
    <w:p>
      <w:pPr>
        <w:jc w:val="both"/>
      </w:pPr>
      <w:r>
        <w:t>Bộ</w:t>
      </w:r>
    </w:p>
    <w:p>
      <w:pPr>
        <w:jc w:val="both"/>
      </w:pPr>
      <w:r>
        <w:t>02</w:t>
      </w:r>
    </w:p>
    <w:p>
      <w:pPr>
        <w:jc w:val="both"/>
      </w:pPr>
      <w:r>
        <w:t>6</w:t>
      </w:r>
    </w:p>
    <w:p>
      <w:pPr>
        <w:jc w:val="both"/>
      </w:pPr>
      <w:r>
        <w:t>Thiết bị khác</w:t>
      </w:r>
    </w:p>
    <w:p>
      <w:pPr>
        <w:jc w:val="both"/>
      </w:pPr>
      <w:r>
        <w:t>6.1</w:t>
      </w:r>
    </w:p>
    <w:p>
      <w:pPr>
        <w:jc w:val="both"/>
      </w:pPr>
      <w:r>
        <w:t>Bao đạn, túi đựng lựu đạn</w:t>
      </w:r>
    </w:p>
    <w:p>
      <w:pPr>
        <w:jc w:val="both"/>
      </w:pPr>
      <w:r>
        <w:t>Chiếc</w:t>
      </w:r>
    </w:p>
    <w:p>
      <w:pPr>
        <w:jc w:val="both"/>
      </w:pPr>
      <w:r>
        <w:t>20</w:t>
      </w:r>
    </w:p>
    <w:p>
      <w:pPr>
        <w:jc w:val="both"/>
      </w:pPr>
      <w:r>
        <w:t>6.2</w:t>
      </w:r>
    </w:p>
    <w:p>
      <w:pPr>
        <w:jc w:val="both"/>
      </w:pPr>
      <w:r>
        <w:t>Bao và dây đeo súng K54</w:t>
      </w:r>
    </w:p>
    <w:p>
      <w:pPr>
        <w:jc w:val="both"/>
      </w:pPr>
      <w:r>
        <w:t>Bộ</w:t>
      </w:r>
    </w:p>
    <w:p>
      <w:pPr>
        <w:jc w:val="both"/>
      </w:pPr>
      <w:r>
        <w:t>20</w:t>
      </w:r>
    </w:p>
    <w:p>
      <w:pPr>
        <w:jc w:val="both"/>
      </w:pPr>
      <w:r>
        <w:t>6.3</w:t>
      </w:r>
    </w:p>
    <w:p>
      <w:pPr>
        <w:jc w:val="both"/>
      </w:pPr>
      <w:r>
        <w:t>Bộ bia (khung + mặt bia số 4)</w:t>
      </w:r>
    </w:p>
    <w:p>
      <w:pPr>
        <w:jc w:val="both"/>
      </w:pPr>
      <w:r>
        <w:t>Bộ</w:t>
      </w:r>
    </w:p>
    <w:p>
      <w:pPr>
        <w:jc w:val="both"/>
      </w:pPr>
      <w:r>
        <w:t>20</w:t>
      </w:r>
    </w:p>
    <w:p>
      <w:pPr>
        <w:jc w:val="both"/>
      </w:pPr>
      <w:r>
        <w:t>6.4</w:t>
      </w:r>
    </w:p>
    <w:p>
      <w:pPr>
        <w:jc w:val="both"/>
      </w:pPr>
      <w:r>
        <w:t>Giá đặt bia đa năng</w:t>
      </w:r>
    </w:p>
    <w:p>
      <w:pPr>
        <w:jc w:val="both"/>
      </w:pPr>
      <w:r>
        <w:t>Chiếc</w:t>
      </w:r>
    </w:p>
    <w:p>
      <w:pPr>
        <w:jc w:val="both"/>
      </w:pPr>
      <w:r>
        <w:t>20</w:t>
      </w:r>
    </w:p>
    <w:p>
      <w:pPr>
        <w:jc w:val="both"/>
      </w:pPr>
      <w:r>
        <w:t>6.5</w:t>
      </w:r>
    </w:p>
    <w:p>
      <w:pPr>
        <w:jc w:val="both"/>
      </w:pPr>
      <w:r>
        <w:t>Kính kiểm tra ngắm</w:t>
      </w:r>
    </w:p>
    <w:p>
      <w:pPr>
        <w:jc w:val="both"/>
      </w:pPr>
      <w:r>
        <w:t>Chiếc</w:t>
      </w:r>
    </w:p>
    <w:p>
      <w:pPr>
        <w:jc w:val="both"/>
      </w:pPr>
      <w:r>
        <w:t>04</w:t>
      </w:r>
    </w:p>
    <w:p>
      <w:pPr>
        <w:jc w:val="both"/>
      </w:pPr>
      <w:r>
        <w:t>6.6</w:t>
      </w:r>
    </w:p>
    <w:p>
      <w:pPr>
        <w:jc w:val="both"/>
      </w:pPr>
      <w:r>
        <w:t>Đồng tiền di động</w:t>
      </w:r>
    </w:p>
    <w:p>
      <w:pPr>
        <w:jc w:val="both"/>
      </w:pPr>
      <w:r>
        <w:t>Chiếc</w:t>
      </w:r>
    </w:p>
    <w:p>
      <w:pPr>
        <w:jc w:val="both"/>
      </w:pPr>
      <w:r>
        <w:t>02</w:t>
      </w:r>
    </w:p>
    <w:p>
      <w:pPr>
        <w:jc w:val="both"/>
      </w:pPr>
      <w:r>
        <w:t>6.7</w:t>
      </w:r>
    </w:p>
    <w:p>
      <w:pPr>
        <w:jc w:val="both"/>
      </w:pPr>
      <w:r>
        <w:t>Mô hình đường đạn trong không khí</w:t>
      </w:r>
    </w:p>
    <w:p>
      <w:pPr>
        <w:jc w:val="both"/>
      </w:pPr>
      <w:r>
        <w:t>Chiếc</w:t>
      </w:r>
    </w:p>
    <w:p>
      <w:pPr>
        <w:jc w:val="both"/>
      </w:pPr>
      <w:r>
        <w:t>02</w:t>
      </w:r>
    </w:p>
    <w:p>
      <w:pPr>
        <w:jc w:val="both"/>
      </w:pPr>
      <w:r>
        <w:t>6.8</w:t>
      </w:r>
    </w:p>
    <w:p>
      <w:pPr>
        <w:jc w:val="both"/>
      </w:pPr>
      <w:r>
        <w:t>Hộp dụng cụ huấn luyện</w:t>
      </w:r>
    </w:p>
    <w:p>
      <w:pPr>
        <w:jc w:val="both"/>
      </w:pPr>
      <w:r>
        <w:t>Bộ</w:t>
      </w:r>
    </w:p>
    <w:p>
      <w:pPr>
        <w:jc w:val="both"/>
      </w:pPr>
      <w:r>
        <w:t>04</w:t>
      </w:r>
    </w:p>
    <w:p>
      <w:pPr>
        <w:jc w:val="both"/>
      </w:pPr>
      <w:r>
        <w:t>6.9</w:t>
      </w:r>
    </w:p>
    <w:p>
      <w:pPr>
        <w:jc w:val="both"/>
      </w:pPr>
      <w:r>
        <w:t>Thiết bị tạo tiếng súng và tiếng nổ giả</w:t>
      </w:r>
    </w:p>
    <w:p>
      <w:pPr>
        <w:jc w:val="both"/>
      </w:pPr>
      <w:r>
        <w:t>Chiếc</w:t>
      </w:r>
    </w:p>
    <w:p>
      <w:pPr>
        <w:jc w:val="both"/>
      </w:pPr>
      <w:r>
        <w:t>01</w:t>
      </w:r>
    </w:p>
    <w:p>
      <w:pPr>
        <w:jc w:val="both"/>
      </w:pPr>
      <w:r>
        <w:t>6.10</w:t>
      </w:r>
    </w:p>
    <w:p>
      <w:pPr>
        <w:jc w:val="both"/>
      </w:pPr>
      <w:r>
        <w:t>Dụng cụ băng bó cứu thương</w:t>
      </w:r>
    </w:p>
    <w:p>
      <w:pPr>
        <w:jc w:val="both"/>
      </w:pPr>
      <w:r>
        <w:t>Bộ</w:t>
      </w:r>
    </w:p>
    <w:p>
      <w:pPr>
        <w:jc w:val="both"/>
      </w:pPr>
      <w:r>
        <w:t>15</w:t>
      </w:r>
    </w:p>
    <w:p>
      <w:pPr>
        <w:jc w:val="both"/>
      </w:pPr>
      <w:r>
        <w:t>6.11</w:t>
      </w:r>
    </w:p>
    <w:p>
      <w:pPr>
        <w:jc w:val="both"/>
      </w:pPr>
      <w:r>
        <w:t>Cáng cứu thương</w:t>
      </w:r>
    </w:p>
    <w:p>
      <w:pPr>
        <w:jc w:val="both"/>
      </w:pPr>
      <w:r>
        <w:t>Chiếc</w:t>
      </w:r>
    </w:p>
    <w:p>
      <w:pPr>
        <w:jc w:val="both"/>
      </w:pPr>
      <w:r>
        <w:t>05</w:t>
      </w:r>
    </w:p>
    <w:p>
      <w:pPr>
        <w:jc w:val="both"/>
      </w:pPr>
      <w:r>
        <w:t>6.12</w:t>
      </w:r>
    </w:p>
    <w:p>
      <w:pPr>
        <w:jc w:val="both"/>
      </w:pPr>
      <w:r>
        <w:t>Mặt nạ phòng độc</w:t>
      </w:r>
    </w:p>
    <w:p>
      <w:pPr>
        <w:jc w:val="both"/>
      </w:pPr>
      <w:r>
        <w:t>Chiếc</w:t>
      </w:r>
    </w:p>
    <w:p>
      <w:pPr>
        <w:jc w:val="both"/>
      </w:pPr>
      <w:r>
        <w:t>50</w:t>
      </w:r>
    </w:p>
    <w:p>
      <w:pPr>
        <w:jc w:val="both"/>
      </w:pPr>
      <w:r>
        <w:t>6.13</w:t>
      </w:r>
    </w:p>
    <w:p>
      <w:pPr>
        <w:jc w:val="both"/>
      </w:pPr>
      <w:r>
        <w:t>Giá súng và bàn thao tác</w:t>
      </w:r>
    </w:p>
    <w:p>
      <w:pPr>
        <w:jc w:val="both"/>
      </w:pPr>
      <w:r>
        <w:t>Bộ</w:t>
      </w:r>
    </w:p>
    <w:p>
      <w:pPr>
        <w:jc w:val="both"/>
      </w:pPr>
      <w:r>
        <w:t>Theo nhu cầu sử dụng của từng trường</w:t>
      </w:r>
    </w:p>
    <w:p>
      <w:pPr>
        <w:jc w:val="both"/>
      </w:pPr>
      <w:r>
        <w:t>6.14</w:t>
      </w:r>
    </w:p>
    <w:p>
      <w:pPr>
        <w:jc w:val="both"/>
      </w:pPr>
      <w:r>
        <w:t>Tủ đựng súng và đựng thiết bị</w:t>
      </w:r>
    </w:p>
    <w:p>
      <w:pPr>
        <w:jc w:val="both"/>
      </w:pPr>
      <w:r>
        <w:t>Chiếc</w:t>
      </w:r>
    </w:p>
    <w:p>
      <w:pPr>
        <w:jc w:val="both"/>
      </w:pPr>
      <w:r>
        <w:t>7</w:t>
      </w:r>
    </w:p>
    <w:p>
      <w:pPr>
        <w:jc w:val="both"/>
      </w:pPr>
      <w:r>
        <w:t>Trang phục</w:t>
      </w:r>
    </w:p>
    <w:p>
      <w:pPr>
        <w:jc w:val="both"/>
      </w:pPr>
      <w:r>
        <w:t>7.1</w:t>
      </w:r>
    </w:p>
    <w:p>
      <w:pPr>
        <w:jc w:val="both"/>
      </w:pPr>
      <w:r>
        <w:t>Trang phục giảng viên và cán bộ quản lý GDQPAN</w:t>
      </w:r>
    </w:p>
    <w:p>
      <w:pPr>
        <w:jc w:val="both"/>
      </w:pPr>
      <w:r>
        <w:t>Số lượng cần cho 1 người</w:t>
      </w:r>
    </w:p>
    <w:p>
      <w:pPr>
        <w:jc w:val="both"/>
      </w:pPr>
      <w:r>
        <w:t>7.1.1</w:t>
      </w:r>
    </w:p>
    <w:p>
      <w:pPr>
        <w:jc w:val="both"/>
      </w:pPr>
      <w:r>
        <w:t>Trang phục mùa đông</w:t>
      </w:r>
    </w:p>
    <w:p>
      <w:pPr>
        <w:jc w:val="both"/>
      </w:pPr>
      <w:r>
        <w:t>Bộ</w:t>
      </w:r>
    </w:p>
    <w:p>
      <w:pPr>
        <w:jc w:val="both"/>
      </w:pPr>
      <w:r>
        <w:t>01</w:t>
      </w:r>
    </w:p>
    <w:p>
      <w:pPr>
        <w:jc w:val="both"/>
      </w:pPr>
      <w:r>
        <w:t>7.1.2</w:t>
      </w:r>
    </w:p>
    <w:p>
      <w:pPr>
        <w:jc w:val="both"/>
      </w:pPr>
      <w:r>
        <w:t>Trang phục mùa hè</w:t>
      </w:r>
    </w:p>
    <w:p>
      <w:pPr>
        <w:jc w:val="both"/>
      </w:pPr>
      <w:r>
        <w:t>Bộ</w:t>
      </w:r>
    </w:p>
    <w:p>
      <w:pPr>
        <w:jc w:val="both"/>
      </w:pPr>
      <w:r>
        <w:t>01</w:t>
      </w:r>
    </w:p>
    <w:p>
      <w:pPr>
        <w:jc w:val="both"/>
      </w:pPr>
      <w:r>
        <w:t>7.1.3</w:t>
      </w:r>
    </w:p>
    <w:p>
      <w:pPr>
        <w:jc w:val="both"/>
      </w:pPr>
      <w:r>
        <w:t>Trang phục dã chiến</w:t>
      </w:r>
    </w:p>
    <w:p>
      <w:pPr>
        <w:jc w:val="both"/>
      </w:pPr>
      <w:r>
        <w:t>Bộ</w:t>
      </w:r>
    </w:p>
    <w:p>
      <w:pPr>
        <w:jc w:val="both"/>
      </w:pPr>
      <w:r>
        <w:t>01</w:t>
      </w:r>
    </w:p>
    <w:p>
      <w:pPr>
        <w:jc w:val="both"/>
      </w:pPr>
      <w:r>
        <w:t>7.1.4</w:t>
      </w:r>
    </w:p>
    <w:p>
      <w:pPr>
        <w:jc w:val="both"/>
      </w:pPr>
      <w:r>
        <w:t>Mũ Kêpi</w:t>
      </w:r>
    </w:p>
    <w:p>
      <w:pPr>
        <w:jc w:val="both"/>
      </w:pPr>
      <w:r>
        <w:t>Chiếc</w:t>
      </w:r>
    </w:p>
    <w:p>
      <w:pPr>
        <w:jc w:val="both"/>
      </w:pPr>
      <w:r>
        <w:t>01</w:t>
      </w:r>
    </w:p>
    <w:p>
      <w:pPr>
        <w:jc w:val="both"/>
      </w:pPr>
      <w:r>
        <w:t>7.1.5</w:t>
      </w:r>
    </w:p>
    <w:p>
      <w:pPr>
        <w:jc w:val="both"/>
      </w:pPr>
      <w:r>
        <w:t>Mũ cứng</w:t>
      </w:r>
    </w:p>
    <w:p>
      <w:pPr>
        <w:jc w:val="both"/>
      </w:pPr>
      <w:r>
        <w:t>Chiếc</w:t>
      </w:r>
    </w:p>
    <w:p>
      <w:pPr>
        <w:jc w:val="both"/>
      </w:pPr>
      <w:r>
        <w:t>01</w:t>
      </w:r>
    </w:p>
    <w:p>
      <w:pPr>
        <w:jc w:val="both"/>
      </w:pPr>
      <w:r>
        <w:t>7.1.6</w:t>
      </w:r>
    </w:p>
    <w:p>
      <w:pPr>
        <w:jc w:val="both"/>
      </w:pPr>
      <w:r>
        <w:t>Mũ mềm</w:t>
      </w:r>
    </w:p>
    <w:p>
      <w:pPr>
        <w:jc w:val="both"/>
      </w:pPr>
      <w:r>
        <w:t>Chiếc</w:t>
      </w:r>
    </w:p>
    <w:p>
      <w:pPr>
        <w:jc w:val="both"/>
      </w:pPr>
      <w:r>
        <w:t>01</w:t>
      </w:r>
    </w:p>
    <w:p>
      <w:pPr>
        <w:jc w:val="both"/>
      </w:pPr>
      <w:r>
        <w:t>7.1.7</w:t>
      </w:r>
    </w:p>
    <w:p>
      <w:pPr>
        <w:jc w:val="both"/>
      </w:pPr>
      <w:r>
        <w:t>Thắt lưng</w:t>
      </w:r>
    </w:p>
    <w:p>
      <w:pPr>
        <w:jc w:val="both"/>
      </w:pPr>
      <w:r>
        <w:t>Chiếc</w:t>
      </w:r>
    </w:p>
    <w:p>
      <w:pPr>
        <w:jc w:val="both"/>
      </w:pPr>
      <w:r>
        <w:t>01</w:t>
      </w:r>
    </w:p>
    <w:p>
      <w:pPr>
        <w:jc w:val="both"/>
      </w:pPr>
      <w:r>
        <w:t>7.1.8</w:t>
      </w:r>
    </w:p>
    <w:p>
      <w:pPr>
        <w:jc w:val="both"/>
      </w:pPr>
      <w:r>
        <w:t>Giầy da</w:t>
      </w:r>
    </w:p>
    <w:p>
      <w:pPr>
        <w:jc w:val="both"/>
      </w:pPr>
      <w:r>
        <w:t>Đôi</w:t>
      </w:r>
    </w:p>
    <w:p>
      <w:pPr>
        <w:jc w:val="both"/>
      </w:pPr>
      <w:r>
        <w:t>01</w:t>
      </w:r>
    </w:p>
    <w:p>
      <w:pPr>
        <w:jc w:val="both"/>
      </w:pPr>
      <w:r>
        <w:t>7.1.9</w:t>
      </w:r>
    </w:p>
    <w:p>
      <w:pPr>
        <w:jc w:val="both"/>
      </w:pPr>
      <w:r>
        <w:t>Tất sợi</w:t>
      </w:r>
    </w:p>
    <w:p>
      <w:pPr>
        <w:jc w:val="both"/>
      </w:pPr>
      <w:r>
        <w:t>Đôi</w:t>
      </w:r>
    </w:p>
    <w:p>
      <w:pPr>
        <w:jc w:val="both"/>
      </w:pPr>
      <w:r>
        <w:t>01</w:t>
      </w:r>
    </w:p>
    <w:p>
      <w:pPr>
        <w:jc w:val="both"/>
      </w:pPr>
      <w:r>
        <w:t>7.1.10</w:t>
      </w:r>
    </w:p>
    <w:p>
      <w:pPr>
        <w:jc w:val="both"/>
      </w:pPr>
      <w:r>
        <w:t>Sao mũ Kêpi GDQPAN</w:t>
      </w:r>
    </w:p>
    <w:p>
      <w:pPr>
        <w:jc w:val="both"/>
      </w:pPr>
      <w:r>
        <w:t>Chiếc</w:t>
      </w:r>
    </w:p>
    <w:p>
      <w:pPr>
        <w:jc w:val="both"/>
      </w:pPr>
      <w:r>
        <w:t>01</w:t>
      </w:r>
    </w:p>
    <w:p>
      <w:pPr>
        <w:jc w:val="both"/>
      </w:pPr>
      <w:r>
        <w:t>7.1.11</w:t>
      </w:r>
    </w:p>
    <w:p>
      <w:pPr>
        <w:jc w:val="both"/>
      </w:pPr>
      <w:r>
        <w:t>Sao mũ cứng GDQPAN</w:t>
      </w:r>
    </w:p>
    <w:p>
      <w:pPr>
        <w:jc w:val="both"/>
      </w:pPr>
      <w:r>
        <w:t>Chiếc</w:t>
      </w:r>
    </w:p>
    <w:p>
      <w:pPr>
        <w:jc w:val="both"/>
      </w:pPr>
      <w:r>
        <w:t>01</w:t>
      </w:r>
    </w:p>
    <w:p>
      <w:pPr>
        <w:jc w:val="both"/>
      </w:pPr>
      <w:r>
        <w:t>7.1.12</w:t>
      </w:r>
    </w:p>
    <w:p>
      <w:pPr>
        <w:jc w:val="both"/>
      </w:pPr>
      <w:r>
        <w:t>Sao mũ mềm GDQPAN</w:t>
      </w:r>
    </w:p>
    <w:p>
      <w:pPr>
        <w:jc w:val="both"/>
      </w:pPr>
      <w:r>
        <w:t>Chiếc</w:t>
      </w:r>
    </w:p>
    <w:p>
      <w:pPr>
        <w:jc w:val="both"/>
      </w:pPr>
      <w:r>
        <w:t>01</w:t>
      </w:r>
    </w:p>
    <w:p>
      <w:pPr>
        <w:jc w:val="both"/>
      </w:pPr>
      <w:r>
        <w:t>7.1.13</w:t>
      </w:r>
    </w:p>
    <w:p>
      <w:pPr>
        <w:jc w:val="both"/>
      </w:pPr>
      <w:r>
        <w:t>Nền cấp hiệu GDQPAN</w:t>
      </w:r>
    </w:p>
    <w:p>
      <w:pPr>
        <w:jc w:val="both"/>
      </w:pPr>
      <w:r>
        <w:t>Đôi</w:t>
      </w:r>
    </w:p>
    <w:p>
      <w:pPr>
        <w:jc w:val="both"/>
      </w:pPr>
      <w:r>
        <w:t>01</w:t>
      </w:r>
    </w:p>
    <w:p>
      <w:pPr>
        <w:jc w:val="both"/>
      </w:pPr>
      <w:r>
        <w:t>7.1.14</w:t>
      </w:r>
    </w:p>
    <w:p>
      <w:pPr>
        <w:jc w:val="both"/>
      </w:pPr>
      <w:r>
        <w:t>Nền phù hiệu GDQPAN</w:t>
      </w:r>
    </w:p>
    <w:p>
      <w:pPr>
        <w:jc w:val="both"/>
      </w:pPr>
      <w:r>
        <w:t>Đôi</w:t>
      </w:r>
    </w:p>
    <w:p>
      <w:pPr>
        <w:jc w:val="both"/>
      </w:pPr>
      <w:r>
        <w:t>01</w:t>
      </w:r>
    </w:p>
    <w:p>
      <w:pPr>
        <w:jc w:val="both"/>
      </w:pPr>
      <w:r>
        <w:t>7.1.15</w:t>
      </w:r>
    </w:p>
    <w:p>
      <w:pPr>
        <w:jc w:val="both"/>
      </w:pPr>
      <w:r>
        <w:t>Biển tên</w:t>
      </w:r>
    </w:p>
    <w:p>
      <w:pPr>
        <w:jc w:val="both"/>
      </w:pPr>
      <w:r>
        <w:t>Chiếc</w:t>
      </w:r>
    </w:p>
    <w:p>
      <w:pPr>
        <w:jc w:val="both"/>
      </w:pPr>
      <w:r>
        <w:t>01</w:t>
      </w:r>
    </w:p>
    <w:p>
      <w:pPr>
        <w:jc w:val="both"/>
      </w:pPr>
      <w:r>
        <w:t>7.1.16</w:t>
      </w:r>
    </w:p>
    <w:p>
      <w:pPr>
        <w:jc w:val="both"/>
      </w:pPr>
      <w:r>
        <w:t>Ca vát</w:t>
      </w:r>
    </w:p>
    <w:p>
      <w:pPr>
        <w:jc w:val="both"/>
      </w:pPr>
      <w:r>
        <w:t>Chiếc</w:t>
      </w:r>
    </w:p>
    <w:p>
      <w:pPr>
        <w:jc w:val="both"/>
      </w:pPr>
      <w:r>
        <w:t>01</w:t>
      </w:r>
    </w:p>
    <w:p>
      <w:pPr>
        <w:jc w:val="both"/>
      </w:pPr>
      <w:r>
        <w:t>7.2</w:t>
      </w:r>
    </w:p>
    <w:p>
      <w:pPr>
        <w:jc w:val="both"/>
      </w:pPr>
      <w:r>
        <w:t>Trang phục sinh viên GD Q PAN</w:t>
      </w:r>
    </w:p>
    <w:p>
      <w:pPr>
        <w:jc w:val="both"/>
      </w:pPr>
      <w:r>
        <w:t>Số lượng cần cho 1 người</w:t>
      </w:r>
    </w:p>
    <w:p>
      <w:pPr>
        <w:jc w:val="both"/>
      </w:pPr>
      <w:r>
        <w:t>Các trường căn cứ quy mô sinh viên mua sắm đủ cho sinh viên mượn khi học GDQPAN</w:t>
      </w:r>
    </w:p>
    <w:p>
      <w:pPr>
        <w:jc w:val="both"/>
      </w:pPr>
      <w:r>
        <w:t>7.2.1</w:t>
      </w:r>
    </w:p>
    <w:p>
      <w:pPr>
        <w:jc w:val="both"/>
      </w:pPr>
      <w:r>
        <w:t>Trang phục (dùng chung hai mùa)</w:t>
      </w:r>
    </w:p>
    <w:p>
      <w:pPr>
        <w:jc w:val="both"/>
      </w:pPr>
      <w:r>
        <w:t>Bộ</w:t>
      </w:r>
    </w:p>
    <w:p>
      <w:pPr>
        <w:jc w:val="both"/>
      </w:pPr>
      <w:r>
        <w:t>01</w:t>
      </w:r>
    </w:p>
    <w:p>
      <w:pPr>
        <w:jc w:val="both"/>
      </w:pPr>
      <w:r>
        <w:t>7.2.2</w:t>
      </w:r>
    </w:p>
    <w:p>
      <w:pPr>
        <w:jc w:val="both"/>
      </w:pPr>
      <w:r>
        <w:t>Áo bông</w:t>
      </w:r>
    </w:p>
    <w:p>
      <w:pPr>
        <w:jc w:val="both"/>
      </w:pPr>
      <w:r>
        <w:t>Chiếc</w:t>
      </w:r>
    </w:p>
    <w:p>
      <w:pPr>
        <w:jc w:val="both"/>
      </w:pPr>
      <w:r>
        <w:t>01</w:t>
      </w:r>
    </w:p>
    <w:p>
      <w:pPr>
        <w:jc w:val="both"/>
      </w:pPr>
      <w:r>
        <w:t>Dùng cho các tỉnh phía Bắc</w:t>
      </w:r>
    </w:p>
    <w:p>
      <w:pPr>
        <w:jc w:val="both"/>
      </w:pPr>
      <w:r>
        <w:t>7.2.3</w:t>
      </w:r>
    </w:p>
    <w:p>
      <w:pPr>
        <w:jc w:val="both"/>
      </w:pPr>
      <w:r>
        <w:t>Mũ cứng</w:t>
      </w:r>
    </w:p>
    <w:p>
      <w:pPr>
        <w:jc w:val="both"/>
      </w:pPr>
      <w:r>
        <w:t>Chiếc</w:t>
      </w:r>
    </w:p>
    <w:p>
      <w:pPr>
        <w:jc w:val="both"/>
      </w:pPr>
      <w:r>
        <w:t>01</w:t>
      </w:r>
    </w:p>
    <w:p>
      <w:pPr>
        <w:jc w:val="both"/>
      </w:pPr>
      <w:r>
        <w:t>7.2.4</w:t>
      </w:r>
    </w:p>
    <w:p>
      <w:pPr>
        <w:jc w:val="both"/>
      </w:pPr>
      <w:r>
        <w:t>Mũ mềm</w:t>
      </w:r>
    </w:p>
    <w:p>
      <w:pPr>
        <w:jc w:val="both"/>
      </w:pPr>
      <w:r>
        <w:t>Chiếc</w:t>
      </w:r>
    </w:p>
    <w:p>
      <w:pPr>
        <w:jc w:val="both"/>
      </w:pPr>
      <w:r>
        <w:t>01</w:t>
      </w:r>
    </w:p>
    <w:p>
      <w:pPr>
        <w:jc w:val="both"/>
      </w:pPr>
      <w:r>
        <w:t>7.2.5</w:t>
      </w:r>
    </w:p>
    <w:p>
      <w:pPr>
        <w:jc w:val="both"/>
      </w:pPr>
      <w:r>
        <w:t>Giầy vải</w:t>
      </w:r>
    </w:p>
    <w:p>
      <w:pPr>
        <w:jc w:val="both"/>
      </w:pPr>
      <w:r>
        <w:t>Đôi</w:t>
      </w:r>
    </w:p>
    <w:p>
      <w:pPr>
        <w:jc w:val="both"/>
      </w:pPr>
      <w:r>
        <w:t>01</w:t>
      </w:r>
    </w:p>
    <w:p>
      <w:pPr>
        <w:jc w:val="both"/>
      </w:pPr>
      <w:r>
        <w:t>7.2.6</w:t>
      </w:r>
    </w:p>
    <w:p>
      <w:pPr>
        <w:jc w:val="both"/>
      </w:pPr>
      <w:r>
        <w:t>Tất sợi</w:t>
      </w:r>
    </w:p>
    <w:p>
      <w:pPr>
        <w:jc w:val="both"/>
      </w:pPr>
      <w:r>
        <w:t>Đôi</w:t>
      </w:r>
    </w:p>
    <w:p>
      <w:pPr>
        <w:jc w:val="both"/>
      </w:pPr>
      <w:r>
        <w:t>02</w:t>
      </w:r>
    </w:p>
    <w:p>
      <w:pPr>
        <w:jc w:val="both"/>
      </w:pPr>
      <w:r>
        <w:t>7.2.7</w:t>
      </w:r>
    </w:p>
    <w:p>
      <w:pPr>
        <w:jc w:val="both"/>
      </w:pPr>
      <w:r>
        <w:t>Thắt lưng</w:t>
      </w:r>
    </w:p>
    <w:p>
      <w:pPr>
        <w:jc w:val="both"/>
      </w:pPr>
      <w:r>
        <w:t>Chiếc</w:t>
      </w:r>
    </w:p>
    <w:p>
      <w:pPr>
        <w:jc w:val="both"/>
      </w:pPr>
      <w:r>
        <w:t>01</w:t>
      </w:r>
    </w:p>
    <w:p>
      <w:pPr>
        <w:jc w:val="both"/>
      </w:pPr>
      <w:r>
        <w:t>7.2.8</w:t>
      </w:r>
    </w:p>
    <w:p>
      <w:pPr>
        <w:jc w:val="both"/>
      </w:pPr>
      <w:r>
        <w:t>Sao mũ cứng GDQPAN</w:t>
      </w:r>
    </w:p>
    <w:p>
      <w:pPr>
        <w:jc w:val="both"/>
      </w:pPr>
      <w:r>
        <w:t>Chiếc</w:t>
      </w:r>
    </w:p>
    <w:p>
      <w:pPr>
        <w:jc w:val="both"/>
      </w:pPr>
      <w:r>
        <w:t>01</w:t>
      </w:r>
    </w:p>
    <w:p>
      <w:pPr>
        <w:jc w:val="both"/>
      </w:pPr>
      <w:r>
        <w:t>7.2.9</w:t>
      </w:r>
    </w:p>
    <w:p>
      <w:pPr>
        <w:jc w:val="both"/>
      </w:pPr>
      <w:r>
        <w:t>Sao mũ mềm GDQPAN</w:t>
      </w:r>
    </w:p>
    <w:p>
      <w:pPr>
        <w:jc w:val="both"/>
      </w:pPr>
      <w:r>
        <w:t>Chiếc</w:t>
      </w:r>
    </w:p>
    <w:p>
      <w:pPr>
        <w:jc w:val="both"/>
      </w:pPr>
      <w:r>
        <w:t>01</w:t>
      </w:r>
    </w:p>
    <w:p>
      <w:pPr>
        <w:jc w:val="both"/>
      </w:pPr>
      <w:r>
        <w:t>3. Trung tâm giáo dục quốc phòng và an ninh</w:t>
      </w:r>
    </w:p>
    <w:p>
      <w:pPr>
        <w:jc w:val="both"/>
      </w:pPr>
      <w:r>
        <w:t>Danh mục thiết bị dạy học tối thiểu môn học giáo dục quốc phòng và an ninh được thực hiện như Trường cao đẳng sư phạm, cơ sở giáo dục đại học. Giám đốc Trung tâm Giáo dục quốc phòng và an ninh căn cứ vào quy mô sinh viên của trung tâm được quy định tại Quyết định số 161/QĐ -TTg ngày 30 tháng 01 năm 2015 của Thủ tướng Chính phủ Phê duyệt quy hoạch hệ thống trung tâm giáo dục quốc phòng và an ninh giai đoạn 2015 - 2020 và những năm tiếp theo để xây dựng kế hoạch, tổ chức đảm bảo cơ sở vật chất, thiết bị dạy học cho phù hợp.</w:t>
      </w:r>
    </w:p>
    <w:p>
      <w:r>
        <w:rPr>
          <w:i/>
        </w:rPr>
        <w:t>Nguồn: Cơ sở dữ liệu quốc gia về văn bản pháp luật (Bộ Tư pháp). VietSmart Legal, legal.giangpham.asia/van-ban/128352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