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94/2017/TT-BTC</w:t>
      </w:r>
    </w:p>
    <w:p>
      <w:pPr>
        <w:jc w:val="both"/>
      </w:pPr>
      <w:r>
        <w:t>Hà Nội, ngày 21 tháng 9 năm 2017</w:t>
      </w:r>
    </w:p>
    <w:p>
      <w:pPr>
        <w:jc w:val="center"/>
      </w:pPr>
      <w:r>
        <w:rPr>
          <w:b/>
        </w:rPr>
        <w:t>THÔNG TƯ</w:t>
      </w:r>
    </w:p>
    <w:p>
      <w:pPr>
        <w:jc w:val="both"/>
      </w:pPr>
      <w:r>
        <w:t>về Quy chuẩn kỹ thuật quốc gia đối với</w:t>
      </w:r>
    </w:p>
    <w:p>
      <w:pPr>
        <w:jc w:val="both"/>
      </w:pPr>
      <w:r>
        <w:t>máy phát điện dự trữ quốc gia</w:t>
      </w:r>
    </w:p>
    <w:p>
      <w:pPr>
        <w:jc w:val="both"/>
      </w:pPr>
      <w:r>
        <w:t>Căn cứ Luật Tiêu chuẩn và Quy chuẩn kỹ thuật số 68/2006/QH11 ngày 29 tháng 6 năm 2006;</w:t>
      </w:r>
    </w:p>
    <w:p>
      <w:pPr>
        <w:jc w:val="both"/>
      </w:pPr>
      <w:r>
        <w:t>Căn cứ Luật Dự trữ quốc gia số 22/2012/QH13 ngày 20 tháng 11 năm 2012;</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94/2013/NĐ-CP ngày 21 tháng 8 năm 2013 của Chính phủ quy định chi tiết thi hành Luật Dự trữ quốc gia;</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Dự trữ Nhà nước;</w:t>
      </w:r>
    </w:p>
    <w:p>
      <w:pPr>
        <w:jc w:val="both"/>
      </w:pPr>
      <w:r>
        <w:t>Bộ trưởng Bộ Tài chính ban hành Thông tư về Quy chuẩn kỹ thuật quốc gia đối với máy phát điện dự trữ quốc gia.</w:t>
      </w:r>
    </w:p>
    <w:p>
      <w:pPr>
        <w:jc w:val="both"/>
      </w:pPr>
      <w:r>
        <w:rPr>
          <w:b/>
        </w:rPr>
        <w:t>Điều 1. Ban hành kèm theo Thông tư này Quy chuẩn kỹ thuật quốc gia đối với máy phát điện dự trữ quốc gia.</w:t>
      </w:r>
    </w:p>
    <w:p>
      <w:pPr>
        <w:jc w:val="both"/>
      </w:pPr>
      <w:r>
        <w:rPr>
          <w:b/>
        </w:rPr>
        <w:t>Điều 2. Thông tư này có hiệu lực kể từ ngày 10 tháng 11 năm 2017 và thay thế Quyết định số 66/2008/QĐ-BTC ngày 4/8/2008 của Bộ trưởng Bộ Tài chính ban hành Quy chuẩn kỹ thuật quốc gia về dự trữ quốc gia đối với máy phát điện.</w:t>
      </w:r>
    </w:p>
    <w:p>
      <w:pPr>
        <w:jc w:val="both"/>
      </w:pPr>
      <w:r>
        <w:rPr>
          <w:b/>
        </w:rPr>
        <w:t>Điều 3. Tổng cục trưởng Tổng cục Dự trữ Nhà nước, Thủ trưởng các cơ quan, tổ chức, cá nhân có liên quan đến hoạt động giao nhận (nhập, xuất), bảo quản và quản lý máy phát điện dự trữ quốc gia có trách nhiệm tổ chức thực hiện Thông tư này.</w:t>
      </w:r>
    </w:p>
    <w:p>
      <w:pPr>
        <w:jc w:val="both"/>
      </w:pPr>
      <w:r>
        <w:t>Trong quá trình thực hiện, nếu có vấn đề vướng mắc, các cơ quan, tổ chức, cá nhân kịp thời phản ánh về Bộ Tài chính để nghiên cứu, sửa đổi, bổ sung./.</w:t>
      </w:r>
    </w:p>
    <w:p>
      <w:pPr>
        <w:jc w:val="both"/>
      </w:pPr>
      <w:r>
        <w:t>KT. BỘ TRƯỞNG</w:t>
      </w:r>
    </w:p>
    <w:p>
      <w:pPr>
        <w:jc w:val="both"/>
      </w:pPr>
      <w:r>
        <w:t>THỨ TRƯỞNG</w:t>
      </w:r>
    </w:p>
    <w:p>
      <w:pPr>
        <w:jc w:val="both"/>
      </w:pPr>
      <w:r>
        <w:t>(Đã ký)</w:t>
      </w:r>
    </w:p>
    <w:p>
      <w:pPr>
        <w:jc w:val="both"/>
      </w:pPr>
      <w:r>
        <w:t>Trần Văn Hiếu</w:t>
      </w:r>
    </w:p>
    <w:p>
      <w:r>
        <w:rPr>
          <w:i/>
        </w:rPr>
        <w:t>Nguồn: Cơ sở dữ liệu quốc gia về văn bản pháp luật (Bộ Tư pháp). VietSmart Legal, legal.giangpham.asia/van-ban/125396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