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193/2015/TT-BTC</w:t>
      </w:r>
    </w:p>
    <w:p>
      <w:pPr>
        <w:jc w:val="both"/>
      </w:pPr>
      <w:r>
        <w:t>CỘNG HÒA XÃ HỘI CHỦ NGHĨA VIỆT NAM</w:t>
      </w:r>
    </w:p>
    <w:p>
      <w:pPr>
        <w:jc w:val="both"/>
      </w:pPr>
      <w:r>
        <w:t>Độc lập - Tự do - Hạnh phúc</w:t>
      </w:r>
    </w:p>
    <w:p>
      <w:pPr>
        <w:jc w:val="both"/>
      </w:pPr>
      <w:r>
        <w:t>Hà Nội, ngày 24 tháng 11 năm 2015</w:t>
      </w:r>
    </w:p>
    <w:p>
      <w:pPr>
        <w:jc w:val="center"/>
      </w:pPr>
      <w:r>
        <w:rPr>
          <w:b/>
        </w:rPr>
        <w:t>THÔNG TƯ</w:t>
      </w:r>
    </w:p>
    <w:p>
      <w:pPr>
        <w:jc w:val="both"/>
      </w:pPr>
      <w:r>
        <w:t>Sửa đổi, bổ sung thông tư số 219/2013/TT-BTC ngày 31/12/2013</w:t>
      </w:r>
    </w:p>
    <w:p>
      <w:pPr>
        <w:jc w:val="both"/>
      </w:pPr>
      <w:r>
        <w:t>của Bộ Tài chính hướng dẫn thi hành Luật Thuế giá trị gia tăng</w:t>
      </w:r>
    </w:p>
    <w:p>
      <w:pPr>
        <w:jc w:val="both"/>
      </w:pPr>
      <w:r>
        <w:t>và Nghị định số 209/2013/NĐ-CP ngày 18/12/2013 của Chính phủ</w:t>
      </w:r>
    </w:p>
    <w:p>
      <w:pPr>
        <w:jc w:val="both"/>
      </w:pPr>
      <w:r>
        <w:t>quy định chi tiết và hướng dẫn thi hành một số điều</w:t>
      </w:r>
    </w:p>
    <w:p>
      <w:pPr>
        <w:jc w:val="both"/>
      </w:pPr>
      <w:r>
        <w:t>Luật thuế giá trị gia tăng</w:t>
      </w:r>
    </w:p>
    <w:p>
      <w:pPr>
        <w:jc w:val="both"/>
      </w:pPr>
      <w:r>
        <w:t>Căn cứ Luật thuế giá trị gia tăng số 13/2008/QH12 ngày 03 tháng 6 năm 2008 và Luật sửa đổi, bổ sung một số điều của Luật thuế giá trị gia tăng số 31/2013/QH13 ngày 19 tháng 6 năm 2013;</w:t>
      </w:r>
    </w:p>
    <w:p>
      <w:pPr>
        <w:jc w:val="both"/>
      </w:pPr>
      <w:r>
        <w:t>Căn cứ Luật sửa đổi, bổ sung một số điều của các Luật về thuế số 71/2014/QH13 ngày 26 tháng 11 năm 2014;</w:t>
      </w:r>
    </w:p>
    <w:p>
      <w:pPr>
        <w:jc w:val="both"/>
      </w:pPr>
      <w:r>
        <w:t>Căn cứ Nghị định số 209/2013/NĐ-CP ngày 18 tháng 12 năm 2013 của Chính phủ quy định chi tiết và hướng dẫn thi hành một số điều của Luật thuế giá trị gia tăng;</w:t>
      </w:r>
    </w:p>
    <w:p>
      <w:pPr>
        <w:jc w:val="both"/>
      </w:pPr>
      <w:r>
        <w:t>Căn cứ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215/2013/NĐ-CP ngày 23 tháng 12 năm 2013 của Chính phủ quy định về chức năng nhiệm vụ, quyền hạn và cơ cấu tổ chức Bộ Tài chính;</w:t>
      </w:r>
    </w:p>
    <w:p>
      <w:pPr>
        <w:jc w:val="both"/>
      </w:pPr>
      <w:r>
        <w:t>Thực hiện Nghị quyết phiên họp thường kỳ Chính phủ tháng 8 năm 2015 số 62/NQ-CP ngày 07 tháng 9 năm 2015 của Chính phủ;</w:t>
      </w:r>
    </w:p>
    <w:p>
      <w:pPr>
        <w:jc w:val="both"/>
      </w:pPr>
      <w:r>
        <w:t>Theo đề nghị của Tổng cục trưởng Tổng cục Thuế,</w:t>
      </w:r>
    </w:p>
    <w:p>
      <w:pPr>
        <w:jc w:val="both"/>
      </w:pPr>
      <w:r>
        <w:t>Bộ trưởng Bộ Tài chính hướng dẫn sửa đổi, bổ sung một số nội dung tại Thông tư số 219/2013/TT-BTC ngày 31/12/2013 của Bộ Tài chính hướng dẫn về thuế giá trị gia tăng như sau:</w:t>
      </w:r>
    </w:p>
    <w:p>
      <w:pPr>
        <w:jc w:val="both"/>
      </w:pPr>
      <w:r>
        <w:rPr>
          <w:b/>
        </w:rPr>
        <w:t>Điều 1. Sửa đổi, bổ sung Thông tư số 219/2013/TT-BTC ngày 31/12/2013 của Bộ Tài chính hướng dẫn thi hành Luật Thuế giá trị gia tăng và Nghị định số 209/2013/NĐ-CP ngày 18/12/2013 của Chính phủ quy định chi tiết và hướng dẫn thi hành một số điều Luật Thuế giá trị gia tăng (đã được sửa đổi, bổ sung theo Thông tư số 119/2014/TT-BTC ngày 25/8/2014 của Bộ Tài chính) như sau:</w:t>
      </w:r>
    </w:p>
    <w:p>
      <w:pPr>
        <w:jc w:val="both"/>
      </w:pPr>
      <w:r>
        <w:t>Bổ sung điểm h khoản 7 Điều 5 Thông tư số 219/2013/TT-BTC như sau:</w:t>
      </w:r>
    </w:p>
    <w:p>
      <w:pPr>
        <w:jc w:val="both"/>
      </w:pPr>
      <w:r>
        <w:t>"h. Tổ chức, doanh nghiệp nhận các khoản thù lao từ cơ quan nhà nước do thực hiện hoạt động thu hộ, chi hộ các cơ quan nhà nước.</w:t>
      </w:r>
    </w:p>
    <w:p>
      <w:pPr>
        <w:jc w:val="both"/>
      </w:pPr>
      <w:r>
        <w:t>Thù lao thu hộ, chi hộ các cơ quan nhà nước không phải kê khai, tính nộp thuế GTGT quy định tại điểm này là các khoản thù lao nhận được từ hoạt động: thu bảo hiểm xã hội tự nguyện, bảo hiểm y tế tự nguyện cho cơ quan Bảo hiểm xã hội; chi trả trợ cấp ưu đãi cho người có công, trợ cấp khác cho Bộ Lao động và thương binh xã hội; thu thuế của hộ cá nhân cho cơ quan thuế và các khoản thu hộ, chi hộ khác cho cơ quan Nhà nước."</w:t>
      </w:r>
    </w:p>
    <w:p>
      <w:pPr>
        <w:jc w:val="both"/>
      </w:pPr>
      <w:r>
        <w:rPr>
          <w:b/>
        </w:rPr>
        <w:t>Điều 2. Hiệu lực thi hành</w:t>
      </w:r>
    </w:p>
    <w:p>
      <w:pPr>
        <w:jc w:val="both"/>
      </w:pPr>
      <w:r>
        <w:t>1. Thông tư này có hiệu lực thi hành từ ngày 10 tháng 01 năm 2016.</w:t>
      </w:r>
    </w:p>
    <w:p>
      <w:pPr>
        <w:jc w:val="both"/>
      </w:pPr>
      <w:r>
        <w:t>2. Tổ chức, doanh nghiệp nhận được các khoản thù lao từ hoạt động thu hộ, chi hộ cơ quan nhà nước trước thời điểm Thông tư này có hiệu lực thì thực hiện theo hướng dẫn tại Thông tư này.</w:t>
      </w:r>
    </w:p>
    <w:p>
      <w:pPr>
        <w:jc w:val="both"/>
      </w:pPr>
      <w:r>
        <w:t>Trong quá trình thực hiện, nếu có vướng mắc, đề nghị các tổ chức, doanh nghiệp phản ánh kịp thời về Bộ Tài chính (Tổng cục Thuế) để nghiên cứu giải quyết./.</w:t>
      </w:r>
    </w:p>
    <w:p>
      <w:pPr>
        <w:jc w:val="both"/>
      </w:pPr>
      <w:r>
        <w:t>Nơi nhận:</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Tổng Bí thư;</w:t>
      </w:r>
    </w:p>
    <w:p>
      <w:pPr>
        <w:jc w:val="both"/>
      </w:pPr>
      <w:r>
        <w:t>- Viện Kiểm sát nhân dân tối cao;</w:t>
      </w:r>
    </w:p>
    <w:p>
      <w:pPr>
        <w:jc w:val="both"/>
      </w:pPr>
      <w:r>
        <w:t>- Văn phòng BCĐ phòng chống tham nhũng Trung ương;</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Hội đồng nhân dân, Ủy ban nhân dân, Sở Tài chính, Cục Thuế, Kho bạc nhà nước các tỉnh, thành phố trực thuộc Trung ương;</w:t>
      </w:r>
    </w:p>
    <w:p>
      <w:pPr>
        <w:jc w:val="both"/>
      </w:pPr>
      <w:r>
        <w:t>- Công báo;</w:t>
      </w:r>
    </w:p>
    <w:p>
      <w:pPr>
        <w:jc w:val="both"/>
      </w:pPr>
      <w:r>
        <w:t>- Cục Kiểm tra văn bản (Bộ Tư pháp);</w:t>
      </w:r>
    </w:p>
    <w:p>
      <w:pPr>
        <w:jc w:val="both"/>
      </w:pPr>
      <w:r>
        <w:t>- Website Chính phủ;</w:t>
      </w:r>
    </w:p>
    <w:p>
      <w:pPr>
        <w:jc w:val="both"/>
      </w:pPr>
      <w:r>
        <w:t>- Website Bộ Tài chính; Website Tổng cục Thuế;</w:t>
      </w:r>
    </w:p>
    <w:p>
      <w:pPr>
        <w:jc w:val="both"/>
      </w:pPr>
      <w:r>
        <w:t>- Các đơn vị thuộc Bộ Tài chính;</w:t>
      </w:r>
    </w:p>
    <w:p>
      <w:pPr>
        <w:jc w:val="both"/>
      </w:pPr>
      <w:r>
        <w:t>- Lưu: VT, TCT (VT, DNL).</w:t>
      </w:r>
    </w:p>
    <w:p>
      <w:pPr>
        <w:jc w:val="both"/>
      </w:pPr>
      <w:r>
        <w:t>KT. BỘ TRƯỞNG</w:t>
      </w:r>
    </w:p>
    <w:p>
      <w:pPr>
        <w:jc w:val="both"/>
      </w:pPr>
      <w:r>
        <w:t>THỨ TRƯỞNG</w:t>
      </w:r>
    </w:p>
    <w:p>
      <w:pPr>
        <w:jc w:val="both"/>
      </w:pPr>
      <w:r>
        <w:t>Đỗ Hoàng Anh Tuấn</w:t>
      </w:r>
    </w:p>
    <w:p>
      <w:r>
        <w:rPr>
          <w:i/>
        </w:rPr>
        <w:t>Nguồn: Cơ sở dữ liệu quốc gia về văn bản pháp luật (Bộ Tư pháp). VietSmart Legal, legal.giangpham.asia/van-ban/121628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