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2714/QĐ-BTC</w:t>
      </w:r>
    </w:p>
    <w:p>
      <w:pPr>
        <w:jc w:val="both"/>
      </w:pPr>
      <w:r>
        <w:t>Hà Nội, ngày 01 tháng 11 năm 2013</w:t>
      </w:r>
    </w:p>
    <w:p>
      <w:pPr>
        <w:jc w:val="center"/>
      </w:pPr>
      <w:r>
        <w:rPr>
          <w:b/>
        </w:rPr>
        <w:t>QUYẾT ĐỊNH</w:t>
      </w:r>
    </w:p>
    <w:p>
      <w:pPr>
        <w:jc w:val="both"/>
      </w:pPr>
      <w:r>
        <w:t>Về việc đính chính Thông tư số 89/2013/TT-BTC ngày 28/6/2013 của Bộ Tài chính sửa đổi, bổ sung Thông tư số 228/2009/TT-BTC ngày 7/12/2009 của Bộ Tài chính hướng dẫn chế độ trích lập và sử dụng các khoản dự phòng giảm giá hàng tồn kho, tổn thất các khoản đầu tư tài chính, nợ phải thu khó đòi và bảo hành sản phẩm, hàng hóa, công trình xây lắp tại doanh nghiệp</w:t>
      </w:r>
    </w:p>
    <w:p>
      <w:pPr>
        <w:jc w:val="both"/>
      </w:pPr>
      <w:r>
        <w:t>--------------------------</w:t>
      </w:r>
    </w:p>
    <w:p>
      <w:pPr>
        <w:jc w:val="both"/>
      </w:pPr>
      <w:r>
        <w:t>BỘ TRƯỞNG BỘ TÀI CHÍNH</w:t>
      </w:r>
    </w:p>
    <w:p>
      <w:pPr>
        <w:jc w:val="both"/>
      </w:pPr>
      <w:r>
        <w:t>Căn cứ Luật ban hành văn bản quy phạm pháp luật số 17/2008/QH12 ngày 03/6/2008;</w:t>
      </w:r>
    </w:p>
    <w:p>
      <w:pPr>
        <w:jc w:val="both"/>
      </w:pPr>
      <w:r>
        <w:t>Căn cứ Nghị định số 104/2004/NĐ-CP ngày 23/3/2004 của Chính phủ về Công báo nước Cộng hòa xã hội chủ nghĩa Việt Nam;</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Cục trưởng Cục Tài chính doanh nghiệp,</w:t>
      </w:r>
    </w:p>
    <w:p>
      <w:pPr>
        <w:jc w:val="center"/>
      </w:pPr>
      <w:r>
        <w:rPr>
          <w:b/>
        </w:rPr>
        <w:t>QUYẾT ĐỊNH:</w:t>
      </w:r>
    </w:p>
    <w:p>
      <w:pPr>
        <w:jc w:val="both"/>
      </w:pPr>
      <w:r>
        <w:rPr>
          <w:b/>
        </w:rPr>
        <w:t>Điều 1. Đính chính nội dung tại khoản 1 Điều 2 Thông tư số 89/2013/TT-BTC ngày 28/6/2013 của Bộ Tài chính sửa đổi, bổ sung Thông tư số 228/2009/TT-BTC ngày 7/12/2009 của Bộ Tài chính hướng dẫn chế độ trích lập và sử dụng các khoản dự phòng giảm giá hàng tồn kho, tổn thất các khoản đầu tư tài chính, nợ phải thu khó đòi và bảo hành sản phẩm, hàng hóa, công trình xây lắp tại doanh nghiệp như sau:</w:t>
      </w:r>
    </w:p>
    <w:p>
      <w:pPr>
        <w:jc w:val="both"/>
      </w:pPr>
      <w:r>
        <w:t>“1. Thông tư này có hiệu lực thi hành kể từ ngày 12 tháng 8 năm 2013”.</w:t>
      </w:r>
    </w:p>
    <w:p>
      <w:pPr>
        <w:jc w:val="both"/>
      </w:pPr>
      <w:r>
        <w:rPr>
          <w:b/>
        </w:rPr>
        <w:t>Điều 2. Quyết định này có hiệu lực kể từ ngày ký và là một bộ phận không tách rời của Thông tư số 89/2013/TT-BTC ngày 28/6/2013 của Bộ Tài chính.</w:t>
      </w:r>
    </w:p>
    <w:p>
      <w:pPr>
        <w:jc w:val="both"/>
      </w:pPr>
      <w:r>
        <w:rPr>
          <w:b/>
        </w:rPr>
        <w:t>Điều 3 . Cục trưởng Cục Tài chính doanh nghiệp, Chánh văn phòng Bộ Tài chính, Thủ trưởng các đơn vị thuộc Bộ Tài chính và các đơn vị có liên quan chịu trách nhiệm thi hành Quyết định này./.</w:t>
      </w:r>
    </w:p>
    <w:p>
      <w:pPr>
        <w:jc w:val="both"/>
      </w:pPr>
      <w:r>
        <w:t>Nơi nhận:</w:t>
      </w:r>
    </w:p>
    <w:p>
      <w:pPr>
        <w:jc w:val="both"/>
      </w:pPr>
      <w:r>
        <w:t>- Thủ tướng Chính phủ, các Phó thủ tướng Chính phủ;</w:t>
      </w:r>
    </w:p>
    <w:p>
      <w:pPr>
        <w:jc w:val="both"/>
      </w:pPr>
      <w:r>
        <w:t>- Văn phòng Trung ương và các Ban của Đảng;</w:t>
      </w:r>
    </w:p>
    <w:p>
      <w:pPr>
        <w:jc w:val="both"/>
      </w:pPr>
      <w:r>
        <w:t>- Văn phòng Quốc hội;</w:t>
      </w:r>
    </w:p>
    <w:p>
      <w:pPr>
        <w:jc w:val="both"/>
      </w:pPr>
      <w:r>
        <w:t>- Văn phòng Chủ tịch nước;</w:t>
      </w:r>
    </w:p>
    <w:p>
      <w:pPr>
        <w:jc w:val="both"/>
      </w:pPr>
      <w:r>
        <w:t>- Viện Kiểm sát nhân dân tối cao;</w:t>
      </w:r>
    </w:p>
    <w:p>
      <w:pPr>
        <w:jc w:val="both"/>
      </w:pPr>
      <w:r>
        <w:t>- Văn phòng BCĐ phòng chống tham nhũng Trung ương;</w:t>
      </w:r>
    </w:p>
    <w:p>
      <w:pPr>
        <w:jc w:val="both"/>
      </w:pPr>
      <w:r>
        <w:t>- Toà án nhân dân tối cao;</w:t>
      </w:r>
    </w:p>
    <w:p>
      <w:pPr>
        <w:jc w:val="both"/>
      </w:pPr>
      <w:r>
        <w:t>- Kiểm toán nhà nước;</w:t>
      </w:r>
    </w:p>
    <w:p>
      <w:pPr>
        <w:jc w:val="both"/>
      </w:pPr>
      <w:r>
        <w:t>- Các Bộ, cơ quan ngang Bộ,</w:t>
      </w:r>
    </w:p>
    <w:p>
      <w:pPr>
        <w:jc w:val="both"/>
      </w:pPr>
      <w:r>
        <w:t>cơ quan thuộc Chính phủ,</w:t>
      </w:r>
    </w:p>
    <w:p>
      <w:pPr>
        <w:jc w:val="both"/>
      </w:pPr>
      <w:r>
        <w:t>- Cơ quan Trung ương của các đoàn thể;</w:t>
      </w:r>
    </w:p>
    <w:p>
      <w:pPr>
        <w:jc w:val="both"/>
      </w:pPr>
      <w:r>
        <w:t>- Hội đồng nhân dân, Uỷ ban nhân dân,</w:t>
      </w:r>
    </w:p>
    <w:p>
      <w:pPr>
        <w:jc w:val="both"/>
      </w:pPr>
      <w:r>
        <w:t>Sở Tài chính, Cục Thuế, Kho bạc nhà nước</w:t>
      </w:r>
    </w:p>
    <w:p>
      <w:pPr>
        <w:jc w:val="both"/>
      </w:pPr>
      <w:r>
        <w:t>các tỉnh, thành phố trực thuộc Trung ương;</w:t>
      </w:r>
    </w:p>
    <w:p>
      <w:pPr>
        <w:jc w:val="both"/>
      </w:pPr>
      <w:r>
        <w:t>- Công báo;</w:t>
      </w:r>
    </w:p>
    <w:p>
      <w:pPr>
        <w:jc w:val="both"/>
      </w:pPr>
      <w:r>
        <w:t>- Cục Kiểm tra văn bản (Bộ Tư pháp);</w:t>
      </w:r>
    </w:p>
    <w:p>
      <w:pPr>
        <w:jc w:val="both"/>
      </w:pPr>
      <w:r>
        <w:t>- Website Chính phủ;</w:t>
      </w:r>
    </w:p>
    <w:p>
      <w:pPr>
        <w:jc w:val="both"/>
      </w:pPr>
      <w:r>
        <w:t>- Website Bộ Tài chính;</w:t>
      </w:r>
    </w:p>
    <w:p>
      <w:pPr>
        <w:jc w:val="both"/>
      </w:pPr>
      <w:r>
        <w:t>- Website Tổng cục Thuế;</w:t>
      </w:r>
    </w:p>
    <w:p>
      <w:pPr>
        <w:jc w:val="both"/>
      </w:pPr>
      <w:r>
        <w:t>- Các đơn vị thuộc Bộ Tài chính;</w:t>
      </w:r>
    </w:p>
    <w:p>
      <w:pPr>
        <w:jc w:val="both"/>
      </w:pPr>
      <w:r>
        <w:t>- Lưu: VP, Cục TCDN.</w:t>
      </w:r>
    </w:p>
    <w:p>
      <w:pPr>
        <w:jc w:val="both"/>
      </w:pPr>
      <w:r>
        <w:t>TUQ. BỘ TRƯỞNG</w:t>
      </w:r>
    </w:p>
    <w:p>
      <w:pPr>
        <w:jc w:val="both"/>
      </w:pPr>
      <w:r>
        <w:t>CHÁNH VĂN PHÒNG</w:t>
      </w:r>
    </w:p>
    <w:p>
      <w:pPr>
        <w:jc w:val="both"/>
      </w:pPr>
      <w:r>
        <w:t>(Đã ký)</w:t>
      </w:r>
    </w:p>
    <w:p>
      <w:pPr>
        <w:jc w:val="both"/>
      </w:pPr>
      <w:r>
        <w:t>Nguyễn Đức Chi</w:t>
      </w:r>
    </w:p>
    <w:p>
      <w:r>
        <w:rPr>
          <w:i/>
        </w:rPr>
        <w:t>Nguồn: Cơ sở dữ liệu quốc gia về văn bản pháp luật (Bộ Tư pháp). VietSmart Legal, legal.giangpham.asia/van-ban/110448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